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B3F6D" w14:textId="77777777" w:rsidR="00E012D2" w:rsidRPr="00CD4B97" w:rsidRDefault="00E012D2" w:rsidP="00CD4B97">
      <w:pPr>
        <w:rPr>
          <w:rFonts w:ascii="Aptos" w:hAnsi="Aptos"/>
        </w:rPr>
      </w:pPr>
    </w:p>
    <w:p w14:paraId="7448DA9F" w14:textId="77777777" w:rsidR="00CD4B97" w:rsidRPr="00CD4B97" w:rsidRDefault="00CD4B97" w:rsidP="00CD4B97">
      <w:pPr>
        <w:rPr>
          <w:rFonts w:ascii="Aptos" w:hAnsi="Aptos"/>
        </w:rPr>
      </w:pPr>
    </w:p>
    <w:p w14:paraId="6E0E62F2" w14:textId="77777777" w:rsidR="00CD4B97" w:rsidRPr="00CD4B97" w:rsidRDefault="00CD4B97" w:rsidP="00CD4B97">
      <w:pPr>
        <w:rPr>
          <w:rFonts w:ascii="Aptos" w:hAnsi="Aptos"/>
          <w:b/>
          <w:bCs/>
          <w:sz w:val="28"/>
          <w:szCs w:val="28"/>
          <w:lang w:val="nl-NL"/>
        </w:rPr>
      </w:pPr>
      <w:proofErr w:type="spellStart"/>
      <w:r w:rsidRPr="00CD4B97">
        <w:rPr>
          <w:rFonts w:ascii="Aptos" w:hAnsi="Aptos"/>
          <w:b/>
          <w:bCs/>
          <w:sz w:val="28"/>
          <w:szCs w:val="28"/>
          <w:lang w:val="nl-NL"/>
        </w:rPr>
        <w:t>Practice</w:t>
      </w:r>
      <w:proofErr w:type="spellEnd"/>
      <w:r w:rsidRPr="00CD4B97">
        <w:rPr>
          <w:rFonts w:ascii="Aptos" w:hAnsi="Aptos"/>
          <w:b/>
          <w:bCs/>
          <w:sz w:val="28"/>
          <w:szCs w:val="28"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sz w:val="28"/>
          <w:szCs w:val="28"/>
          <w:lang w:val="nl-NL"/>
        </w:rPr>
        <w:t>Examples</w:t>
      </w:r>
      <w:proofErr w:type="spellEnd"/>
    </w:p>
    <w:p w14:paraId="38F6BF3F" w14:textId="77777777" w:rsidR="00CD4B97" w:rsidRPr="00CD4B97" w:rsidRDefault="00CD4B97" w:rsidP="00CD4B97">
      <w:pPr>
        <w:rPr>
          <w:rFonts w:ascii="Aptos" w:hAnsi="Aptos"/>
          <w:b/>
          <w:bCs/>
          <w:lang w:val="nl-NL"/>
        </w:rPr>
      </w:pPr>
      <w:proofErr w:type="spellStart"/>
      <w:r w:rsidRPr="00CD4B97">
        <w:rPr>
          <w:rFonts w:ascii="Aptos" w:hAnsi="Aptos"/>
          <w:b/>
          <w:bCs/>
          <w:lang w:val="nl-NL"/>
        </w:rPr>
        <w:t>Bringing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Academic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Language </w:t>
      </w:r>
      <w:proofErr w:type="spellStart"/>
      <w:r w:rsidRPr="00CD4B97">
        <w:rPr>
          <w:rFonts w:ascii="Aptos" w:hAnsi="Aptos"/>
          <w:b/>
          <w:bCs/>
          <w:lang w:val="nl-NL"/>
        </w:rPr>
        <w:t>to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Life</w:t>
      </w:r>
    </w:p>
    <w:p w14:paraId="6D13ABED" w14:textId="77777777" w:rsidR="00CD4B97" w:rsidRPr="00CD4B97" w:rsidRDefault="00CD4B97" w:rsidP="00CD4B97">
      <w:p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One</w:t>
      </w:r>
      <w:proofErr w:type="spellEnd"/>
      <w:r w:rsidRPr="00CD4B97">
        <w:rPr>
          <w:rFonts w:ascii="Aptos" w:hAnsi="Aptos"/>
          <w:lang w:val="nl-NL"/>
        </w:rPr>
        <w:t xml:space="preserve"> of </w:t>
      </w:r>
      <w:proofErr w:type="spellStart"/>
      <w:r w:rsidRPr="00CD4B97">
        <w:rPr>
          <w:rFonts w:ascii="Aptos" w:hAnsi="Aptos"/>
          <w:lang w:val="nl-NL"/>
        </w:rPr>
        <w:t>the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strengths</w:t>
      </w:r>
      <w:proofErr w:type="spellEnd"/>
      <w:r w:rsidRPr="00CD4B97">
        <w:rPr>
          <w:rFonts w:ascii="Aptos" w:hAnsi="Aptos"/>
          <w:lang w:val="nl-NL"/>
        </w:rPr>
        <w:t xml:space="preserve"> of </w:t>
      </w:r>
      <w:proofErr w:type="spellStart"/>
      <w:r w:rsidRPr="00CD4B97">
        <w:rPr>
          <w:rFonts w:ascii="Aptos" w:hAnsi="Aptos"/>
          <w:lang w:val="nl-NL"/>
        </w:rPr>
        <w:t>the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Language </w:t>
      </w:r>
      <w:proofErr w:type="spellStart"/>
      <w:r w:rsidRPr="00CD4B97">
        <w:rPr>
          <w:rFonts w:ascii="Aptos" w:hAnsi="Aptos"/>
          <w:lang w:val="nl-NL"/>
        </w:rPr>
        <w:t>Programme</w:t>
      </w:r>
      <w:proofErr w:type="spellEnd"/>
      <w:r w:rsidRPr="00CD4B97">
        <w:rPr>
          <w:rFonts w:ascii="Aptos" w:hAnsi="Aptos"/>
          <w:lang w:val="nl-NL"/>
        </w:rPr>
        <w:t xml:space="preserve"> is </w:t>
      </w:r>
      <w:proofErr w:type="spellStart"/>
      <w:r w:rsidRPr="00CD4B97">
        <w:rPr>
          <w:rFonts w:ascii="Aptos" w:hAnsi="Aptos"/>
          <w:lang w:val="nl-NL"/>
        </w:rPr>
        <w:t>its</w:t>
      </w:r>
      <w:proofErr w:type="spellEnd"/>
      <w:r w:rsidRPr="00CD4B97">
        <w:rPr>
          <w:rFonts w:ascii="Aptos" w:hAnsi="Aptos"/>
          <w:lang w:val="nl-NL"/>
        </w:rPr>
        <w:t xml:space="preserve"> flexibility. </w:t>
      </w:r>
      <w:proofErr w:type="spellStart"/>
      <w:r w:rsidRPr="00CD4B97">
        <w:rPr>
          <w:rFonts w:ascii="Aptos" w:hAnsi="Aptos"/>
          <w:lang w:val="nl-NL"/>
        </w:rPr>
        <w:t>During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the</w:t>
      </w:r>
      <w:proofErr w:type="spellEnd"/>
      <w:r w:rsidRPr="00CD4B97">
        <w:rPr>
          <w:rFonts w:ascii="Aptos" w:hAnsi="Aptos"/>
          <w:lang w:val="nl-NL"/>
        </w:rPr>
        <w:t xml:space="preserve"> Erasmus+ </w:t>
      </w:r>
      <w:proofErr w:type="spellStart"/>
      <w:r w:rsidRPr="00CD4B97">
        <w:rPr>
          <w:rFonts w:ascii="Aptos" w:hAnsi="Aptos"/>
          <w:lang w:val="nl-NL"/>
        </w:rPr>
        <w:t>Equity</w:t>
      </w:r>
      <w:proofErr w:type="spellEnd"/>
      <w:r w:rsidRPr="00CD4B97">
        <w:rPr>
          <w:rFonts w:ascii="Aptos" w:hAnsi="Aptos"/>
          <w:lang w:val="nl-NL"/>
        </w:rPr>
        <w:t xml:space="preserve"> in </w:t>
      </w:r>
      <w:proofErr w:type="spellStart"/>
      <w:r w:rsidRPr="00CD4B97">
        <w:rPr>
          <w:rFonts w:ascii="Aptos" w:hAnsi="Aptos"/>
          <w:lang w:val="nl-NL"/>
        </w:rPr>
        <w:t>Gifted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Education</w:t>
      </w:r>
      <w:proofErr w:type="spellEnd"/>
      <w:r w:rsidRPr="00CD4B97">
        <w:rPr>
          <w:rFonts w:ascii="Aptos" w:hAnsi="Aptos"/>
          <w:lang w:val="nl-NL"/>
        </w:rPr>
        <w:t xml:space="preserve"> (EGE) project, </w:t>
      </w:r>
      <w:proofErr w:type="spellStart"/>
      <w:r w:rsidRPr="00CD4B97">
        <w:rPr>
          <w:rFonts w:ascii="Aptos" w:hAnsi="Aptos"/>
          <w:lang w:val="nl-NL"/>
        </w:rPr>
        <w:t>teachers</w:t>
      </w:r>
      <w:proofErr w:type="spellEnd"/>
      <w:r w:rsidRPr="00CD4B97">
        <w:rPr>
          <w:rFonts w:ascii="Aptos" w:hAnsi="Aptos"/>
          <w:lang w:val="nl-NL"/>
        </w:rPr>
        <w:t xml:space="preserve"> in Belgium, Ireland, Kosovo </w:t>
      </w:r>
      <w:proofErr w:type="spellStart"/>
      <w:r w:rsidRPr="00CD4B97">
        <w:rPr>
          <w:rFonts w:ascii="Aptos" w:hAnsi="Aptos"/>
          <w:lang w:val="nl-NL"/>
        </w:rPr>
        <w:t>and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the</w:t>
      </w:r>
      <w:proofErr w:type="spellEnd"/>
      <w:r w:rsidRPr="00CD4B97">
        <w:rPr>
          <w:rFonts w:ascii="Aptos" w:hAnsi="Aptos"/>
          <w:lang w:val="nl-NL"/>
        </w:rPr>
        <w:t xml:space="preserve"> Netherlands </w:t>
      </w:r>
      <w:proofErr w:type="spellStart"/>
      <w:r w:rsidRPr="00CD4B97">
        <w:rPr>
          <w:rFonts w:ascii="Aptos" w:hAnsi="Aptos"/>
          <w:lang w:val="nl-NL"/>
        </w:rPr>
        <w:t>adapted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programme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to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their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own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educational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contexts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while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maintaining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same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core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principles</w:t>
      </w:r>
      <w:proofErr w:type="spellEnd"/>
      <w:r w:rsidRPr="00CD4B97">
        <w:rPr>
          <w:rFonts w:ascii="Aptos" w:hAnsi="Aptos"/>
          <w:lang w:val="nl-NL"/>
        </w:rPr>
        <w:t>.</w:t>
      </w:r>
    </w:p>
    <w:p w14:paraId="26B78D59" w14:textId="77777777" w:rsidR="00CD4B97" w:rsidRPr="00CD4B97" w:rsidRDefault="00CD4B97" w:rsidP="00CD4B97">
      <w:p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Although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the</w:t>
      </w:r>
      <w:proofErr w:type="spellEnd"/>
      <w:r w:rsidRPr="00CD4B97">
        <w:rPr>
          <w:rFonts w:ascii="Aptos" w:hAnsi="Aptos"/>
          <w:lang w:val="nl-NL"/>
        </w:rPr>
        <w:t xml:space="preserve"> classroom </w:t>
      </w:r>
      <w:proofErr w:type="spellStart"/>
      <w:r w:rsidRPr="00CD4B97">
        <w:rPr>
          <w:rFonts w:ascii="Aptos" w:hAnsi="Aptos"/>
          <w:lang w:val="nl-NL"/>
        </w:rPr>
        <w:t>activities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varied</w:t>
      </w:r>
      <w:proofErr w:type="spellEnd"/>
      <w:r w:rsidRPr="00CD4B97">
        <w:rPr>
          <w:rFonts w:ascii="Aptos" w:hAnsi="Aptos"/>
          <w:lang w:val="nl-NL"/>
        </w:rPr>
        <w:t xml:space="preserve">, </w:t>
      </w:r>
      <w:proofErr w:type="spellStart"/>
      <w:r w:rsidRPr="00CD4B97">
        <w:rPr>
          <w:rFonts w:ascii="Aptos" w:hAnsi="Aptos"/>
          <w:lang w:val="nl-NL"/>
        </w:rPr>
        <w:t>several</w:t>
      </w:r>
      <w:proofErr w:type="spellEnd"/>
      <w:r w:rsidRPr="00CD4B97">
        <w:rPr>
          <w:rFonts w:ascii="Aptos" w:hAnsi="Aptos"/>
          <w:lang w:val="nl-NL"/>
        </w:rPr>
        <w:t xml:space="preserve"> common </w:t>
      </w:r>
      <w:proofErr w:type="spellStart"/>
      <w:r w:rsidRPr="00CD4B97">
        <w:rPr>
          <w:rFonts w:ascii="Aptos" w:hAnsi="Aptos"/>
          <w:lang w:val="nl-NL"/>
        </w:rPr>
        <w:t>themes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emerged</w:t>
      </w:r>
      <w:proofErr w:type="spellEnd"/>
      <w:r w:rsidRPr="00CD4B97">
        <w:rPr>
          <w:rFonts w:ascii="Aptos" w:hAnsi="Aptos"/>
          <w:lang w:val="nl-NL"/>
        </w:rPr>
        <w:t>:</w:t>
      </w:r>
    </w:p>
    <w:p w14:paraId="6AB658AF" w14:textId="77777777" w:rsidR="00CD4B97" w:rsidRPr="00CD4B97" w:rsidRDefault="00CD4B97" w:rsidP="00CD4B97">
      <w:pPr>
        <w:numPr>
          <w:ilvl w:val="0"/>
          <w:numId w:val="36"/>
        </w:numPr>
        <w:rPr>
          <w:rFonts w:ascii="Aptos" w:hAnsi="Aptos"/>
          <w:lang w:val="nl-NL"/>
        </w:rPr>
      </w:pPr>
      <w:r w:rsidRPr="00CD4B97">
        <w:rPr>
          <w:rFonts w:ascii="Aptos" w:hAnsi="Aptos"/>
          <w:lang w:val="nl-NL"/>
        </w:rPr>
        <w:t xml:space="preserve">explicit teaching of </w:t>
      </w: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vocabulary</w:t>
      </w:r>
      <w:proofErr w:type="spellEnd"/>
      <w:r w:rsidRPr="00CD4B97">
        <w:rPr>
          <w:rFonts w:ascii="Aptos" w:hAnsi="Aptos"/>
          <w:lang w:val="nl-NL"/>
        </w:rPr>
        <w:t xml:space="preserve">; </w:t>
      </w:r>
    </w:p>
    <w:p w14:paraId="70752B1B" w14:textId="77777777" w:rsidR="00CD4B97" w:rsidRPr="00CD4B97" w:rsidRDefault="00CD4B97" w:rsidP="00CD4B97">
      <w:pPr>
        <w:numPr>
          <w:ilvl w:val="0"/>
          <w:numId w:val="36"/>
        </w:num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active</w:t>
      </w:r>
      <w:proofErr w:type="spellEnd"/>
      <w:r w:rsidRPr="00CD4B97">
        <w:rPr>
          <w:rFonts w:ascii="Aptos" w:hAnsi="Aptos"/>
          <w:lang w:val="nl-NL"/>
        </w:rPr>
        <w:t xml:space="preserve"> student </w:t>
      </w:r>
      <w:proofErr w:type="spellStart"/>
      <w:r w:rsidRPr="00CD4B97">
        <w:rPr>
          <w:rFonts w:ascii="Aptos" w:hAnsi="Aptos"/>
          <w:lang w:val="nl-NL"/>
        </w:rPr>
        <w:t>participation</w:t>
      </w:r>
      <w:proofErr w:type="spellEnd"/>
      <w:r w:rsidRPr="00CD4B97">
        <w:rPr>
          <w:rFonts w:ascii="Aptos" w:hAnsi="Aptos"/>
          <w:lang w:val="nl-NL"/>
        </w:rPr>
        <w:t xml:space="preserve">; </w:t>
      </w:r>
    </w:p>
    <w:p w14:paraId="5A039C79" w14:textId="77777777" w:rsidR="00CD4B97" w:rsidRPr="00CD4B97" w:rsidRDefault="00CD4B97" w:rsidP="00CD4B97">
      <w:pPr>
        <w:numPr>
          <w:ilvl w:val="0"/>
          <w:numId w:val="36"/>
        </w:num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collaborative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learning</w:t>
      </w:r>
      <w:proofErr w:type="spellEnd"/>
      <w:r w:rsidRPr="00CD4B97">
        <w:rPr>
          <w:rFonts w:ascii="Aptos" w:hAnsi="Aptos"/>
          <w:lang w:val="nl-NL"/>
        </w:rPr>
        <w:t xml:space="preserve">; </w:t>
      </w:r>
    </w:p>
    <w:p w14:paraId="5796BCED" w14:textId="77777777" w:rsidR="00CD4B97" w:rsidRPr="00CD4B97" w:rsidRDefault="00CD4B97" w:rsidP="00CD4B97">
      <w:pPr>
        <w:numPr>
          <w:ilvl w:val="0"/>
          <w:numId w:val="36"/>
        </w:num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reflection</w:t>
      </w:r>
      <w:proofErr w:type="spellEnd"/>
      <w:r w:rsidRPr="00CD4B97">
        <w:rPr>
          <w:rFonts w:ascii="Aptos" w:hAnsi="Aptos"/>
          <w:lang w:val="nl-NL"/>
        </w:rPr>
        <w:t xml:space="preserve"> on </w:t>
      </w:r>
      <w:proofErr w:type="spellStart"/>
      <w:r w:rsidRPr="00CD4B97">
        <w:rPr>
          <w:rFonts w:ascii="Aptos" w:hAnsi="Aptos"/>
          <w:lang w:val="nl-NL"/>
        </w:rPr>
        <w:t>learning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strategies</w:t>
      </w:r>
      <w:proofErr w:type="spellEnd"/>
      <w:r w:rsidRPr="00CD4B97">
        <w:rPr>
          <w:rFonts w:ascii="Aptos" w:hAnsi="Aptos"/>
          <w:lang w:val="nl-NL"/>
        </w:rPr>
        <w:t xml:space="preserve">; </w:t>
      </w:r>
    </w:p>
    <w:p w14:paraId="4CDAAA50" w14:textId="77777777" w:rsidR="00CD4B97" w:rsidRPr="00CD4B97" w:rsidRDefault="00CD4B97" w:rsidP="00CD4B97">
      <w:pPr>
        <w:numPr>
          <w:ilvl w:val="0"/>
          <w:numId w:val="36"/>
        </w:num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differentiated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instruction</w:t>
      </w:r>
      <w:proofErr w:type="spellEnd"/>
      <w:r w:rsidRPr="00CD4B97">
        <w:rPr>
          <w:rFonts w:ascii="Aptos" w:hAnsi="Aptos"/>
          <w:lang w:val="nl-NL"/>
        </w:rPr>
        <w:t xml:space="preserve">; </w:t>
      </w:r>
    </w:p>
    <w:p w14:paraId="7BC48D36" w14:textId="77777777" w:rsidR="00CD4B97" w:rsidRPr="00CD4B97" w:rsidRDefault="00CD4B97" w:rsidP="00CD4B97">
      <w:pPr>
        <w:numPr>
          <w:ilvl w:val="0"/>
          <w:numId w:val="36"/>
        </w:num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authentic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language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use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across</w:t>
      </w:r>
      <w:proofErr w:type="spellEnd"/>
      <w:r w:rsidRPr="00CD4B97">
        <w:rPr>
          <w:rFonts w:ascii="Aptos" w:hAnsi="Aptos"/>
          <w:lang w:val="nl-NL"/>
        </w:rPr>
        <w:t xml:space="preserve"> subjects. </w:t>
      </w:r>
    </w:p>
    <w:p w14:paraId="3E6A3BC4" w14:textId="77777777" w:rsidR="00CD4B97" w:rsidRPr="00CD4B97" w:rsidRDefault="00CD4B97" w:rsidP="00CD4B97">
      <w:pPr>
        <w:rPr>
          <w:rFonts w:ascii="Aptos" w:hAnsi="Aptos"/>
          <w:lang w:val="nl-NL"/>
        </w:rPr>
      </w:pPr>
      <w:r w:rsidRPr="00CD4B97">
        <w:rPr>
          <w:rFonts w:ascii="Aptos" w:hAnsi="Aptos"/>
          <w:lang w:val="nl-NL"/>
        </w:rPr>
        <w:t xml:space="preserve">The </w:t>
      </w:r>
      <w:proofErr w:type="spellStart"/>
      <w:r w:rsidRPr="00CD4B97">
        <w:rPr>
          <w:rFonts w:ascii="Aptos" w:hAnsi="Aptos"/>
          <w:lang w:val="nl-NL"/>
        </w:rPr>
        <w:t>examples</w:t>
      </w:r>
      <w:proofErr w:type="spellEnd"/>
      <w:r w:rsidRPr="00CD4B97">
        <w:rPr>
          <w:rFonts w:ascii="Aptos" w:hAnsi="Aptos"/>
          <w:lang w:val="nl-NL"/>
        </w:rPr>
        <w:t xml:space="preserve"> below </w:t>
      </w:r>
      <w:proofErr w:type="spellStart"/>
      <w:r w:rsidRPr="00CD4B97">
        <w:rPr>
          <w:rFonts w:ascii="Aptos" w:hAnsi="Aptos"/>
          <w:lang w:val="nl-NL"/>
        </w:rPr>
        <w:t>illustrate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how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participating</w:t>
      </w:r>
      <w:proofErr w:type="spellEnd"/>
      <w:r w:rsidRPr="00CD4B97">
        <w:rPr>
          <w:rFonts w:ascii="Aptos" w:hAnsi="Aptos"/>
          <w:lang w:val="nl-NL"/>
        </w:rPr>
        <w:t xml:space="preserve"> schools </w:t>
      </w:r>
      <w:proofErr w:type="spellStart"/>
      <w:r w:rsidRPr="00CD4B97">
        <w:rPr>
          <w:rFonts w:ascii="Aptos" w:hAnsi="Aptos"/>
          <w:lang w:val="nl-NL"/>
        </w:rPr>
        <w:t>translated</w:t>
      </w:r>
      <w:proofErr w:type="spellEnd"/>
      <w:r w:rsidRPr="00CD4B97">
        <w:rPr>
          <w:rFonts w:ascii="Aptos" w:hAnsi="Aptos"/>
          <w:lang w:val="nl-NL"/>
        </w:rPr>
        <w:t xml:space="preserve"> these </w:t>
      </w:r>
      <w:proofErr w:type="spellStart"/>
      <w:r w:rsidRPr="00CD4B97">
        <w:rPr>
          <w:rFonts w:ascii="Aptos" w:hAnsi="Aptos"/>
          <w:lang w:val="nl-NL"/>
        </w:rPr>
        <w:t>principles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into</w:t>
      </w:r>
      <w:proofErr w:type="spellEnd"/>
      <w:r w:rsidRPr="00CD4B97">
        <w:rPr>
          <w:rFonts w:ascii="Aptos" w:hAnsi="Aptos"/>
          <w:lang w:val="nl-NL"/>
        </w:rPr>
        <w:t xml:space="preserve"> classroom </w:t>
      </w:r>
      <w:proofErr w:type="spellStart"/>
      <w:r w:rsidRPr="00CD4B97">
        <w:rPr>
          <w:rFonts w:ascii="Aptos" w:hAnsi="Aptos"/>
          <w:lang w:val="nl-NL"/>
        </w:rPr>
        <w:t>practice</w:t>
      </w:r>
      <w:proofErr w:type="spellEnd"/>
      <w:r w:rsidRPr="00CD4B97">
        <w:rPr>
          <w:rFonts w:ascii="Aptos" w:hAnsi="Aptos"/>
          <w:lang w:val="nl-NL"/>
        </w:rPr>
        <w:t xml:space="preserve">. </w:t>
      </w:r>
      <w:proofErr w:type="spellStart"/>
      <w:r w:rsidRPr="00CD4B97">
        <w:rPr>
          <w:rFonts w:ascii="Aptos" w:hAnsi="Aptos"/>
          <w:lang w:val="nl-NL"/>
        </w:rPr>
        <w:t>They</w:t>
      </w:r>
      <w:proofErr w:type="spellEnd"/>
      <w:r w:rsidRPr="00CD4B97">
        <w:rPr>
          <w:rFonts w:ascii="Aptos" w:hAnsi="Aptos"/>
          <w:lang w:val="nl-NL"/>
        </w:rPr>
        <w:t xml:space="preserve"> are </w:t>
      </w:r>
      <w:proofErr w:type="spellStart"/>
      <w:r w:rsidRPr="00CD4B97">
        <w:rPr>
          <w:rFonts w:ascii="Aptos" w:hAnsi="Aptos"/>
          <w:lang w:val="nl-NL"/>
        </w:rPr>
        <w:t>intended</w:t>
      </w:r>
      <w:proofErr w:type="spellEnd"/>
      <w:r w:rsidRPr="00CD4B97">
        <w:rPr>
          <w:rFonts w:ascii="Aptos" w:hAnsi="Aptos"/>
          <w:lang w:val="nl-NL"/>
        </w:rPr>
        <w:t xml:space="preserve"> as </w:t>
      </w:r>
      <w:proofErr w:type="spellStart"/>
      <w:r w:rsidRPr="00CD4B97">
        <w:rPr>
          <w:rFonts w:ascii="Aptos" w:hAnsi="Aptos"/>
          <w:lang w:val="nl-NL"/>
        </w:rPr>
        <w:t>inspiration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rather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than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fixed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lesson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plans</w:t>
      </w:r>
      <w:proofErr w:type="spellEnd"/>
      <w:r w:rsidRPr="00CD4B97">
        <w:rPr>
          <w:rFonts w:ascii="Aptos" w:hAnsi="Aptos"/>
          <w:lang w:val="nl-NL"/>
        </w:rPr>
        <w:t xml:space="preserve">. More </w:t>
      </w:r>
      <w:proofErr w:type="spellStart"/>
      <w:r w:rsidRPr="00CD4B97">
        <w:rPr>
          <w:rFonts w:ascii="Aptos" w:hAnsi="Aptos"/>
          <w:lang w:val="nl-NL"/>
        </w:rPr>
        <w:t>detailed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descriptions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can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be</w:t>
      </w:r>
      <w:proofErr w:type="spellEnd"/>
      <w:r w:rsidRPr="00CD4B97">
        <w:rPr>
          <w:rFonts w:ascii="Aptos" w:hAnsi="Aptos"/>
          <w:lang w:val="nl-NL"/>
        </w:rPr>
        <w:t xml:space="preserve"> found in </w:t>
      </w:r>
      <w:proofErr w:type="spellStart"/>
      <w:r w:rsidRPr="00CD4B97">
        <w:rPr>
          <w:rFonts w:ascii="Aptos" w:hAnsi="Aptos"/>
          <w:lang w:val="nl-NL"/>
        </w:rPr>
        <w:t>the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Language </w:t>
      </w:r>
      <w:proofErr w:type="spellStart"/>
      <w:r w:rsidRPr="00CD4B97">
        <w:rPr>
          <w:rFonts w:ascii="Aptos" w:hAnsi="Aptos"/>
          <w:lang w:val="nl-NL"/>
        </w:rPr>
        <w:t>Programme</w:t>
      </w:r>
      <w:proofErr w:type="spellEnd"/>
      <w:r w:rsidRPr="00CD4B97">
        <w:rPr>
          <w:rFonts w:ascii="Aptos" w:hAnsi="Aptos"/>
          <w:lang w:val="nl-NL"/>
        </w:rPr>
        <w:t xml:space="preserve"> Manual. </w:t>
      </w:r>
    </w:p>
    <w:p w14:paraId="0C839E74" w14:textId="77777777" w:rsidR="00CD4B97" w:rsidRPr="00CD4B97" w:rsidRDefault="00CD4B97" w:rsidP="00CD4B97">
      <w:pPr>
        <w:rPr>
          <w:rFonts w:ascii="Aptos" w:hAnsi="Aptos"/>
          <w:lang w:val="nl-NL"/>
        </w:rPr>
      </w:pPr>
      <w:r w:rsidRPr="00CD4B97">
        <w:rPr>
          <w:rFonts w:ascii="Aptos" w:hAnsi="Aptos"/>
          <w:lang w:val="nl-NL"/>
        </w:rPr>
        <w:pict w14:anchorId="57DE5797">
          <v:rect id="_x0000_i1209" style="width:0;height:1.5pt" o:hralign="center" o:hrstd="t" o:hr="t" fillcolor="#a0a0a0" stroked="f"/>
        </w:pict>
      </w:r>
    </w:p>
    <w:p w14:paraId="30629039" w14:textId="77777777" w:rsidR="00CD4B97" w:rsidRPr="00CD4B97" w:rsidRDefault="00CD4B97" w:rsidP="00CD4B97">
      <w:pPr>
        <w:rPr>
          <w:rFonts w:ascii="Aptos" w:hAnsi="Aptos"/>
          <w:b/>
          <w:bCs/>
          <w:lang w:val="nl-NL"/>
        </w:rPr>
      </w:pPr>
      <w:r w:rsidRPr="00CD4B97">
        <w:rPr>
          <w:rFonts w:ascii="Segoe UI Emoji" w:hAnsi="Segoe UI Emoji" w:cs="Segoe UI Emoji"/>
          <w:b/>
          <w:bCs/>
          <w:lang w:val="nl-NL"/>
        </w:rPr>
        <w:t>🇳🇱</w:t>
      </w:r>
      <w:r w:rsidRPr="00CD4B97">
        <w:rPr>
          <w:rFonts w:ascii="Aptos" w:hAnsi="Aptos"/>
          <w:b/>
          <w:bCs/>
          <w:lang w:val="nl-NL"/>
        </w:rPr>
        <w:t xml:space="preserve"> The Netherlands</w:t>
      </w:r>
    </w:p>
    <w:p w14:paraId="5043AA81" w14:textId="77777777" w:rsidR="00CD4B97" w:rsidRPr="00CD4B97" w:rsidRDefault="00CD4B97" w:rsidP="00CD4B97">
      <w:pPr>
        <w:rPr>
          <w:rFonts w:ascii="Aptos" w:hAnsi="Aptos"/>
          <w:b/>
          <w:bCs/>
          <w:lang w:val="nl-NL"/>
        </w:rPr>
      </w:pPr>
      <w:proofErr w:type="spellStart"/>
      <w:r w:rsidRPr="00CD4B97">
        <w:rPr>
          <w:rFonts w:ascii="Aptos" w:hAnsi="Aptos"/>
          <w:b/>
          <w:bCs/>
          <w:lang w:val="nl-NL"/>
        </w:rPr>
        <w:t>Visualising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Academic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Vocabulary</w:t>
      </w:r>
      <w:proofErr w:type="spellEnd"/>
    </w:p>
    <w:p w14:paraId="4EF101DC" w14:textId="77777777" w:rsidR="00CD4B97" w:rsidRPr="00CD4B97" w:rsidRDefault="00CD4B97" w:rsidP="00CD4B97">
      <w:pPr>
        <w:rPr>
          <w:rFonts w:ascii="Aptos" w:hAnsi="Aptos"/>
          <w:lang w:val="nl-NL"/>
        </w:rPr>
      </w:pPr>
      <w:r w:rsidRPr="00CD4B97">
        <w:rPr>
          <w:rFonts w:ascii="Aptos" w:hAnsi="Aptos"/>
          <w:b/>
          <w:bCs/>
          <w:lang w:val="nl-NL"/>
        </w:rPr>
        <w:t>School:</w:t>
      </w:r>
      <w:r w:rsidRPr="00CD4B97">
        <w:rPr>
          <w:rFonts w:ascii="Aptos" w:hAnsi="Aptos"/>
          <w:lang w:val="nl-NL"/>
        </w:rPr>
        <w:t xml:space="preserve"> Het Lyceum Vos, Vlaardingen</w:t>
      </w:r>
      <w:r w:rsidRPr="00CD4B97">
        <w:rPr>
          <w:rFonts w:ascii="Aptos" w:hAnsi="Aptos"/>
          <w:lang w:val="nl-NL"/>
        </w:rPr>
        <w:br/>
      </w:r>
      <w:r w:rsidRPr="00CD4B97">
        <w:rPr>
          <w:rFonts w:ascii="Aptos" w:hAnsi="Aptos"/>
          <w:b/>
          <w:bCs/>
          <w:lang w:val="nl-NL"/>
        </w:rPr>
        <w:t>Teacher:</w:t>
      </w:r>
      <w:r w:rsidRPr="00CD4B97">
        <w:rPr>
          <w:rFonts w:ascii="Aptos" w:hAnsi="Aptos"/>
          <w:lang w:val="nl-NL"/>
        </w:rPr>
        <w:t xml:space="preserve"> Monique Plugge</w:t>
      </w:r>
    </w:p>
    <w:p w14:paraId="0EE13D73" w14:textId="77777777" w:rsidR="00CD4B97" w:rsidRPr="00CD4B97" w:rsidRDefault="00CD4B97" w:rsidP="00CD4B97">
      <w:p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Students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explored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vocabulary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by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connecting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words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with</w:t>
      </w:r>
      <w:proofErr w:type="spellEnd"/>
      <w:r w:rsidRPr="00CD4B97">
        <w:rPr>
          <w:rFonts w:ascii="Aptos" w:hAnsi="Aptos"/>
          <w:lang w:val="nl-NL"/>
        </w:rPr>
        <w:t xml:space="preserve"> pictures, </w:t>
      </w:r>
      <w:proofErr w:type="spellStart"/>
      <w:r w:rsidRPr="00CD4B97">
        <w:rPr>
          <w:rFonts w:ascii="Aptos" w:hAnsi="Aptos"/>
          <w:lang w:val="nl-NL"/>
        </w:rPr>
        <w:t>creating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visual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representations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and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discussing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synonyms</w:t>
      </w:r>
      <w:proofErr w:type="spellEnd"/>
      <w:r w:rsidRPr="00CD4B97">
        <w:rPr>
          <w:rFonts w:ascii="Aptos" w:hAnsi="Aptos"/>
          <w:lang w:val="nl-NL"/>
        </w:rPr>
        <w:t xml:space="preserve">, word families </w:t>
      </w:r>
      <w:proofErr w:type="spellStart"/>
      <w:r w:rsidRPr="00CD4B97">
        <w:rPr>
          <w:rFonts w:ascii="Aptos" w:hAnsi="Aptos"/>
          <w:lang w:val="nl-NL"/>
        </w:rPr>
        <w:t>and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example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sentences</w:t>
      </w:r>
      <w:proofErr w:type="spellEnd"/>
      <w:r w:rsidRPr="00CD4B97">
        <w:rPr>
          <w:rFonts w:ascii="Aptos" w:hAnsi="Aptos"/>
          <w:lang w:val="nl-NL"/>
        </w:rPr>
        <w:t xml:space="preserve">. </w:t>
      </w:r>
      <w:proofErr w:type="spellStart"/>
      <w:r w:rsidRPr="00CD4B97">
        <w:rPr>
          <w:rFonts w:ascii="Aptos" w:hAnsi="Aptos"/>
          <w:lang w:val="nl-NL"/>
        </w:rPr>
        <w:t>Working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lastRenderedPageBreak/>
        <w:t>together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helped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students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develop</w:t>
      </w:r>
      <w:proofErr w:type="spellEnd"/>
      <w:r w:rsidRPr="00CD4B97">
        <w:rPr>
          <w:rFonts w:ascii="Aptos" w:hAnsi="Aptos"/>
          <w:lang w:val="nl-NL"/>
        </w:rPr>
        <w:t xml:space="preserve"> a </w:t>
      </w:r>
      <w:proofErr w:type="spellStart"/>
      <w:r w:rsidRPr="00CD4B97">
        <w:rPr>
          <w:rFonts w:ascii="Aptos" w:hAnsi="Aptos"/>
          <w:lang w:val="nl-NL"/>
        </w:rPr>
        <w:t>deeper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understanding</w:t>
      </w:r>
      <w:proofErr w:type="spellEnd"/>
      <w:r w:rsidRPr="00CD4B97">
        <w:rPr>
          <w:rFonts w:ascii="Aptos" w:hAnsi="Aptos"/>
          <w:lang w:val="nl-NL"/>
        </w:rPr>
        <w:t xml:space="preserve"> of abstract </w:t>
      </w: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concepts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while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increasing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participation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from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quieter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learners</w:t>
      </w:r>
      <w:proofErr w:type="spellEnd"/>
      <w:r w:rsidRPr="00CD4B97">
        <w:rPr>
          <w:rFonts w:ascii="Aptos" w:hAnsi="Aptos"/>
          <w:lang w:val="nl-NL"/>
        </w:rPr>
        <w:t xml:space="preserve">. </w:t>
      </w:r>
    </w:p>
    <w:p w14:paraId="71FF2729" w14:textId="77777777" w:rsidR="00CD4B97" w:rsidRPr="00CD4B97" w:rsidRDefault="00CD4B97" w:rsidP="00CD4B97">
      <w:p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b/>
          <w:bCs/>
          <w:lang w:val="nl-NL"/>
        </w:rPr>
        <w:t>What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made </w:t>
      </w:r>
      <w:proofErr w:type="spellStart"/>
      <w:r w:rsidRPr="00CD4B97">
        <w:rPr>
          <w:rFonts w:ascii="Aptos" w:hAnsi="Aptos"/>
          <w:b/>
          <w:bCs/>
          <w:lang w:val="nl-NL"/>
        </w:rPr>
        <w:t>it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successful</w:t>
      </w:r>
      <w:proofErr w:type="spellEnd"/>
      <w:r w:rsidRPr="00CD4B97">
        <w:rPr>
          <w:rFonts w:ascii="Aptos" w:hAnsi="Aptos"/>
          <w:b/>
          <w:bCs/>
          <w:lang w:val="nl-NL"/>
        </w:rPr>
        <w:t>?</w:t>
      </w:r>
    </w:p>
    <w:p w14:paraId="648E4D8C" w14:textId="77777777" w:rsidR="00CD4B97" w:rsidRPr="00CD4B97" w:rsidRDefault="00CD4B97" w:rsidP="00CD4B97">
      <w:pPr>
        <w:numPr>
          <w:ilvl w:val="0"/>
          <w:numId w:val="37"/>
        </w:numPr>
        <w:rPr>
          <w:rFonts w:ascii="Aptos" w:hAnsi="Aptos"/>
          <w:lang w:val="nl-NL"/>
        </w:rPr>
      </w:pPr>
      <w:r w:rsidRPr="00CD4B97">
        <w:rPr>
          <w:rFonts w:ascii="Aptos" w:hAnsi="Aptos"/>
          <w:lang w:val="nl-NL"/>
        </w:rPr>
        <w:t xml:space="preserve">Visual </w:t>
      </w:r>
      <w:proofErr w:type="spellStart"/>
      <w:r w:rsidRPr="00CD4B97">
        <w:rPr>
          <w:rFonts w:ascii="Aptos" w:hAnsi="Aptos"/>
          <w:lang w:val="nl-NL"/>
        </w:rPr>
        <w:t>learning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strengthened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vocabulary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acquisition</w:t>
      </w:r>
      <w:proofErr w:type="spellEnd"/>
      <w:r w:rsidRPr="00CD4B97">
        <w:rPr>
          <w:rFonts w:ascii="Aptos" w:hAnsi="Aptos"/>
          <w:lang w:val="nl-NL"/>
        </w:rPr>
        <w:t xml:space="preserve">. </w:t>
      </w:r>
    </w:p>
    <w:p w14:paraId="4241E53A" w14:textId="77777777" w:rsidR="00CD4B97" w:rsidRPr="00CD4B97" w:rsidRDefault="00CD4B97" w:rsidP="00CD4B97">
      <w:pPr>
        <w:numPr>
          <w:ilvl w:val="0"/>
          <w:numId w:val="37"/>
        </w:num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Collaboration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encouraged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students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to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explain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their</w:t>
      </w:r>
      <w:proofErr w:type="spellEnd"/>
      <w:r w:rsidRPr="00CD4B97">
        <w:rPr>
          <w:rFonts w:ascii="Aptos" w:hAnsi="Aptos"/>
          <w:lang w:val="nl-NL"/>
        </w:rPr>
        <w:t xml:space="preserve"> thinking. </w:t>
      </w:r>
    </w:p>
    <w:p w14:paraId="7503B517" w14:textId="77777777" w:rsidR="00CD4B97" w:rsidRPr="00CD4B97" w:rsidRDefault="00CD4B97" w:rsidP="00CD4B97">
      <w:pPr>
        <w:numPr>
          <w:ilvl w:val="0"/>
          <w:numId w:val="37"/>
        </w:num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Students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actively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constructed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meaning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instead</w:t>
      </w:r>
      <w:proofErr w:type="spellEnd"/>
      <w:r w:rsidRPr="00CD4B97">
        <w:rPr>
          <w:rFonts w:ascii="Aptos" w:hAnsi="Aptos"/>
          <w:lang w:val="nl-NL"/>
        </w:rPr>
        <w:t xml:space="preserve"> of </w:t>
      </w:r>
      <w:proofErr w:type="spellStart"/>
      <w:r w:rsidRPr="00CD4B97">
        <w:rPr>
          <w:rFonts w:ascii="Aptos" w:hAnsi="Aptos"/>
          <w:lang w:val="nl-NL"/>
        </w:rPr>
        <w:t>memorising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definitions</w:t>
      </w:r>
      <w:proofErr w:type="spellEnd"/>
      <w:r w:rsidRPr="00CD4B97">
        <w:rPr>
          <w:rFonts w:ascii="Aptos" w:hAnsi="Aptos"/>
          <w:lang w:val="nl-NL"/>
        </w:rPr>
        <w:t xml:space="preserve">. </w:t>
      </w:r>
    </w:p>
    <w:p w14:paraId="2A471716" w14:textId="77777777" w:rsidR="00CD4B97" w:rsidRPr="00CD4B97" w:rsidRDefault="00CD4B97" w:rsidP="00CD4B97">
      <w:p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b/>
          <w:bCs/>
          <w:lang w:val="nl-NL"/>
        </w:rPr>
        <w:t>Key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takeaway</w:t>
      </w:r>
      <w:proofErr w:type="spellEnd"/>
    </w:p>
    <w:p w14:paraId="044D77D8" w14:textId="77777777" w:rsidR="00CD4B97" w:rsidRPr="00CD4B97" w:rsidRDefault="00CD4B97" w:rsidP="00CD4B97">
      <w:p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Visualisation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combined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with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collaborative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discussion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can</w:t>
      </w:r>
      <w:proofErr w:type="spellEnd"/>
      <w:r w:rsidRPr="00CD4B97">
        <w:rPr>
          <w:rFonts w:ascii="Aptos" w:hAnsi="Aptos"/>
          <w:lang w:val="nl-NL"/>
        </w:rPr>
        <w:t xml:space="preserve"> make abstract </w:t>
      </w: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vocabulary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accessible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to</w:t>
      </w:r>
      <w:proofErr w:type="spellEnd"/>
      <w:r w:rsidRPr="00CD4B97">
        <w:rPr>
          <w:rFonts w:ascii="Aptos" w:hAnsi="Aptos"/>
          <w:lang w:val="nl-NL"/>
        </w:rPr>
        <w:t xml:space="preserve"> a </w:t>
      </w:r>
      <w:proofErr w:type="spellStart"/>
      <w:r w:rsidRPr="00CD4B97">
        <w:rPr>
          <w:rFonts w:ascii="Aptos" w:hAnsi="Aptos"/>
          <w:lang w:val="nl-NL"/>
        </w:rPr>
        <w:t>wide</w:t>
      </w:r>
      <w:proofErr w:type="spellEnd"/>
      <w:r w:rsidRPr="00CD4B97">
        <w:rPr>
          <w:rFonts w:ascii="Aptos" w:hAnsi="Aptos"/>
          <w:lang w:val="nl-NL"/>
        </w:rPr>
        <w:t xml:space="preserve"> range of </w:t>
      </w:r>
      <w:proofErr w:type="spellStart"/>
      <w:r w:rsidRPr="00CD4B97">
        <w:rPr>
          <w:rFonts w:ascii="Aptos" w:hAnsi="Aptos"/>
          <w:lang w:val="nl-NL"/>
        </w:rPr>
        <w:t>learners</w:t>
      </w:r>
      <w:proofErr w:type="spellEnd"/>
      <w:r w:rsidRPr="00CD4B97">
        <w:rPr>
          <w:rFonts w:ascii="Aptos" w:hAnsi="Aptos"/>
          <w:lang w:val="nl-NL"/>
        </w:rPr>
        <w:t xml:space="preserve">. </w:t>
      </w:r>
    </w:p>
    <w:p w14:paraId="2AFB4C92" w14:textId="77777777" w:rsidR="00CD4B97" w:rsidRPr="00CD4B97" w:rsidRDefault="00CD4B97" w:rsidP="00CD4B97">
      <w:pPr>
        <w:rPr>
          <w:rFonts w:ascii="Aptos" w:hAnsi="Aptos"/>
          <w:lang w:val="nl-NL"/>
        </w:rPr>
      </w:pPr>
      <w:r w:rsidRPr="00CD4B97">
        <w:rPr>
          <w:rFonts w:ascii="Aptos" w:hAnsi="Aptos"/>
          <w:lang w:val="nl-NL"/>
        </w:rPr>
        <w:pict w14:anchorId="07D327C2">
          <v:rect id="_x0000_i1210" style="width:0;height:1.5pt" o:hralign="center" o:hrstd="t" o:hr="t" fillcolor="#a0a0a0" stroked="f"/>
        </w:pict>
      </w:r>
    </w:p>
    <w:p w14:paraId="05B5523D" w14:textId="77777777" w:rsidR="00CD4B97" w:rsidRPr="00CD4B97" w:rsidRDefault="00CD4B97" w:rsidP="00CD4B97">
      <w:pPr>
        <w:rPr>
          <w:rFonts w:ascii="Aptos" w:hAnsi="Aptos"/>
          <w:b/>
          <w:bCs/>
          <w:lang w:val="nl-NL"/>
        </w:rPr>
      </w:pPr>
      <w:r w:rsidRPr="00CD4B97">
        <w:rPr>
          <w:rFonts w:ascii="Segoe UI Emoji" w:hAnsi="Segoe UI Emoji" w:cs="Segoe UI Emoji"/>
          <w:b/>
          <w:bCs/>
          <w:lang w:val="nl-NL"/>
        </w:rPr>
        <w:t>🇧🇪</w:t>
      </w:r>
      <w:r w:rsidRPr="00CD4B97">
        <w:rPr>
          <w:rFonts w:ascii="Aptos" w:hAnsi="Aptos"/>
          <w:b/>
          <w:bCs/>
          <w:lang w:val="nl-NL"/>
        </w:rPr>
        <w:t xml:space="preserve"> Belgium</w:t>
      </w:r>
    </w:p>
    <w:p w14:paraId="18208F6E" w14:textId="77777777" w:rsidR="00CD4B97" w:rsidRPr="00CD4B97" w:rsidRDefault="00CD4B97" w:rsidP="00CD4B97">
      <w:pPr>
        <w:rPr>
          <w:rFonts w:ascii="Aptos" w:hAnsi="Aptos"/>
          <w:b/>
          <w:bCs/>
          <w:lang w:val="nl-NL"/>
        </w:rPr>
      </w:pPr>
      <w:proofErr w:type="spellStart"/>
      <w:r w:rsidRPr="00CD4B97">
        <w:rPr>
          <w:rFonts w:ascii="Aptos" w:hAnsi="Aptos"/>
          <w:b/>
          <w:bCs/>
          <w:lang w:val="nl-NL"/>
        </w:rPr>
        <w:t>Developing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Curiosity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Through </w:t>
      </w:r>
      <w:proofErr w:type="spellStart"/>
      <w:r w:rsidRPr="00CD4B97">
        <w:rPr>
          <w:rFonts w:ascii="Aptos" w:hAnsi="Aptos"/>
          <w:b/>
          <w:bCs/>
          <w:lang w:val="nl-NL"/>
        </w:rPr>
        <w:t>Academic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Language</w:t>
      </w:r>
    </w:p>
    <w:p w14:paraId="342B3B50" w14:textId="77777777" w:rsidR="00CD4B97" w:rsidRPr="00CD4B97" w:rsidRDefault="00CD4B97" w:rsidP="00CD4B97">
      <w:pPr>
        <w:rPr>
          <w:rFonts w:ascii="Aptos" w:hAnsi="Aptos"/>
          <w:lang w:val="nl-NL"/>
        </w:rPr>
      </w:pPr>
      <w:r w:rsidRPr="00CD4B97">
        <w:rPr>
          <w:rFonts w:ascii="Aptos" w:hAnsi="Aptos"/>
          <w:b/>
          <w:bCs/>
          <w:lang w:val="nl-NL"/>
        </w:rPr>
        <w:t>School:</w:t>
      </w:r>
      <w:r w:rsidRPr="00CD4B97">
        <w:rPr>
          <w:rFonts w:ascii="Aptos" w:hAnsi="Aptos"/>
          <w:lang w:val="nl-NL"/>
        </w:rPr>
        <w:t xml:space="preserve"> OLVC+, </w:t>
      </w:r>
      <w:proofErr w:type="spellStart"/>
      <w:r w:rsidRPr="00CD4B97">
        <w:rPr>
          <w:rFonts w:ascii="Aptos" w:hAnsi="Aptos"/>
          <w:lang w:val="nl-NL"/>
        </w:rPr>
        <w:t>Antwerp</w:t>
      </w:r>
      <w:proofErr w:type="spellEnd"/>
      <w:r w:rsidRPr="00CD4B97">
        <w:rPr>
          <w:rFonts w:ascii="Aptos" w:hAnsi="Aptos"/>
          <w:lang w:val="nl-NL"/>
        </w:rPr>
        <w:br/>
      </w:r>
      <w:r w:rsidRPr="00CD4B97">
        <w:rPr>
          <w:rFonts w:ascii="Aptos" w:hAnsi="Aptos"/>
          <w:b/>
          <w:bCs/>
          <w:lang w:val="nl-NL"/>
        </w:rPr>
        <w:t>Teachers:</w:t>
      </w:r>
      <w:r w:rsidRPr="00CD4B97">
        <w:rPr>
          <w:rFonts w:ascii="Aptos" w:hAnsi="Aptos"/>
          <w:lang w:val="nl-NL"/>
        </w:rPr>
        <w:t xml:space="preserve"> Lotte van den Branden &amp; Sander Schoepen</w:t>
      </w:r>
    </w:p>
    <w:p w14:paraId="798F496C" w14:textId="77777777" w:rsidR="00CD4B97" w:rsidRPr="00CD4B97" w:rsidRDefault="00CD4B97" w:rsidP="00CD4B97">
      <w:p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Students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worked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with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vocabulary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through</w:t>
      </w:r>
      <w:proofErr w:type="spellEnd"/>
      <w:r w:rsidRPr="00CD4B97">
        <w:rPr>
          <w:rFonts w:ascii="Aptos" w:hAnsi="Aptos"/>
          <w:lang w:val="nl-NL"/>
        </w:rPr>
        <w:t xml:space="preserve"> games, digital </w:t>
      </w:r>
      <w:proofErr w:type="spellStart"/>
      <w:r w:rsidRPr="00CD4B97">
        <w:rPr>
          <w:rFonts w:ascii="Aptos" w:hAnsi="Aptos"/>
          <w:lang w:val="nl-NL"/>
        </w:rPr>
        <w:t>exercises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and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discussions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about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language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structures</w:t>
      </w:r>
      <w:proofErr w:type="spellEnd"/>
      <w:r w:rsidRPr="00CD4B97">
        <w:rPr>
          <w:rFonts w:ascii="Aptos" w:hAnsi="Aptos"/>
          <w:lang w:val="nl-NL"/>
        </w:rPr>
        <w:t xml:space="preserve">. </w:t>
      </w:r>
      <w:proofErr w:type="spellStart"/>
      <w:r w:rsidRPr="00CD4B97">
        <w:rPr>
          <w:rFonts w:ascii="Aptos" w:hAnsi="Aptos"/>
          <w:lang w:val="nl-NL"/>
        </w:rPr>
        <w:t>Rather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than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simply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learning</w:t>
      </w:r>
      <w:proofErr w:type="spellEnd"/>
      <w:r w:rsidRPr="00CD4B97">
        <w:rPr>
          <w:rFonts w:ascii="Aptos" w:hAnsi="Aptos"/>
          <w:lang w:val="nl-NL"/>
        </w:rPr>
        <w:t xml:space="preserve"> new </w:t>
      </w:r>
      <w:proofErr w:type="spellStart"/>
      <w:r w:rsidRPr="00CD4B97">
        <w:rPr>
          <w:rFonts w:ascii="Aptos" w:hAnsi="Aptos"/>
          <w:lang w:val="nl-NL"/>
        </w:rPr>
        <w:t>words</w:t>
      </w:r>
      <w:proofErr w:type="spellEnd"/>
      <w:r w:rsidRPr="00CD4B97">
        <w:rPr>
          <w:rFonts w:ascii="Aptos" w:hAnsi="Aptos"/>
          <w:lang w:val="nl-NL"/>
        </w:rPr>
        <w:t xml:space="preserve">, </w:t>
      </w:r>
      <w:proofErr w:type="spellStart"/>
      <w:r w:rsidRPr="00CD4B97">
        <w:rPr>
          <w:rFonts w:ascii="Aptos" w:hAnsi="Aptos"/>
          <w:lang w:val="nl-NL"/>
        </w:rPr>
        <w:t>students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became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curious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about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language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itself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and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reflected</w:t>
      </w:r>
      <w:proofErr w:type="spellEnd"/>
      <w:r w:rsidRPr="00CD4B97">
        <w:rPr>
          <w:rFonts w:ascii="Aptos" w:hAnsi="Aptos"/>
          <w:lang w:val="nl-NL"/>
        </w:rPr>
        <w:t xml:space="preserve"> on </w:t>
      </w:r>
      <w:proofErr w:type="spellStart"/>
      <w:r w:rsidRPr="00CD4B97">
        <w:rPr>
          <w:rFonts w:ascii="Aptos" w:hAnsi="Aptos"/>
          <w:lang w:val="nl-NL"/>
        </w:rPr>
        <w:t>how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they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learn</w:t>
      </w:r>
      <w:proofErr w:type="spellEnd"/>
      <w:r w:rsidRPr="00CD4B97">
        <w:rPr>
          <w:rFonts w:ascii="Aptos" w:hAnsi="Aptos"/>
          <w:lang w:val="nl-NL"/>
        </w:rPr>
        <w:t xml:space="preserve"> new </w:t>
      </w:r>
      <w:proofErr w:type="spellStart"/>
      <w:r w:rsidRPr="00CD4B97">
        <w:rPr>
          <w:rFonts w:ascii="Aptos" w:hAnsi="Aptos"/>
          <w:lang w:val="nl-NL"/>
        </w:rPr>
        <w:t>vocabulary</w:t>
      </w:r>
      <w:proofErr w:type="spellEnd"/>
      <w:r w:rsidRPr="00CD4B97">
        <w:rPr>
          <w:rFonts w:ascii="Aptos" w:hAnsi="Aptos"/>
          <w:lang w:val="nl-NL"/>
        </w:rPr>
        <w:t xml:space="preserve">. </w:t>
      </w:r>
    </w:p>
    <w:p w14:paraId="09009A84" w14:textId="77777777" w:rsidR="00CD4B97" w:rsidRPr="00CD4B97" w:rsidRDefault="00CD4B97" w:rsidP="00CD4B97">
      <w:p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b/>
          <w:bCs/>
          <w:lang w:val="nl-NL"/>
        </w:rPr>
        <w:t>What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made </w:t>
      </w:r>
      <w:proofErr w:type="spellStart"/>
      <w:r w:rsidRPr="00CD4B97">
        <w:rPr>
          <w:rFonts w:ascii="Aptos" w:hAnsi="Aptos"/>
          <w:b/>
          <w:bCs/>
          <w:lang w:val="nl-NL"/>
        </w:rPr>
        <w:t>it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successful</w:t>
      </w:r>
      <w:proofErr w:type="spellEnd"/>
      <w:r w:rsidRPr="00CD4B97">
        <w:rPr>
          <w:rFonts w:ascii="Aptos" w:hAnsi="Aptos"/>
          <w:b/>
          <w:bCs/>
          <w:lang w:val="nl-NL"/>
        </w:rPr>
        <w:t>?</w:t>
      </w:r>
    </w:p>
    <w:p w14:paraId="77346B2E" w14:textId="77777777" w:rsidR="00CD4B97" w:rsidRPr="00CD4B97" w:rsidRDefault="00CD4B97" w:rsidP="00CD4B97">
      <w:pPr>
        <w:numPr>
          <w:ilvl w:val="0"/>
          <w:numId w:val="38"/>
        </w:numPr>
        <w:rPr>
          <w:rFonts w:ascii="Aptos" w:hAnsi="Aptos"/>
          <w:lang w:val="nl-NL"/>
        </w:rPr>
      </w:pPr>
      <w:r w:rsidRPr="00CD4B97">
        <w:rPr>
          <w:rFonts w:ascii="Aptos" w:hAnsi="Aptos"/>
          <w:lang w:val="nl-NL"/>
        </w:rPr>
        <w:t xml:space="preserve">Interactive </w:t>
      </w:r>
      <w:proofErr w:type="spellStart"/>
      <w:r w:rsidRPr="00CD4B97">
        <w:rPr>
          <w:rFonts w:ascii="Aptos" w:hAnsi="Aptos"/>
          <w:lang w:val="nl-NL"/>
        </w:rPr>
        <w:t>activities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increased</w:t>
      </w:r>
      <w:proofErr w:type="spellEnd"/>
      <w:r w:rsidRPr="00CD4B97">
        <w:rPr>
          <w:rFonts w:ascii="Aptos" w:hAnsi="Aptos"/>
          <w:lang w:val="nl-NL"/>
        </w:rPr>
        <w:t xml:space="preserve"> engagement. </w:t>
      </w:r>
    </w:p>
    <w:p w14:paraId="3100AA84" w14:textId="77777777" w:rsidR="00CD4B97" w:rsidRPr="00CD4B97" w:rsidRDefault="00CD4B97" w:rsidP="00CD4B97">
      <w:pPr>
        <w:numPr>
          <w:ilvl w:val="0"/>
          <w:numId w:val="38"/>
        </w:num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Students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asked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analytical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questions</w:t>
      </w:r>
      <w:proofErr w:type="spellEnd"/>
      <w:r w:rsidRPr="00CD4B97">
        <w:rPr>
          <w:rFonts w:ascii="Aptos" w:hAnsi="Aptos"/>
          <w:lang w:val="nl-NL"/>
        </w:rPr>
        <w:t xml:space="preserve">. </w:t>
      </w:r>
    </w:p>
    <w:p w14:paraId="019A4586" w14:textId="77777777" w:rsidR="00CD4B97" w:rsidRPr="00CD4B97" w:rsidRDefault="00CD4B97" w:rsidP="00CD4B97">
      <w:pPr>
        <w:numPr>
          <w:ilvl w:val="0"/>
          <w:numId w:val="38"/>
        </w:num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Reflection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promoted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metacognitive</w:t>
      </w:r>
      <w:proofErr w:type="spellEnd"/>
      <w:r w:rsidRPr="00CD4B97">
        <w:rPr>
          <w:rFonts w:ascii="Aptos" w:hAnsi="Aptos"/>
          <w:lang w:val="nl-NL"/>
        </w:rPr>
        <w:t xml:space="preserve"> awareness. </w:t>
      </w:r>
    </w:p>
    <w:p w14:paraId="1669E8AB" w14:textId="77777777" w:rsidR="00CD4B97" w:rsidRPr="00CD4B97" w:rsidRDefault="00CD4B97" w:rsidP="00CD4B97">
      <w:p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b/>
          <w:bCs/>
          <w:lang w:val="nl-NL"/>
        </w:rPr>
        <w:t>Key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takeaway</w:t>
      </w:r>
      <w:proofErr w:type="spellEnd"/>
    </w:p>
    <w:p w14:paraId="780FAA6E" w14:textId="77777777" w:rsidR="00CD4B97" w:rsidRPr="00CD4B97" w:rsidRDefault="00CD4B97" w:rsidP="00CD4B97">
      <w:p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language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instruction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can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stimulate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curiosity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and</w:t>
      </w:r>
      <w:proofErr w:type="spellEnd"/>
      <w:r w:rsidRPr="00CD4B97">
        <w:rPr>
          <w:rFonts w:ascii="Aptos" w:hAnsi="Aptos"/>
          <w:lang w:val="nl-NL"/>
        </w:rPr>
        <w:t xml:space="preserve"> help </w:t>
      </w:r>
      <w:proofErr w:type="spellStart"/>
      <w:r w:rsidRPr="00CD4B97">
        <w:rPr>
          <w:rFonts w:ascii="Aptos" w:hAnsi="Aptos"/>
          <w:lang w:val="nl-NL"/>
        </w:rPr>
        <w:t>students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become</w:t>
      </w:r>
      <w:proofErr w:type="spellEnd"/>
      <w:r w:rsidRPr="00CD4B97">
        <w:rPr>
          <w:rFonts w:ascii="Aptos" w:hAnsi="Aptos"/>
          <w:lang w:val="nl-NL"/>
        </w:rPr>
        <w:t xml:space="preserve"> more </w:t>
      </w:r>
      <w:proofErr w:type="spellStart"/>
      <w:r w:rsidRPr="00CD4B97">
        <w:rPr>
          <w:rFonts w:ascii="Aptos" w:hAnsi="Aptos"/>
          <w:lang w:val="nl-NL"/>
        </w:rPr>
        <w:t>aware</w:t>
      </w:r>
      <w:proofErr w:type="spellEnd"/>
      <w:r w:rsidRPr="00CD4B97">
        <w:rPr>
          <w:rFonts w:ascii="Aptos" w:hAnsi="Aptos"/>
          <w:lang w:val="nl-NL"/>
        </w:rPr>
        <w:t xml:space="preserve"> of </w:t>
      </w:r>
      <w:proofErr w:type="spellStart"/>
      <w:r w:rsidRPr="00CD4B97">
        <w:rPr>
          <w:rFonts w:ascii="Aptos" w:hAnsi="Aptos"/>
          <w:lang w:val="nl-NL"/>
        </w:rPr>
        <w:t>their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own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learning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processes</w:t>
      </w:r>
      <w:proofErr w:type="spellEnd"/>
      <w:r w:rsidRPr="00CD4B97">
        <w:rPr>
          <w:rFonts w:ascii="Aptos" w:hAnsi="Aptos"/>
          <w:lang w:val="nl-NL"/>
        </w:rPr>
        <w:t xml:space="preserve">. </w:t>
      </w:r>
    </w:p>
    <w:p w14:paraId="0C0A4027" w14:textId="77777777" w:rsidR="00CD4B97" w:rsidRPr="00CD4B97" w:rsidRDefault="00CD4B97" w:rsidP="00CD4B97">
      <w:pPr>
        <w:rPr>
          <w:rFonts w:ascii="Aptos" w:hAnsi="Aptos"/>
          <w:lang w:val="nl-NL"/>
        </w:rPr>
      </w:pPr>
      <w:r w:rsidRPr="00CD4B97">
        <w:rPr>
          <w:rFonts w:ascii="Aptos" w:hAnsi="Aptos"/>
          <w:lang w:val="nl-NL"/>
        </w:rPr>
        <w:lastRenderedPageBreak/>
        <w:pict w14:anchorId="4AA8E02B">
          <v:rect id="_x0000_i1211" style="width:0;height:1.5pt" o:hralign="center" o:hrstd="t" o:hr="t" fillcolor="#a0a0a0" stroked="f"/>
        </w:pict>
      </w:r>
    </w:p>
    <w:p w14:paraId="004BCF8B" w14:textId="77777777" w:rsidR="00CD4B97" w:rsidRPr="00CD4B97" w:rsidRDefault="00CD4B97" w:rsidP="00CD4B97">
      <w:pPr>
        <w:rPr>
          <w:rFonts w:ascii="Aptos" w:hAnsi="Aptos"/>
          <w:b/>
          <w:bCs/>
          <w:lang w:val="nl-NL"/>
        </w:rPr>
      </w:pPr>
      <w:r w:rsidRPr="00CD4B97">
        <w:rPr>
          <w:rFonts w:ascii="Segoe UI Emoji" w:hAnsi="Segoe UI Emoji" w:cs="Segoe UI Emoji"/>
          <w:b/>
          <w:bCs/>
          <w:lang w:val="nl-NL"/>
        </w:rPr>
        <w:t>🇮🇪</w:t>
      </w:r>
      <w:r w:rsidRPr="00CD4B97">
        <w:rPr>
          <w:rFonts w:ascii="Aptos" w:hAnsi="Aptos"/>
          <w:b/>
          <w:bCs/>
          <w:lang w:val="nl-NL"/>
        </w:rPr>
        <w:t xml:space="preserve"> Ireland</w:t>
      </w:r>
    </w:p>
    <w:p w14:paraId="7765C3E3" w14:textId="77777777" w:rsidR="00CD4B97" w:rsidRPr="00CD4B97" w:rsidRDefault="00CD4B97" w:rsidP="00CD4B97">
      <w:pPr>
        <w:rPr>
          <w:rFonts w:ascii="Aptos" w:hAnsi="Aptos"/>
          <w:b/>
          <w:bCs/>
          <w:lang w:val="nl-NL"/>
        </w:rPr>
      </w:pPr>
      <w:r w:rsidRPr="00CD4B97">
        <w:rPr>
          <w:rFonts w:ascii="Aptos" w:hAnsi="Aptos"/>
          <w:b/>
          <w:bCs/>
          <w:lang w:val="nl-NL"/>
        </w:rPr>
        <w:t xml:space="preserve">Preparing </w:t>
      </w:r>
      <w:proofErr w:type="spellStart"/>
      <w:r w:rsidRPr="00CD4B97">
        <w:rPr>
          <w:rFonts w:ascii="Aptos" w:hAnsi="Aptos"/>
          <w:b/>
          <w:bCs/>
          <w:lang w:val="nl-NL"/>
        </w:rPr>
        <w:t>Students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for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Academic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Success</w:t>
      </w:r>
      <w:proofErr w:type="spellEnd"/>
    </w:p>
    <w:p w14:paraId="1618C4BE" w14:textId="77777777" w:rsidR="00CD4B97" w:rsidRPr="00CD4B97" w:rsidRDefault="00CD4B97" w:rsidP="00CD4B97">
      <w:pPr>
        <w:rPr>
          <w:rFonts w:ascii="Aptos" w:hAnsi="Aptos"/>
          <w:lang w:val="nl-NL"/>
        </w:rPr>
      </w:pPr>
      <w:r w:rsidRPr="00CD4B97">
        <w:rPr>
          <w:rFonts w:ascii="Aptos" w:hAnsi="Aptos"/>
          <w:b/>
          <w:bCs/>
          <w:lang w:val="nl-NL"/>
        </w:rPr>
        <w:t>Partner:</w:t>
      </w:r>
      <w:r w:rsidRPr="00CD4B97">
        <w:rPr>
          <w:rFonts w:ascii="Aptos" w:hAnsi="Aptos"/>
          <w:lang w:val="nl-NL"/>
        </w:rPr>
        <w:t xml:space="preserve"> Dublin City University</w:t>
      </w:r>
    </w:p>
    <w:p w14:paraId="4F4076D4" w14:textId="77777777" w:rsidR="00CD4B97" w:rsidRPr="00CD4B97" w:rsidRDefault="00CD4B97" w:rsidP="00CD4B97">
      <w:pPr>
        <w:rPr>
          <w:rFonts w:ascii="Aptos" w:hAnsi="Aptos"/>
          <w:lang w:val="nl-NL"/>
        </w:rPr>
      </w:pPr>
      <w:r w:rsidRPr="00CD4B97">
        <w:rPr>
          <w:rFonts w:ascii="Aptos" w:hAnsi="Aptos"/>
          <w:lang w:val="nl-NL"/>
        </w:rPr>
        <w:t xml:space="preserve">Teachers </w:t>
      </w:r>
      <w:proofErr w:type="spellStart"/>
      <w:r w:rsidRPr="00CD4B97">
        <w:rPr>
          <w:rFonts w:ascii="Aptos" w:hAnsi="Aptos"/>
          <w:lang w:val="nl-NL"/>
        </w:rPr>
        <w:t>integrated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vocabulary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into</w:t>
      </w:r>
      <w:proofErr w:type="spellEnd"/>
      <w:r w:rsidRPr="00CD4B97">
        <w:rPr>
          <w:rFonts w:ascii="Aptos" w:hAnsi="Aptos"/>
          <w:lang w:val="nl-NL"/>
        </w:rPr>
        <w:t xml:space="preserve"> classroom </w:t>
      </w:r>
      <w:proofErr w:type="spellStart"/>
      <w:r w:rsidRPr="00CD4B97">
        <w:rPr>
          <w:rFonts w:ascii="Aptos" w:hAnsi="Aptos"/>
          <w:lang w:val="nl-NL"/>
        </w:rPr>
        <w:t>discussions</w:t>
      </w:r>
      <w:proofErr w:type="spellEnd"/>
      <w:r w:rsidRPr="00CD4B97">
        <w:rPr>
          <w:rFonts w:ascii="Aptos" w:hAnsi="Aptos"/>
          <w:lang w:val="nl-NL"/>
        </w:rPr>
        <w:t xml:space="preserve">, reading </w:t>
      </w:r>
      <w:proofErr w:type="spellStart"/>
      <w:r w:rsidRPr="00CD4B97">
        <w:rPr>
          <w:rFonts w:ascii="Aptos" w:hAnsi="Aptos"/>
          <w:lang w:val="nl-NL"/>
        </w:rPr>
        <w:t>activities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and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presentations</w:t>
      </w:r>
      <w:proofErr w:type="spellEnd"/>
      <w:r w:rsidRPr="00CD4B97">
        <w:rPr>
          <w:rFonts w:ascii="Aptos" w:hAnsi="Aptos"/>
          <w:lang w:val="nl-NL"/>
        </w:rPr>
        <w:t xml:space="preserve">. </w:t>
      </w:r>
      <w:proofErr w:type="spellStart"/>
      <w:r w:rsidRPr="00CD4B97">
        <w:rPr>
          <w:rFonts w:ascii="Aptos" w:hAnsi="Aptos"/>
          <w:lang w:val="nl-NL"/>
        </w:rPr>
        <w:t>Students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repeatedly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encountered</w:t>
      </w:r>
      <w:proofErr w:type="spellEnd"/>
      <w:r w:rsidRPr="00CD4B97">
        <w:rPr>
          <w:rFonts w:ascii="Aptos" w:hAnsi="Aptos"/>
          <w:lang w:val="nl-NL"/>
        </w:rPr>
        <w:t xml:space="preserve"> target </w:t>
      </w:r>
      <w:proofErr w:type="spellStart"/>
      <w:r w:rsidRPr="00CD4B97">
        <w:rPr>
          <w:rFonts w:ascii="Aptos" w:hAnsi="Aptos"/>
          <w:lang w:val="nl-NL"/>
        </w:rPr>
        <w:t>vocabulary</w:t>
      </w:r>
      <w:proofErr w:type="spellEnd"/>
      <w:r w:rsidRPr="00CD4B97">
        <w:rPr>
          <w:rFonts w:ascii="Aptos" w:hAnsi="Aptos"/>
          <w:lang w:val="nl-NL"/>
        </w:rPr>
        <w:t xml:space="preserve"> in </w:t>
      </w:r>
      <w:proofErr w:type="spellStart"/>
      <w:r w:rsidRPr="00CD4B97">
        <w:rPr>
          <w:rFonts w:ascii="Aptos" w:hAnsi="Aptos"/>
          <w:lang w:val="nl-NL"/>
        </w:rPr>
        <w:t>meaningful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contexts</w:t>
      </w:r>
      <w:proofErr w:type="spellEnd"/>
      <w:r w:rsidRPr="00CD4B97">
        <w:rPr>
          <w:rFonts w:ascii="Aptos" w:hAnsi="Aptos"/>
          <w:lang w:val="nl-NL"/>
        </w:rPr>
        <w:t xml:space="preserve">, </w:t>
      </w:r>
      <w:proofErr w:type="spellStart"/>
      <w:r w:rsidRPr="00CD4B97">
        <w:rPr>
          <w:rFonts w:ascii="Aptos" w:hAnsi="Aptos"/>
          <w:lang w:val="nl-NL"/>
        </w:rPr>
        <w:t>enabling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them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to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apply</w:t>
      </w:r>
      <w:proofErr w:type="spellEnd"/>
      <w:r w:rsidRPr="00CD4B97">
        <w:rPr>
          <w:rFonts w:ascii="Aptos" w:hAnsi="Aptos"/>
          <w:lang w:val="nl-NL"/>
        </w:rPr>
        <w:t xml:space="preserve"> new </w:t>
      </w:r>
      <w:proofErr w:type="spellStart"/>
      <w:r w:rsidRPr="00CD4B97">
        <w:rPr>
          <w:rFonts w:ascii="Aptos" w:hAnsi="Aptos"/>
          <w:lang w:val="nl-NL"/>
        </w:rPr>
        <w:t>language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with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increasing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confidence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across</w:t>
      </w:r>
      <w:proofErr w:type="spellEnd"/>
      <w:r w:rsidRPr="00CD4B97">
        <w:rPr>
          <w:rFonts w:ascii="Aptos" w:hAnsi="Aptos"/>
          <w:lang w:val="nl-NL"/>
        </w:rPr>
        <w:t xml:space="preserve"> different </w:t>
      </w:r>
      <w:proofErr w:type="spellStart"/>
      <w:r w:rsidRPr="00CD4B97">
        <w:rPr>
          <w:rFonts w:ascii="Aptos" w:hAnsi="Aptos"/>
          <w:lang w:val="nl-NL"/>
        </w:rPr>
        <w:t>learning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situations</w:t>
      </w:r>
      <w:proofErr w:type="spellEnd"/>
      <w:r w:rsidRPr="00CD4B97">
        <w:rPr>
          <w:rFonts w:ascii="Aptos" w:hAnsi="Aptos"/>
          <w:lang w:val="nl-NL"/>
        </w:rPr>
        <w:t xml:space="preserve">. </w:t>
      </w:r>
      <w:proofErr w:type="spellStart"/>
      <w:r w:rsidRPr="00CD4B97">
        <w:rPr>
          <w:rFonts w:ascii="Aptos" w:hAnsi="Aptos"/>
          <w:lang w:val="nl-NL"/>
        </w:rPr>
        <w:t>This</w:t>
      </w:r>
      <w:proofErr w:type="spellEnd"/>
      <w:r w:rsidRPr="00CD4B97">
        <w:rPr>
          <w:rFonts w:ascii="Aptos" w:hAnsi="Aptos"/>
          <w:lang w:val="nl-NL"/>
        </w:rPr>
        <w:t xml:space="preserve"> consistent </w:t>
      </w:r>
      <w:proofErr w:type="spellStart"/>
      <w:r w:rsidRPr="00CD4B97">
        <w:rPr>
          <w:rFonts w:ascii="Aptos" w:hAnsi="Aptos"/>
          <w:lang w:val="nl-NL"/>
        </w:rPr>
        <w:t>practice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supported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both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communication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and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higher</w:t>
      </w:r>
      <w:proofErr w:type="spellEnd"/>
      <w:r w:rsidRPr="00CD4B97">
        <w:rPr>
          <w:rFonts w:ascii="Aptos" w:hAnsi="Aptos"/>
          <w:lang w:val="nl-NL"/>
        </w:rPr>
        <w:t xml:space="preserve">-order thinking skills. </w:t>
      </w:r>
    </w:p>
    <w:p w14:paraId="771B79A1" w14:textId="77777777" w:rsidR="00CD4B97" w:rsidRPr="00CD4B97" w:rsidRDefault="00CD4B97" w:rsidP="00CD4B97">
      <w:p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b/>
          <w:bCs/>
          <w:lang w:val="nl-NL"/>
        </w:rPr>
        <w:t>Key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takeaway</w:t>
      </w:r>
      <w:proofErr w:type="spellEnd"/>
    </w:p>
    <w:p w14:paraId="741614CA" w14:textId="77777777" w:rsidR="00CD4B97" w:rsidRPr="00CD4B97" w:rsidRDefault="00CD4B97" w:rsidP="00CD4B97">
      <w:p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Repeated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use</w:t>
      </w:r>
      <w:proofErr w:type="spellEnd"/>
      <w:r w:rsidRPr="00CD4B97">
        <w:rPr>
          <w:rFonts w:ascii="Aptos" w:hAnsi="Aptos"/>
          <w:lang w:val="nl-NL"/>
        </w:rPr>
        <w:t xml:space="preserve"> of </w:t>
      </w: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language</w:t>
      </w:r>
      <w:proofErr w:type="spellEnd"/>
      <w:r w:rsidRPr="00CD4B97">
        <w:rPr>
          <w:rFonts w:ascii="Aptos" w:hAnsi="Aptos"/>
          <w:lang w:val="nl-NL"/>
        </w:rPr>
        <w:t xml:space="preserve"> in </w:t>
      </w:r>
      <w:proofErr w:type="spellStart"/>
      <w:r w:rsidRPr="00CD4B97">
        <w:rPr>
          <w:rFonts w:ascii="Aptos" w:hAnsi="Aptos"/>
          <w:lang w:val="nl-NL"/>
        </w:rPr>
        <w:t>authentic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learning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situations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strengthens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both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vocabulary</w:t>
      </w:r>
      <w:proofErr w:type="spellEnd"/>
      <w:r w:rsidRPr="00CD4B97">
        <w:rPr>
          <w:rFonts w:ascii="Aptos" w:hAnsi="Aptos"/>
          <w:lang w:val="nl-NL"/>
        </w:rPr>
        <w:t xml:space="preserve"> development </w:t>
      </w:r>
      <w:proofErr w:type="spellStart"/>
      <w:r w:rsidRPr="00CD4B97">
        <w:rPr>
          <w:rFonts w:ascii="Aptos" w:hAnsi="Aptos"/>
          <w:lang w:val="nl-NL"/>
        </w:rPr>
        <w:t>and</w:t>
      </w:r>
      <w:proofErr w:type="spellEnd"/>
      <w:r w:rsidRPr="00CD4B97">
        <w:rPr>
          <w:rFonts w:ascii="Aptos" w:hAnsi="Aptos"/>
          <w:lang w:val="nl-NL"/>
        </w:rPr>
        <w:t xml:space="preserve"> student </w:t>
      </w:r>
      <w:proofErr w:type="spellStart"/>
      <w:r w:rsidRPr="00CD4B97">
        <w:rPr>
          <w:rFonts w:ascii="Aptos" w:hAnsi="Aptos"/>
          <w:lang w:val="nl-NL"/>
        </w:rPr>
        <w:t>confidence</w:t>
      </w:r>
      <w:proofErr w:type="spellEnd"/>
      <w:r w:rsidRPr="00CD4B97">
        <w:rPr>
          <w:rFonts w:ascii="Aptos" w:hAnsi="Aptos"/>
          <w:lang w:val="nl-NL"/>
        </w:rPr>
        <w:t>.</w:t>
      </w:r>
    </w:p>
    <w:p w14:paraId="0E287A9A" w14:textId="77777777" w:rsidR="00CD4B97" w:rsidRPr="00CD4B97" w:rsidRDefault="00CD4B97" w:rsidP="00CD4B97">
      <w:pPr>
        <w:rPr>
          <w:rFonts w:ascii="Aptos" w:hAnsi="Aptos"/>
          <w:lang w:val="nl-NL"/>
        </w:rPr>
      </w:pPr>
      <w:r w:rsidRPr="00CD4B97">
        <w:rPr>
          <w:rFonts w:ascii="Aptos" w:hAnsi="Aptos"/>
          <w:lang w:val="nl-NL"/>
        </w:rPr>
        <w:pict w14:anchorId="4BACAF48">
          <v:rect id="_x0000_i1212" style="width:0;height:1.5pt" o:hralign="center" o:hrstd="t" o:hr="t" fillcolor="#a0a0a0" stroked="f"/>
        </w:pict>
      </w:r>
    </w:p>
    <w:p w14:paraId="41F42B1B" w14:textId="77777777" w:rsidR="00CD4B97" w:rsidRPr="00CD4B97" w:rsidRDefault="00CD4B97" w:rsidP="00CD4B97">
      <w:pPr>
        <w:rPr>
          <w:rFonts w:ascii="Aptos" w:hAnsi="Aptos"/>
          <w:b/>
          <w:bCs/>
          <w:lang w:val="nl-NL"/>
        </w:rPr>
      </w:pPr>
      <w:r w:rsidRPr="00CD4B97">
        <w:rPr>
          <w:rFonts w:ascii="Segoe UI Emoji" w:hAnsi="Segoe UI Emoji" w:cs="Segoe UI Emoji"/>
          <w:b/>
          <w:bCs/>
          <w:lang w:val="nl-NL"/>
        </w:rPr>
        <w:t>🇽🇰</w:t>
      </w:r>
      <w:r w:rsidRPr="00CD4B97">
        <w:rPr>
          <w:rFonts w:ascii="Aptos" w:hAnsi="Aptos"/>
          <w:b/>
          <w:bCs/>
          <w:lang w:val="nl-NL"/>
        </w:rPr>
        <w:t xml:space="preserve"> Kosovo</w:t>
      </w:r>
    </w:p>
    <w:p w14:paraId="4F267762" w14:textId="77777777" w:rsidR="00CD4B97" w:rsidRPr="00CD4B97" w:rsidRDefault="00CD4B97" w:rsidP="00CD4B97">
      <w:pPr>
        <w:rPr>
          <w:rFonts w:ascii="Aptos" w:hAnsi="Aptos"/>
          <w:b/>
          <w:bCs/>
          <w:lang w:val="nl-NL"/>
        </w:rPr>
      </w:pPr>
      <w:r w:rsidRPr="00CD4B97">
        <w:rPr>
          <w:rFonts w:ascii="Aptos" w:hAnsi="Aptos"/>
          <w:b/>
          <w:bCs/>
          <w:lang w:val="nl-NL"/>
        </w:rPr>
        <w:t xml:space="preserve">Preparing </w:t>
      </w:r>
      <w:proofErr w:type="spellStart"/>
      <w:r w:rsidRPr="00CD4B97">
        <w:rPr>
          <w:rFonts w:ascii="Aptos" w:hAnsi="Aptos"/>
          <w:b/>
          <w:bCs/>
          <w:lang w:val="nl-NL"/>
        </w:rPr>
        <w:t>for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Future Studies </w:t>
      </w:r>
      <w:proofErr w:type="spellStart"/>
      <w:r w:rsidRPr="00CD4B97">
        <w:rPr>
          <w:rFonts w:ascii="Aptos" w:hAnsi="Aptos"/>
          <w:b/>
          <w:bCs/>
          <w:lang w:val="nl-NL"/>
        </w:rPr>
        <w:t>and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Careers</w:t>
      </w:r>
      <w:proofErr w:type="spellEnd"/>
    </w:p>
    <w:p w14:paraId="11BEDCDF" w14:textId="77777777" w:rsidR="00CD4B97" w:rsidRPr="00CD4B97" w:rsidRDefault="00CD4B97" w:rsidP="00CD4B97">
      <w:pPr>
        <w:rPr>
          <w:rFonts w:ascii="Aptos" w:hAnsi="Aptos"/>
          <w:lang w:val="nl-NL"/>
        </w:rPr>
      </w:pPr>
      <w:r w:rsidRPr="00CD4B97">
        <w:rPr>
          <w:rFonts w:ascii="Aptos" w:hAnsi="Aptos"/>
          <w:b/>
          <w:bCs/>
          <w:lang w:val="nl-NL"/>
        </w:rPr>
        <w:t>Partner:</w:t>
      </w:r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Kolegji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Heimerer</w:t>
      </w:r>
      <w:proofErr w:type="spellEnd"/>
    </w:p>
    <w:p w14:paraId="622C0A90" w14:textId="77777777" w:rsidR="00CD4B97" w:rsidRPr="00CD4B97" w:rsidRDefault="00CD4B97" w:rsidP="00CD4B97">
      <w:pPr>
        <w:rPr>
          <w:rFonts w:ascii="Aptos" w:hAnsi="Aptos"/>
          <w:lang w:val="nl-NL"/>
        </w:rPr>
      </w:pPr>
      <w:r w:rsidRPr="00CD4B97">
        <w:rPr>
          <w:rFonts w:ascii="Aptos" w:hAnsi="Aptos"/>
          <w:lang w:val="nl-NL"/>
        </w:rPr>
        <w:t xml:space="preserve">Teachers </w:t>
      </w:r>
      <w:proofErr w:type="spellStart"/>
      <w:r w:rsidRPr="00CD4B97">
        <w:rPr>
          <w:rFonts w:ascii="Aptos" w:hAnsi="Aptos"/>
          <w:lang w:val="nl-NL"/>
        </w:rPr>
        <w:t>linked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vocabulary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to</w:t>
      </w:r>
      <w:proofErr w:type="spellEnd"/>
      <w:r w:rsidRPr="00CD4B97">
        <w:rPr>
          <w:rFonts w:ascii="Aptos" w:hAnsi="Aptos"/>
          <w:lang w:val="nl-NL"/>
        </w:rPr>
        <w:t xml:space="preserve"> future </w:t>
      </w:r>
      <w:proofErr w:type="spellStart"/>
      <w:r w:rsidRPr="00CD4B97">
        <w:rPr>
          <w:rFonts w:ascii="Aptos" w:hAnsi="Aptos"/>
          <w:lang w:val="nl-NL"/>
        </w:rPr>
        <w:t>education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and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career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pathways</w:t>
      </w:r>
      <w:proofErr w:type="spellEnd"/>
      <w:r w:rsidRPr="00CD4B97">
        <w:rPr>
          <w:rFonts w:ascii="Aptos" w:hAnsi="Aptos"/>
          <w:lang w:val="nl-NL"/>
        </w:rPr>
        <w:t xml:space="preserve">. </w:t>
      </w:r>
      <w:proofErr w:type="spellStart"/>
      <w:r w:rsidRPr="00CD4B97">
        <w:rPr>
          <w:rFonts w:ascii="Aptos" w:hAnsi="Aptos"/>
          <w:lang w:val="nl-NL"/>
        </w:rPr>
        <w:t>Students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practised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using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language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during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presentations</w:t>
      </w:r>
      <w:proofErr w:type="spellEnd"/>
      <w:r w:rsidRPr="00CD4B97">
        <w:rPr>
          <w:rFonts w:ascii="Aptos" w:hAnsi="Aptos"/>
          <w:lang w:val="nl-NL"/>
        </w:rPr>
        <w:t xml:space="preserve">, </w:t>
      </w:r>
      <w:proofErr w:type="spellStart"/>
      <w:r w:rsidRPr="00CD4B97">
        <w:rPr>
          <w:rFonts w:ascii="Aptos" w:hAnsi="Aptos"/>
          <w:lang w:val="nl-NL"/>
        </w:rPr>
        <w:t>collaborative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assignments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and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discussions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about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their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ambitions</w:t>
      </w:r>
      <w:proofErr w:type="spellEnd"/>
      <w:r w:rsidRPr="00CD4B97">
        <w:rPr>
          <w:rFonts w:ascii="Aptos" w:hAnsi="Aptos"/>
          <w:lang w:val="nl-NL"/>
        </w:rPr>
        <w:t xml:space="preserve">. </w:t>
      </w:r>
      <w:proofErr w:type="spellStart"/>
      <w:r w:rsidRPr="00CD4B97">
        <w:rPr>
          <w:rFonts w:ascii="Aptos" w:hAnsi="Aptos"/>
          <w:lang w:val="nl-NL"/>
        </w:rPr>
        <w:t>This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helped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them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recognise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relevance</w:t>
      </w:r>
      <w:proofErr w:type="spellEnd"/>
      <w:r w:rsidRPr="00CD4B97">
        <w:rPr>
          <w:rFonts w:ascii="Aptos" w:hAnsi="Aptos"/>
          <w:lang w:val="nl-NL"/>
        </w:rPr>
        <w:t xml:space="preserve"> of </w:t>
      </w: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language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beyond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the</w:t>
      </w:r>
      <w:proofErr w:type="spellEnd"/>
      <w:r w:rsidRPr="00CD4B97">
        <w:rPr>
          <w:rFonts w:ascii="Aptos" w:hAnsi="Aptos"/>
          <w:lang w:val="nl-NL"/>
        </w:rPr>
        <w:t xml:space="preserve"> classroom. </w:t>
      </w:r>
    </w:p>
    <w:p w14:paraId="4E9E0EF4" w14:textId="77777777" w:rsidR="00CD4B97" w:rsidRPr="00CD4B97" w:rsidRDefault="00CD4B97" w:rsidP="00CD4B97">
      <w:p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b/>
          <w:bCs/>
          <w:lang w:val="nl-NL"/>
        </w:rPr>
        <w:t>Key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takeaway</w:t>
      </w:r>
      <w:proofErr w:type="spellEnd"/>
    </w:p>
    <w:p w14:paraId="20B07BE9" w14:textId="77777777" w:rsidR="00CD4B97" w:rsidRPr="00CD4B97" w:rsidRDefault="00CD4B97" w:rsidP="00CD4B97">
      <w:p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Connecting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language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to</w:t>
      </w:r>
      <w:proofErr w:type="spellEnd"/>
      <w:r w:rsidRPr="00CD4B97">
        <w:rPr>
          <w:rFonts w:ascii="Aptos" w:hAnsi="Aptos"/>
          <w:lang w:val="nl-NL"/>
        </w:rPr>
        <w:t xml:space="preserve"> real-life </w:t>
      </w:r>
      <w:proofErr w:type="spellStart"/>
      <w:r w:rsidRPr="00CD4B97">
        <w:rPr>
          <w:rFonts w:ascii="Aptos" w:hAnsi="Aptos"/>
          <w:lang w:val="nl-NL"/>
        </w:rPr>
        <w:t>aspirations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increases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motivation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and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demonstrates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its</w:t>
      </w:r>
      <w:proofErr w:type="spellEnd"/>
      <w:r w:rsidRPr="00CD4B97">
        <w:rPr>
          <w:rFonts w:ascii="Aptos" w:hAnsi="Aptos"/>
          <w:lang w:val="nl-NL"/>
        </w:rPr>
        <w:t xml:space="preserve"> practical </w:t>
      </w:r>
      <w:proofErr w:type="spellStart"/>
      <w:r w:rsidRPr="00CD4B97">
        <w:rPr>
          <w:rFonts w:ascii="Aptos" w:hAnsi="Aptos"/>
          <w:lang w:val="nl-NL"/>
        </w:rPr>
        <w:t>value</w:t>
      </w:r>
      <w:proofErr w:type="spellEnd"/>
      <w:r w:rsidRPr="00CD4B97">
        <w:rPr>
          <w:rFonts w:ascii="Aptos" w:hAnsi="Aptos"/>
          <w:lang w:val="nl-NL"/>
        </w:rPr>
        <w:t>.</w:t>
      </w:r>
    </w:p>
    <w:p w14:paraId="2D8E683F" w14:textId="77777777" w:rsidR="00CD4B97" w:rsidRPr="00CD4B97" w:rsidRDefault="00CD4B97" w:rsidP="00CD4B97">
      <w:pPr>
        <w:rPr>
          <w:rFonts w:ascii="Aptos" w:hAnsi="Aptos"/>
          <w:lang w:val="nl-NL"/>
        </w:rPr>
      </w:pPr>
      <w:r w:rsidRPr="00CD4B97">
        <w:rPr>
          <w:rFonts w:ascii="Aptos" w:hAnsi="Aptos"/>
          <w:lang w:val="nl-NL"/>
        </w:rPr>
        <w:pict w14:anchorId="3ACD38F2">
          <v:rect id="_x0000_i1213" style="width:0;height:1.5pt" o:hralign="center" o:hrstd="t" o:hr="t" fillcolor="#a0a0a0" stroked="f"/>
        </w:pict>
      </w:r>
    </w:p>
    <w:p w14:paraId="11A12C4F" w14:textId="77777777" w:rsidR="00CD4B97" w:rsidRDefault="00CD4B97" w:rsidP="00CD4B97">
      <w:pPr>
        <w:rPr>
          <w:rFonts w:ascii="Aptos" w:hAnsi="Aptos"/>
          <w:b/>
          <w:bCs/>
          <w:lang w:val="nl-NL"/>
        </w:rPr>
      </w:pPr>
    </w:p>
    <w:p w14:paraId="405BDFB3" w14:textId="77777777" w:rsidR="00CD4B97" w:rsidRDefault="00CD4B97" w:rsidP="00CD4B97">
      <w:pPr>
        <w:rPr>
          <w:rFonts w:ascii="Aptos" w:hAnsi="Aptos"/>
          <w:b/>
          <w:bCs/>
          <w:lang w:val="nl-NL"/>
        </w:rPr>
      </w:pPr>
    </w:p>
    <w:p w14:paraId="1B1DCFB7" w14:textId="77777777" w:rsidR="00CD4B97" w:rsidRDefault="00CD4B97" w:rsidP="00CD4B97">
      <w:pPr>
        <w:rPr>
          <w:rFonts w:ascii="Aptos" w:hAnsi="Aptos"/>
          <w:b/>
          <w:bCs/>
          <w:lang w:val="nl-NL"/>
        </w:rPr>
      </w:pPr>
    </w:p>
    <w:p w14:paraId="4B42011E" w14:textId="1FA1BEB4" w:rsidR="00CD4B97" w:rsidRPr="00CD4B97" w:rsidRDefault="00CD4B97" w:rsidP="00CD4B97">
      <w:pPr>
        <w:rPr>
          <w:rFonts w:ascii="Aptos" w:hAnsi="Aptos"/>
          <w:b/>
          <w:bCs/>
          <w:lang w:val="nl-NL"/>
        </w:rPr>
      </w:pPr>
      <w:proofErr w:type="spellStart"/>
      <w:r w:rsidRPr="00CD4B97">
        <w:rPr>
          <w:rFonts w:ascii="Aptos" w:hAnsi="Aptos"/>
          <w:b/>
          <w:bCs/>
          <w:lang w:val="nl-NL"/>
        </w:rPr>
        <w:t>Lessons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Learned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</w:t>
      </w:r>
      <w:proofErr w:type="spellStart"/>
      <w:r w:rsidRPr="00CD4B97">
        <w:rPr>
          <w:rFonts w:ascii="Aptos" w:hAnsi="Aptos"/>
          <w:b/>
          <w:bCs/>
          <w:lang w:val="nl-NL"/>
        </w:rPr>
        <w:t>Across</w:t>
      </w:r>
      <w:proofErr w:type="spellEnd"/>
      <w:r w:rsidRPr="00CD4B97">
        <w:rPr>
          <w:rFonts w:ascii="Aptos" w:hAnsi="Aptos"/>
          <w:b/>
          <w:bCs/>
          <w:lang w:val="nl-NL"/>
        </w:rPr>
        <w:t xml:space="preserve"> Europe</w:t>
      </w:r>
    </w:p>
    <w:p w14:paraId="3E31B9A2" w14:textId="77777777" w:rsidR="00CD4B97" w:rsidRPr="00CD4B97" w:rsidRDefault="00CD4B97" w:rsidP="00CD4B97">
      <w:p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Despite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differences</w:t>
      </w:r>
      <w:proofErr w:type="spellEnd"/>
      <w:r w:rsidRPr="00CD4B97">
        <w:rPr>
          <w:rFonts w:ascii="Aptos" w:hAnsi="Aptos"/>
          <w:lang w:val="nl-NL"/>
        </w:rPr>
        <w:t xml:space="preserve"> in </w:t>
      </w:r>
      <w:proofErr w:type="spellStart"/>
      <w:r w:rsidRPr="00CD4B97">
        <w:rPr>
          <w:rFonts w:ascii="Aptos" w:hAnsi="Aptos"/>
          <w:lang w:val="nl-NL"/>
        </w:rPr>
        <w:t>educational</w:t>
      </w:r>
      <w:proofErr w:type="spellEnd"/>
      <w:r w:rsidRPr="00CD4B97">
        <w:rPr>
          <w:rFonts w:ascii="Aptos" w:hAnsi="Aptos"/>
          <w:lang w:val="nl-NL"/>
        </w:rPr>
        <w:t xml:space="preserve"> systems </w:t>
      </w:r>
      <w:proofErr w:type="spellStart"/>
      <w:r w:rsidRPr="00CD4B97">
        <w:rPr>
          <w:rFonts w:ascii="Aptos" w:hAnsi="Aptos"/>
          <w:lang w:val="nl-NL"/>
        </w:rPr>
        <w:t>and</w:t>
      </w:r>
      <w:proofErr w:type="spellEnd"/>
      <w:r w:rsidRPr="00CD4B97">
        <w:rPr>
          <w:rFonts w:ascii="Aptos" w:hAnsi="Aptos"/>
          <w:lang w:val="nl-NL"/>
        </w:rPr>
        <w:t xml:space="preserve"> classroom </w:t>
      </w:r>
      <w:proofErr w:type="spellStart"/>
      <w:r w:rsidRPr="00CD4B97">
        <w:rPr>
          <w:rFonts w:ascii="Aptos" w:hAnsi="Aptos"/>
          <w:lang w:val="nl-NL"/>
        </w:rPr>
        <w:t>contexts</w:t>
      </w:r>
      <w:proofErr w:type="spellEnd"/>
      <w:r w:rsidRPr="00CD4B97">
        <w:rPr>
          <w:rFonts w:ascii="Aptos" w:hAnsi="Aptos"/>
          <w:lang w:val="nl-NL"/>
        </w:rPr>
        <w:t xml:space="preserve">, </w:t>
      </w:r>
      <w:proofErr w:type="spellStart"/>
      <w:r w:rsidRPr="00CD4B97">
        <w:rPr>
          <w:rFonts w:ascii="Aptos" w:hAnsi="Aptos"/>
          <w:lang w:val="nl-NL"/>
        </w:rPr>
        <w:t>participating</w:t>
      </w:r>
      <w:proofErr w:type="spellEnd"/>
      <w:r w:rsidRPr="00CD4B97">
        <w:rPr>
          <w:rFonts w:ascii="Aptos" w:hAnsi="Aptos"/>
          <w:lang w:val="nl-NL"/>
        </w:rPr>
        <w:t xml:space="preserve"> schools </w:t>
      </w:r>
      <w:proofErr w:type="spellStart"/>
      <w:r w:rsidRPr="00CD4B97">
        <w:rPr>
          <w:rFonts w:ascii="Aptos" w:hAnsi="Aptos"/>
          <w:lang w:val="nl-NL"/>
        </w:rPr>
        <w:t>reported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remarkably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similar</w:t>
      </w:r>
      <w:proofErr w:type="spellEnd"/>
      <w:r w:rsidRPr="00CD4B97">
        <w:rPr>
          <w:rFonts w:ascii="Aptos" w:hAnsi="Aptos"/>
          <w:lang w:val="nl-NL"/>
        </w:rPr>
        <w:t xml:space="preserve"> experiences.</w:t>
      </w:r>
    </w:p>
    <w:p w14:paraId="14AB5E9C" w14:textId="77777777" w:rsidR="00CD4B97" w:rsidRPr="00CD4B97" w:rsidRDefault="00CD4B97" w:rsidP="00CD4B97">
      <w:pPr>
        <w:rPr>
          <w:rFonts w:ascii="Aptos" w:hAnsi="Aptos"/>
          <w:lang w:val="nl-NL"/>
        </w:rPr>
      </w:pPr>
      <w:r w:rsidRPr="00CD4B97">
        <w:rPr>
          <w:rFonts w:ascii="Aptos" w:hAnsi="Aptos"/>
          <w:lang w:val="nl-NL"/>
        </w:rPr>
        <w:t xml:space="preserve">Teachers </w:t>
      </w:r>
      <w:proofErr w:type="spellStart"/>
      <w:r w:rsidRPr="00CD4B97">
        <w:rPr>
          <w:rFonts w:ascii="Aptos" w:hAnsi="Aptos"/>
          <w:lang w:val="nl-NL"/>
        </w:rPr>
        <w:t>observed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that</w:t>
      </w:r>
      <w:proofErr w:type="spellEnd"/>
      <w:r w:rsidRPr="00CD4B97">
        <w:rPr>
          <w:rFonts w:ascii="Aptos" w:hAnsi="Aptos"/>
          <w:lang w:val="nl-NL"/>
        </w:rPr>
        <w:t>:</w:t>
      </w:r>
    </w:p>
    <w:p w14:paraId="0D594996" w14:textId="77777777" w:rsidR="00CD4B97" w:rsidRPr="00CD4B97" w:rsidRDefault="00CD4B97" w:rsidP="00CD4B97">
      <w:pPr>
        <w:numPr>
          <w:ilvl w:val="0"/>
          <w:numId w:val="39"/>
        </w:num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students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became</w:t>
      </w:r>
      <w:proofErr w:type="spellEnd"/>
      <w:r w:rsidRPr="00CD4B97">
        <w:rPr>
          <w:rFonts w:ascii="Aptos" w:hAnsi="Aptos"/>
          <w:lang w:val="nl-NL"/>
        </w:rPr>
        <w:t xml:space="preserve"> more </w:t>
      </w:r>
      <w:proofErr w:type="spellStart"/>
      <w:r w:rsidRPr="00CD4B97">
        <w:rPr>
          <w:rFonts w:ascii="Aptos" w:hAnsi="Aptos"/>
          <w:lang w:val="nl-NL"/>
        </w:rPr>
        <w:t>confident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using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vocabulary</w:t>
      </w:r>
      <w:proofErr w:type="spellEnd"/>
      <w:r w:rsidRPr="00CD4B97">
        <w:rPr>
          <w:rFonts w:ascii="Aptos" w:hAnsi="Aptos"/>
          <w:lang w:val="nl-NL"/>
        </w:rPr>
        <w:t xml:space="preserve">; </w:t>
      </w:r>
    </w:p>
    <w:p w14:paraId="3568BAD6" w14:textId="77777777" w:rsidR="00CD4B97" w:rsidRPr="00CD4B97" w:rsidRDefault="00CD4B97" w:rsidP="00CD4B97">
      <w:pPr>
        <w:numPr>
          <w:ilvl w:val="0"/>
          <w:numId w:val="39"/>
        </w:num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collaboration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supported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language</w:t>
      </w:r>
      <w:proofErr w:type="spellEnd"/>
      <w:r w:rsidRPr="00CD4B97">
        <w:rPr>
          <w:rFonts w:ascii="Aptos" w:hAnsi="Aptos"/>
          <w:lang w:val="nl-NL"/>
        </w:rPr>
        <w:t xml:space="preserve"> development; </w:t>
      </w:r>
    </w:p>
    <w:p w14:paraId="0DD47831" w14:textId="77777777" w:rsidR="00CD4B97" w:rsidRPr="00CD4B97" w:rsidRDefault="00CD4B97" w:rsidP="00CD4B97">
      <w:pPr>
        <w:numPr>
          <w:ilvl w:val="0"/>
          <w:numId w:val="39"/>
        </w:numPr>
        <w:rPr>
          <w:rFonts w:ascii="Aptos" w:hAnsi="Aptos"/>
          <w:lang w:val="nl-NL"/>
        </w:rPr>
      </w:pPr>
      <w:r w:rsidRPr="00CD4B97">
        <w:rPr>
          <w:rFonts w:ascii="Aptos" w:hAnsi="Aptos"/>
          <w:lang w:val="nl-NL"/>
        </w:rPr>
        <w:t xml:space="preserve">explicit </w:t>
      </w:r>
      <w:proofErr w:type="spellStart"/>
      <w:r w:rsidRPr="00CD4B97">
        <w:rPr>
          <w:rFonts w:ascii="Aptos" w:hAnsi="Aptos"/>
          <w:lang w:val="nl-NL"/>
        </w:rPr>
        <w:t>vocabulary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instruction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benefited</w:t>
      </w:r>
      <w:proofErr w:type="spellEnd"/>
      <w:r w:rsidRPr="00CD4B97">
        <w:rPr>
          <w:rFonts w:ascii="Aptos" w:hAnsi="Aptos"/>
          <w:lang w:val="nl-NL"/>
        </w:rPr>
        <w:t xml:space="preserve"> a </w:t>
      </w:r>
      <w:proofErr w:type="spellStart"/>
      <w:r w:rsidRPr="00CD4B97">
        <w:rPr>
          <w:rFonts w:ascii="Aptos" w:hAnsi="Aptos"/>
          <w:lang w:val="nl-NL"/>
        </w:rPr>
        <w:t>broad</w:t>
      </w:r>
      <w:proofErr w:type="spellEnd"/>
      <w:r w:rsidRPr="00CD4B97">
        <w:rPr>
          <w:rFonts w:ascii="Aptos" w:hAnsi="Aptos"/>
          <w:lang w:val="nl-NL"/>
        </w:rPr>
        <w:t xml:space="preserve"> range of </w:t>
      </w:r>
      <w:proofErr w:type="spellStart"/>
      <w:r w:rsidRPr="00CD4B97">
        <w:rPr>
          <w:rFonts w:ascii="Aptos" w:hAnsi="Aptos"/>
          <w:lang w:val="nl-NL"/>
        </w:rPr>
        <w:t>learners</w:t>
      </w:r>
      <w:proofErr w:type="spellEnd"/>
      <w:r w:rsidRPr="00CD4B97">
        <w:rPr>
          <w:rFonts w:ascii="Aptos" w:hAnsi="Aptos"/>
          <w:lang w:val="nl-NL"/>
        </w:rPr>
        <w:t xml:space="preserve">; </w:t>
      </w:r>
    </w:p>
    <w:p w14:paraId="2B13981D" w14:textId="77777777" w:rsidR="00CD4B97" w:rsidRPr="00CD4B97" w:rsidRDefault="00CD4B97" w:rsidP="00CD4B97">
      <w:pPr>
        <w:numPr>
          <w:ilvl w:val="0"/>
          <w:numId w:val="39"/>
        </w:num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reflection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helped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students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become</w:t>
      </w:r>
      <w:proofErr w:type="spellEnd"/>
      <w:r w:rsidRPr="00CD4B97">
        <w:rPr>
          <w:rFonts w:ascii="Aptos" w:hAnsi="Aptos"/>
          <w:lang w:val="nl-NL"/>
        </w:rPr>
        <w:t xml:space="preserve"> more </w:t>
      </w:r>
      <w:proofErr w:type="spellStart"/>
      <w:r w:rsidRPr="00CD4B97">
        <w:rPr>
          <w:rFonts w:ascii="Aptos" w:hAnsi="Aptos"/>
          <w:lang w:val="nl-NL"/>
        </w:rPr>
        <w:t>aware</w:t>
      </w:r>
      <w:proofErr w:type="spellEnd"/>
      <w:r w:rsidRPr="00CD4B97">
        <w:rPr>
          <w:rFonts w:ascii="Aptos" w:hAnsi="Aptos"/>
          <w:lang w:val="nl-NL"/>
        </w:rPr>
        <w:t xml:space="preserve"> of </w:t>
      </w:r>
      <w:proofErr w:type="spellStart"/>
      <w:r w:rsidRPr="00CD4B97">
        <w:rPr>
          <w:rFonts w:ascii="Aptos" w:hAnsi="Aptos"/>
          <w:lang w:val="nl-NL"/>
        </w:rPr>
        <w:t>their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learning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strategies</w:t>
      </w:r>
      <w:proofErr w:type="spellEnd"/>
      <w:r w:rsidRPr="00CD4B97">
        <w:rPr>
          <w:rFonts w:ascii="Aptos" w:hAnsi="Aptos"/>
          <w:lang w:val="nl-NL"/>
        </w:rPr>
        <w:t xml:space="preserve">; </w:t>
      </w:r>
    </w:p>
    <w:p w14:paraId="29BF5FBC" w14:textId="77777777" w:rsidR="00CD4B97" w:rsidRPr="00CD4B97" w:rsidRDefault="00CD4B97" w:rsidP="00CD4B97">
      <w:pPr>
        <w:numPr>
          <w:ilvl w:val="0"/>
          <w:numId w:val="39"/>
        </w:numPr>
        <w:rPr>
          <w:rFonts w:ascii="Aptos" w:hAnsi="Aptos"/>
          <w:lang w:val="nl-NL"/>
        </w:rPr>
      </w:pPr>
      <w:proofErr w:type="spellStart"/>
      <w:r w:rsidRPr="00CD4B97">
        <w:rPr>
          <w:rFonts w:ascii="Aptos" w:hAnsi="Aptos"/>
          <w:lang w:val="nl-NL"/>
        </w:rPr>
        <w:t>academic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language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instruction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contributed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to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greater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educational</w:t>
      </w:r>
      <w:proofErr w:type="spellEnd"/>
      <w:r w:rsidRPr="00CD4B97">
        <w:rPr>
          <w:rFonts w:ascii="Aptos" w:hAnsi="Aptos"/>
          <w:lang w:val="nl-NL"/>
        </w:rPr>
        <w:t xml:space="preserve"> </w:t>
      </w:r>
      <w:proofErr w:type="spellStart"/>
      <w:r w:rsidRPr="00CD4B97">
        <w:rPr>
          <w:rFonts w:ascii="Aptos" w:hAnsi="Aptos"/>
          <w:lang w:val="nl-NL"/>
        </w:rPr>
        <w:t>equity</w:t>
      </w:r>
      <w:proofErr w:type="spellEnd"/>
      <w:r w:rsidRPr="00CD4B97">
        <w:rPr>
          <w:rFonts w:ascii="Aptos" w:hAnsi="Aptos"/>
          <w:lang w:val="nl-NL"/>
        </w:rPr>
        <w:t xml:space="preserve">. </w:t>
      </w:r>
    </w:p>
    <w:p w14:paraId="29299C00" w14:textId="77777777" w:rsidR="00CD4B97" w:rsidRPr="00CD4B97" w:rsidRDefault="00CD4B97" w:rsidP="00CD4B97">
      <w:pPr>
        <w:rPr>
          <w:rFonts w:ascii="Aptos" w:hAnsi="Aptos"/>
        </w:rPr>
      </w:pPr>
    </w:p>
    <w:sectPr w:rsidR="00CD4B97" w:rsidRPr="00CD4B97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D53CB" w14:textId="77777777" w:rsidR="00A97E39" w:rsidRDefault="00A97E39" w:rsidP="00B325EF">
      <w:pPr>
        <w:spacing w:after="0" w:line="240" w:lineRule="auto"/>
      </w:pPr>
      <w:r>
        <w:separator/>
      </w:r>
    </w:p>
  </w:endnote>
  <w:endnote w:type="continuationSeparator" w:id="0">
    <w:p w14:paraId="5322DB0B" w14:textId="77777777" w:rsidR="00A97E39" w:rsidRDefault="00A97E39" w:rsidP="00B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25248" w14:textId="77777777" w:rsidR="00A97E39" w:rsidRDefault="00A97E39" w:rsidP="00B325EF">
      <w:pPr>
        <w:spacing w:after="0" w:line="240" w:lineRule="auto"/>
      </w:pPr>
      <w:r>
        <w:separator/>
      </w:r>
    </w:p>
  </w:footnote>
  <w:footnote w:type="continuationSeparator" w:id="0">
    <w:p w14:paraId="4684A23B" w14:textId="77777777" w:rsidR="00A97E39" w:rsidRDefault="00A97E39" w:rsidP="00B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80A3" w14:textId="77777777" w:rsidR="00B325EF" w:rsidRDefault="00B325EF" w:rsidP="00B325EF">
    <w:pPr>
      <w:pStyle w:val="Koptekst"/>
    </w:pPr>
    <w:r w:rsidRPr="001C708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2F6652" wp14:editId="44753154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767320" cy="2141220"/>
              <wp:effectExtent l="0" t="0" r="5080" b="0"/>
              <wp:wrapNone/>
              <wp:docPr id="828311949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67320" cy="21412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61467" h="3318440">
                            <a:moveTo>
                              <a:pt x="0" y="0"/>
                            </a:moveTo>
                            <a:lnTo>
                              <a:pt x="11061467" y="0"/>
                            </a:lnTo>
                            <a:lnTo>
                              <a:pt x="11061467" y="3318440"/>
                            </a:lnTo>
                            <a:lnTo>
                              <a:pt x="0" y="33184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C481B2" id="Freeform 5" o:spid="_x0000_s1026" style="position:absolute;margin-left:0;margin-top:-35.4pt;width:611.6pt;height:168.6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061467,33184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" path="m,l11061467,r,3318440l,3318440,,xe" stroked="f">
              <v:fill r:id="rId3" o:title="" recolor="t" rotate="t" type="frame"/>
              <v:path arrowok="t"/>
              <w10:wrap anchorx="page"/>
            </v:shape>
          </w:pict>
        </mc:Fallback>
      </mc:AlternateContent>
    </w:r>
    <w:r w:rsidRPr="00D033B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F23FAD" wp14:editId="0E81B9BA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1684655" cy="457200"/>
              <wp:effectExtent l="0" t="0" r="0" b="0"/>
              <wp:wrapNone/>
              <wp:docPr id="1234306307" name="Freefor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684655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68139" h="913608">
                            <a:moveTo>
                              <a:pt x="0" y="0"/>
                            </a:moveTo>
                            <a:lnTo>
                              <a:pt x="3368139" y="0"/>
                            </a:lnTo>
                            <a:lnTo>
                              <a:pt x="3368139" y="913608"/>
                            </a:lnTo>
                            <a:lnTo>
                              <a:pt x="0" y="91360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7E0B47" id="Freeform 7" o:spid="_x0000_s1026" style="position:absolute;margin-left:81.45pt;margin-top:.15pt;width:132.65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368139,913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" path="m,l3368139,r,913608l,913608,,xe" stroked="f">
              <v:fill r:id="rId5" o:title="" recolor="t" rotate="t" type="frame"/>
              <v:path arrowok="t"/>
              <o:lock v:ext="edit" aspectratio="t"/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1BEBAF0" wp14:editId="2D163CAA">
              <wp:extent cx="2854325" cy="863600"/>
              <wp:effectExtent l="0" t="0" r="0" b="0"/>
              <wp:docPr id="785321558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854325" cy="863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0442" h="1727409">
                            <a:moveTo>
                              <a:pt x="0" y="0"/>
                            </a:moveTo>
                            <a:lnTo>
                              <a:pt x="5710442" y="0"/>
                            </a:lnTo>
                            <a:lnTo>
                              <a:pt x="5710442" y="1727409"/>
                            </a:lnTo>
                            <a:lnTo>
                              <a:pt x="0" y="172740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6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 w14:anchorId="47F0E346" id="Freeform 6" o:spid="_x0000_s1026" style="width:224.75pt;height: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10442,172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" path="m,l5710442,r,1727409l,1727409,,xe" stroked="f">
              <v:fill r:id="rId7" o:title="" recolor="t" rotate="t" type="frame"/>
              <v:path arrowok="t"/>
              <o:lock v:ext="edit" aspectratio="t"/>
              <w10:anchorlock/>
            </v:shape>
          </w:pict>
        </mc:Fallback>
      </mc:AlternateContent>
    </w:r>
  </w:p>
  <w:p w14:paraId="2750B812" w14:textId="77777777" w:rsidR="00B325EF" w:rsidRDefault="00B325EF" w:rsidP="00B325EF">
    <w:pPr>
      <w:pStyle w:val="Koptekst"/>
    </w:pPr>
  </w:p>
  <w:p w14:paraId="5EB24F9F" w14:textId="77777777" w:rsidR="00B325EF" w:rsidRDefault="00B325EF" w:rsidP="00B325EF">
    <w:pPr>
      <w:pStyle w:val="Koptekst"/>
    </w:pPr>
  </w:p>
  <w:p w14:paraId="79A572BB" w14:textId="77777777" w:rsidR="00B325EF" w:rsidRDefault="00B325EF" w:rsidP="00B325EF">
    <w:pPr>
      <w:pStyle w:val="Koptekst"/>
      <w:tabs>
        <w:tab w:val="left" w:pos="2160"/>
      </w:tabs>
    </w:pPr>
    <w:r>
      <w:tab/>
    </w:r>
  </w:p>
  <w:p w14:paraId="31890F0B" w14:textId="77777777" w:rsidR="00B325EF" w:rsidRDefault="00B325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CC1722"/>
    <w:multiLevelType w:val="multilevel"/>
    <w:tmpl w:val="58EA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2567FD"/>
    <w:multiLevelType w:val="multilevel"/>
    <w:tmpl w:val="494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4B59D4"/>
    <w:multiLevelType w:val="multilevel"/>
    <w:tmpl w:val="C07E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6E48F9"/>
    <w:multiLevelType w:val="multilevel"/>
    <w:tmpl w:val="6226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246C39"/>
    <w:multiLevelType w:val="multilevel"/>
    <w:tmpl w:val="055C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8E4A6D"/>
    <w:multiLevelType w:val="multilevel"/>
    <w:tmpl w:val="F522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2C6B06"/>
    <w:multiLevelType w:val="multilevel"/>
    <w:tmpl w:val="353A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4D38ED"/>
    <w:multiLevelType w:val="multilevel"/>
    <w:tmpl w:val="38B4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C03AE3"/>
    <w:multiLevelType w:val="multilevel"/>
    <w:tmpl w:val="D2C0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A722EC"/>
    <w:multiLevelType w:val="multilevel"/>
    <w:tmpl w:val="0054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1F0704"/>
    <w:multiLevelType w:val="multilevel"/>
    <w:tmpl w:val="C2D8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782E28"/>
    <w:multiLevelType w:val="multilevel"/>
    <w:tmpl w:val="E526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2F573D"/>
    <w:multiLevelType w:val="multilevel"/>
    <w:tmpl w:val="EF3A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D5330F"/>
    <w:multiLevelType w:val="multilevel"/>
    <w:tmpl w:val="0A42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9B731C"/>
    <w:multiLevelType w:val="multilevel"/>
    <w:tmpl w:val="8AD0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17643C"/>
    <w:multiLevelType w:val="multilevel"/>
    <w:tmpl w:val="4C1E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2B097A"/>
    <w:multiLevelType w:val="multilevel"/>
    <w:tmpl w:val="7B82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B25C7C"/>
    <w:multiLevelType w:val="multilevel"/>
    <w:tmpl w:val="8E3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741E8F"/>
    <w:multiLevelType w:val="multilevel"/>
    <w:tmpl w:val="09FA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AD46F0"/>
    <w:multiLevelType w:val="multilevel"/>
    <w:tmpl w:val="3688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410F3B"/>
    <w:multiLevelType w:val="multilevel"/>
    <w:tmpl w:val="0F14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480F19"/>
    <w:multiLevelType w:val="multilevel"/>
    <w:tmpl w:val="EAF8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5250D2"/>
    <w:multiLevelType w:val="multilevel"/>
    <w:tmpl w:val="9ACA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A66F05"/>
    <w:multiLevelType w:val="multilevel"/>
    <w:tmpl w:val="A520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EE396B"/>
    <w:multiLevelType w:val="multilevel"/>
    <w:tmpl w:val="F864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CE643D"/>
    <w:multiLevelType w:val="multilevel"/>
    <w:tmpl w:val="87EE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001F33"/>
    <w:multiLevelType w:val="multilevel"/>
    <w:tmpl w:val="5594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833B32"/>
    <w:multiLevelType w:val="multilevel"/>
    <w:tmpl w:val="5B80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FA5E14"/>
    <w:multiLevelType w:val="multilevel"/>
    <w:tmpl w:val="D98C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7F2875"/>
    <w:multiLevelType w:val="multilevel"/>
    <w:tmpl w:val="91DE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79891">
    <w:abstractNumId w:val="8"/>
  </w:num>
  <w:num w:numId="2" w16cid:durableId="656032599">
    <w:abstractNumId w:val="6"/>
  </w:num>
  <w:num w:numId="3" w16cid:durableId="1932934108">
    <w:abstractNumId w:val="5"/>
  </w:num>
  <w:num w:numId="4" w16cid:durableId="1791632678">
    <w:abstractNumId w:val="4"/>
  </w:num>
  <w:num w:numId="5" w16cid:durableId="1105032745">
    <w:abstractNumId w:val="7"/>
  </w:num>
  <w:num w:numId="6" w16cid:durableId="2005860886">
    <w:abstractNumId w:val="3"/>
  </w:num>
  <w:num w:numId="7" w16cid:durableId="1620606098">
    <w:abstractNumId w:val="2"/>
  </w:num>
  <w:num w:numId="8" w16cid:durableId="216169716">
    <w:abstractNumId w:val="1"/>
  </w:num>
  <w:num w:numId="9" w16cid:durableId="795681588">
    <w:abstractNumId w:val="0"/>
  </w:num>
  <w:num w:numId="10" w16cid:durableId="56443606">
    <w:abstractNumId w:val="30"/>
  </w:num>
  <w:num w:numId="11" w16cid:durableId="1810005102">
    <w:abstractNumId w:val="33"/>
  </w:num>
  <w:num w:numId="12" w16cid:durableId="512770296">
    <w:abstractNumId w:val="28"/>
  </w:num>
  <w:num w:numId="13" w16cid:durableId="1583755110">
    <w:abstractNumId w:val="17"/>
  </w:num>
  <w:num w:numId="14" w16cid:durableId="839199382">
    <w:abstractNumId w:val="12"/>
  </w:num>
  <w:num w:numId="15" w16cid:durableId="1063406865">
    <w:abstractNumId w:val="38"/>
  </w:num>
  <w:num w:numId="16" w16cid:durableId="1910652239">
    <w:abstractNumId w:val="26"/>
  </w:num>
  <w:num w:numId="17" w16cid:durableId="1281110994">
    <w:abstractNumId w:val="18"/>
  </w:num>
  <w:num w:numId="18" w16cid:durableId="1195189763">
    <w:abstractNumId w:val="22"/>
  </w:num>
  <w:num w:numId="19" w16cid:durableId="1008288885">
    <w:abstractNumId w:val="13"/>
  </w:num>
  <w:num w:numId="20" w16cid:durableId="1389648426">
    <w:abstractNumId w:val="10"/>
  </w:num>
  <w:num w:numId="21" w16cid:durableId="1334409422">
    <w:abstractNumId w:val="11"/>
  </w:num>
  <w:num w:numId="22" w16cid:durableId="203754882">
    <w:abstractNumId w:val="25"/>
  </w:num>
  <w:num w:numId="23" w16cid:durableId="1148086479">
    <w:abstractNumId w:val="29"/>
  </w:num>
  <w:num w:numId="24" w16cid:durableId="1039822653">
    <w:abstractNumId w:val="32"/>
  </w:num>
  <w:num w:numId="25" w16cid:durableId="2143111192">
    <w:abstractNumId w:val="20"/>
  </w:num>
  <w:num w:numId="26" w16cid:durableId="2127431691">
    <w:abstractNumId w:val="14"/>
  </w:num>
  <w:num w:numId="27" w16cid:durableId="1771197041">
    <w:abstractNumId w:val="24"/>
  </w:num>
  <w:num w:numId="28" w16cid:durableId="1646087204">
    <w:abstractNumId w:val="37"/>
  </w:num>
  <w:num w:numId="29" w16cid:durableId="1548640979">
    <w:abstractNumId w:val="23"/>
  </w:num>
  <w:num w:numId="30" w16cid:durableId="362168220">
    <w:abstractNumId w:val="15"/>
  </w:num>
  <w:num w:numId="31" w16cid:durableId="865413058">
    <w:abstractNumId w:val="34"/>
  </w:num>
  <w:num w:numId="32" w16cid:durableId="1323966223">
    <w:abstractNumId w:val="36"/>
  </w:num>
  <w:num w:numId="33" w16cid:durableId="1784684618">
    <w:abstractNumId w:val="19"/>
  </w:num>
  <w:num w:numId="34" w16cid:durableId="998266591">
    <w:abstractNumId w:val="9"/>
  </w:num>
  <w:num w:numId="35" w16cid:durableId="1689478350">
    <w:abstractNumId w:val="31"/>
  </w:num>
  <w:num w:numId="36" w16cid:durableId="162160254">
    <w:abstractNumId w:val="21"/>
  </w:num>
  <w:num w:numId="37" w16cid:durableId="274215728">
    <w:abstractNumId w:val="27"/>
  </w:num>
  <w:num w:numId="38" w16cid:durableId="1563446407">
    <w:abstractNumId w:val="35"/>
  </w:num>
  <w:num w:numId="39" w16cid:durableId="12394420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FC3"/>
    <w:rsid w:val="0006063C"/>
    <w:rsid w:val="00067BE9"/>
    <w:rsid w:val="000E325D"/>
    <w:rsid w:val="000E72F9"/>
    <w:rsid w:val="00114AB6"/>
    <w:rsid w:val="00121E9D"/>
    <w:rsid w:val="0015074B"/>
    <w:rsid w:val="00166A33"/>
    <w:rsid w:val="001A6BD2"/>
    <w:rsid w:val="001D3570"/>
    <w:rsid w:val="001E5916"/>
    <w:rsid w:val="002241D6"/>
    <w:rsid w:val="0025623B"/>
    <w:rsid w:val="0029639D"/>
    <w:rsid w:val="002B5351"/>
    <w:rsid w:val="00323945"/>
    <w:rsid w:val="00326F90"/>
    <w:rsid w:val="0033394F"/>
    <w:rsid w:val="003D1AE4"/>
    <w:rsid w:val="00554DED"/>
    <w:rsid w:val="0058216A"/>
    <w:rsid w:val="005908EB"/>
    <w:rsid w:val="005E7EE9"/>
    <w:rsid w:val="00633922"/>
    <w:rsid w:val="00654E4F"/>
    <w:rsid w:val="006805CF"/>
    <w:rsid w:val="0069563B"/>
    <w:rsid w:val="006C5817"/>
    <w:rsid w:val="006E0A3C"/>
    <w:rsid w:val="006F24D6"/>
    <w:rsid w:val="0072059F"/>
    <w:rsid w:val="00793051"/>
    <w:rsid w:val="007B68BD"/>
    <w:rsid w:val="007C75D3"/>
    <w:rsid w:val="0080165A"/>
    <w:rsid w:val="00827A2A"/>
    <w:rsid w:val="00854450"/>
    <w:rsid w:val="008721B8"/>
    <w:rsid w:val="0088488E"/>
    <w:rsid w:val="008C67FE"/>
    <w:rsid w:val="00916F35"/>
    <w:rsid w:val="00931733"/>
    <w:rsid w:val="009901B0"/>
    <w:rsid w:val="00A63C03"/>
    <w:rsid w:val="00A87E8E"/>
    <w:rsid w:val="00A920BA"/>
    <w:rsid w:val="00A97E39"/>
    <w:rsid w:val="00AA1D8D"/>
    <w:rsid w:val="00AB04CD"/>
    <w:rsid w:val="00AB2855"/>
    <w:rsid w:val="00B325EF"/>
    <w:rsid w:val="00B450FA"/>
    <w:rsid w:val="00B47730"/>
    <w:rsid w:val="00B7089E"/>
    <w:rsid w:val="00BA2843"/>
    <w:rsid w:val="00BC6764"/>
    <w:rsid w:val="00BD0555"/>
    <w:rsid w:val="00BF0478"/>
    <w:rsid w:val="00BF25E4"/>
    <w:rsid w:val="00CB0664"/>
    <w:rsid w:val="00CC7A2D"/>
    <w:rsid w:val="00CD4B97"/>
    <w:rsid w:val="00D64664"/>
    <w:rsid w:val="00D87606"/>
    <w:rsid w:val="00DA451B"/>
    <w:rsid w:val="00DA7196"/>
    <w:rsid w:val="00DB5F78"/>
    <w:rsid w:val="00DB5FB5"/>
    <w:rsid w:val="00E012D2"/>
    <w:rsid w:val="00E026F7"/>
    <w:rsid w:val="00E449CF"/>
    <w:rsid w:val="00E6194F"/>
    <w:rsid w:val="00E74FD7"/>
    <w:rsid w:val="00E777D7"/>
    <w:rsid w:val="00E9145E"/>
    <w:rsid w:val="00ED3212"/>
    <w:rsid w:val="00ED72FF"/>
    <w:rsid w:val="00EE326B"/>
    <w:rsid w:val="00EF4237"/>
    <w:rsid w:val="00F900FC"/>
    <w:rsid w:val="00FB5B41"/>
    <w:rsid w:val="00FC1D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F1834"/>
  <w14:defaultImageDpi w14:val="330"/>
  <w15:docId w15:val="{250FB677-743D-45EF-992C-68211B9B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DA71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7196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49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70a334-86b6-4444-8814-8e9d0e7c5bdc}" enabled="1" method="Standard" siteId="{1fd9250c-aad6-4af6-8690-29a2f266d4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610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Birgit Broekhoven</cp:lastModifiedBy>
  <cp:revision>5</cp:revision>
  <cp:lastPrinted>2026-07-20T11:54:00Z</cp:lastPrinted>
  <dcterms:created xsi:type="dcterms:W3CDTF">2026-07-20T12:08:00Z</dcterms:created>
  <dcterms:modified xsi:type="dcterms:W3CDTF">2026-07-20T13:50:00Z</dcterms:modified>
  <cp:category/>
</cp:coreProperties>
</file>