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2F87D" w14:textId="77777777" w:rsidR="000E0B2F" w:rsidRDefault="000E0B2F" w:rsidP="000E0B2F">
      <w:pPr>
        <w:rPr>
          <w:rFonts w:ascii="Aptos" w:hAnsi="Aptos"/>
          <w:b/>
          <w:bCs/>
          <w:lang w:val="nl-NL"/>
        </w:rPr>
      </w:pPr>
    </w:p>
    <w:p w14:paraId="5D39EF96" w14:textId="77777777" w:rsidR="00856BB1" w:rsidRPr="00856BB1" w:rsidRDefault="00856BB1" w:rsidP="00856BB1">
      <w:pPr>
        <w:rPr>
          <w:rFonts w:ascii="Aptos" w:hAnsi="Aptos"/>
          <w:b/>
          <w:bCs/>
          <w:lang w:val="nl-NL"/>
        </w:rPr>
      </w:pPr>
      <w:proofErr w:type="spellStart"/>
      <w:r w:rsidRPr="00856BB1">
        <w:rPr>
          <w:rFonts w:ascii="Aptos" w:hAnsi="Aptos"/>
          <w:b/>
          <w:bCs/>
          <w:lang w:val="nl-NL"/>
        </w:rPr>
        <w:t>Practice</w:t>
      </w:r>
      <w:proofErr w:type="spellEnd"/>
      <w:r w:rsidRPr="00856BB1">
        <w:rPr>
          <w:rFonts w:ascii="Aptos" w:hAnsi="Aptos"/>
          <w:b/>
          <w:bCs/>
          <w:lang w:val="nl-NL"/>
        </w:rPr>
        <w:t xml:space="preserve"> </w:t>
      </w:r>
      <w:proofErr w:type="spellStart"/>
      <w:r w:rsidRPr="00856BB1">
        <w:rPr>
          <w:rFonts w:ascii="Aptos" w:hAnsi="Aptos"/>
          <w:b/>
          <w:bCs/>
          <w:lang w:val="nl-NL"/>
        </w:rPr>
        <w:t>Example</w:t>
      </w:r>
      <w:proofErr w:type="spellEnd"/>
      <w:r w:rsidRPr="00856BB1">
        <w:rPr>
          <w:rFonts w:ascii="Aptos" w:hAnsi="Aptos"/>
          <w:b/>
          <w:bCs/>
          <w:lang w:val="nl-NL"/>
        </w:rPr>
        <w:t xml:space="preserve"> 4 – Kosovo</w:t>
      </w:r>
    </w:p>
    <w:p w14:paraId="12A93053" w14:textId="77777777" w:rsidR="00856BB1" w:rsidRPr="00856BB1" w:rsidRDefault="00856BB1" w:rsidP="00856BB1">
      <w:pPr>
        <w:rPr>
          <w:rFonts w:ascii="Aptos" w:hAnsi="Aptos"/>
          <w:b/>
          <w:bCs/>
          <w:lang w:val="nl-NL"/>
        </w:rPr>
      </w:pPr>
      <w:r w:rsidRPr="00856BB1">
        <w:rPr>
          <w:rFonts w:ascii="Aptos" w:hAnsi="Aptos"/>
          <w:b/>
          <w:bCs/>
          <w:lang w:val="nl-NL"/>
        </w:rPr>
        <w:t xml:space="preserve">Building </w:t>
      </w:r>
      <w:proofErr w:type="spellStart"/>
      <w:r w:rsidRPr="00856BB1">
        <w:rPr>
          <w:rFonts w:ascii="Aptos" w:hAnsi="Aptos"/>
          <w:b/>
          <w:bCs/>
          <w:lang w:val="nl-NL"/>
        </w:rPr>
        <w:t>Capacity</w:t>
      </w:r>
      <w:proofErr w:type="spellEnd"/>
      <w:r w:rsidRPr="00856BB1">
        <w:rPr>
          <w:rFonts w:ascii="Aptos" w:hAnsi="Aptos"/>
          <w:b/>
          <w:bCs/>
          <w:lang w:val="nl-NL"/>
        </w:rPr>
        <w:t xml:space="preserve"> </w:t>
      </w:r>
      <w:proofErr w:type="spellStart"/>
      <w:r w:rsidRPr="00856BB1">
        <w:rPr>
          <w:rFonts w:ascii="Aptos" w:hAnsi="Aptos"/>
          <w:b/>
          <w:bCs/>
          <w:lang w:val="nl-NL"/>
        </w:rPr>
        <w:t>for</w:t>
      </w:r>
      <w:proofErr w:type="spellEnd"/>
      <w:r w:rsidRPr="00856BB1">
        <w:rPr>
          <w:rFonts w:ascii="Aptos" w:hAnsi="Aptos"/>
          <w:b/>
          <w:bCs/>
          <w:lang w:val="nl-NL"/>
        </w:rPr>
        <w:t xml:space="preserve"> </w:t>
      </w:r>
      <w:proofErr w:type="spellStart"/>
      <w:r w:rsidRPr="00856BB1">
        <w:rPr>
          <w:rFonts w:ascii="Aptos" w:hAnsi="Aptos"/>
          <w:b/>
          <w:bCs/>
          <w:lang w:val="nl-NL"/>
        </w:rPr>
        <w:t>Equitable</w:t>
      </w:r>
      <w:proofErr w:type="spellEnd"/>
      <w:r w:rsidRPr="00856BB1">
        <w:rPr>
          <w:rFonts w:ascii="Aptos" w:hAnsi="Aptos"/>
          <w:b/>
          <w:bCs/>
          <w:lang w:val="nl-NL"/>
        </w:rPr>
        <w:t xml:space="preserve"> </w:t>
      </w:r>
      <w:proofErr w:type="spellStart"/>
      <w:r w:rsidRPr="00856BB1">
        <w:rPr>
          <w:rFonts w:ascii="Aptos" w:hAnsi="Aptos"/>
          <w:b/>
          <w:bCs/>
          <w:lang w:val="nl-NL"/>
        </w:rPr>
        <w:t>Identification</w:t>
      </w:r>
      <w:proofErr w:type="spellEnd"/>
    </w:p>
    <w:p w14:paraId="7FAFAA07" w14:textId="77777777" w:rsidR="00856BB1" w:rsidRPr="00856BB1" w:rsidRDefault="00856BB1" w:rsidP="00856BB1">
      <w:pPr>
        <w:rPr>
          <w:rFonts w:ascii="Aptos" w:hAnsi="Aptos"/>
          <w:b/>
          <w:bCs/>
          <w:lang w:val="nl-NL"/>
        </w:rPr>
      </w:pPr>
      <w:r w:rsidRPr="00856BB1">
        <w:rPr>
          <w:rFonts w:ascii="Aptos" w:hAnsi="Aptos"/>
          <w:b/>
          <w:bCs/>
          <w:lang w:val="nl-NL"/>
        </w:rPr>
        <w:t>Context</w:t>
      </w:r>
    </w:p>
    <w:p w14:paraId="111AD27F" w14:textId="77777777" w:rsidR="00856BB1" w:rsidRPr="00856BB1" w:rsidRDefault="00856BB1" w:rsidP="00856BB1">
      <w:pPr>
        <w:rPr>
          <w:rFonts w:ascii="Aptos" w:hAnsi="Aptos"/>
          <w:lang w:val="nl-NL"/>
        </w:rPr>
      </w:pPr>
      <w:proofErr w:type="spellStart"/>
      <w:r w:rsidRPr="00856BB1">
        <w:rPr>
          <w:rFonts w:ascii="Aptos" w:hAnsi="Aptos"/>
          <w:lang w:val="nl-NL"/>
        </w:rPr>
        <w:t>Kolegji</w:t>
      </w:r>
      <w:proofErr w:type="spellEnd"/>
      <w:r w:rsidRPr="00856BB1">
        <w:rPr>
          <w:rFonts w:ascii="Aptos" w:hAnsi="Aptos"/>
          <w:lang w:val="nl-NL"/>
        </w:rPr>
        <w:t xml:space="preserve"> </w:t>
      </w:r>
      <w:proofErr w:type="spellStart"/>
      <w:r w:rsidRPr="00856BB1">
        <w:rPr>
          <w:rFonts w:ascii="Aptos" w:hAnsi="Aptos"/>
          <w:lang w:val="nl-NL"/>
        </w:rPr>
        <w:t>Heimerer</w:t>
      </w:r>
      <w:proofErr w:type="spellEnd"/>
      <w:r w:rsidRPr="00856BB1">
        <w:rPr>
          <w:rFonts w:ascii="Aptos" w:hAnsi="Aptos"/>
          <w:lang w:val="nl-NL"/>
        </w:rPr>
        <w:t xml:space="preserve"> </w:t>
      </w:r>
      <w:proofErr w:type="spellStart"/>
      <w:r w:rsidRPr="00856BB1">
        <w:rPr>
          <w:rFonts w:ascii="Aptos" w:hAnsi="Aptos"/>
          <w:lang w:val="nl-NL"/>
        </w:rPr>
        <w:t>introduced</w:t>
      </w:r>
      <w:proofErr w:type="spellEnd"/>
      <w:r w:rsidRPr="00856BB1">
        <w:rPr>
          <w:rFonts w:ascii="Aptos" w:hAnsi="Aptos"/>
          <w:lang w:val="nl-NL"/>
        </w:rPr>
        <w:t xml:space="preserve"> </w:t>
      </w:r>
      <w:proofErr w:type="spellStart"/>
      <w:r w:rsidRPr="00856BB1">
        <w:rPr>
          <w:rFonts w:ascii="Aptos" w:hAnsi="Aptos"/>
          <w:lang w:val="nl-NL"/>
        </w:rPr>
        <w:t>the</w:t>
      </w:r>
      <w:proofErr w:type="spellEnd"/>
      <w:r w:rsidRPr="00856BB1">
        <w:rPr>
          <w:rFonts w:ascii="Aptos" w:hAnsi="Aptos"/>
          <w:lang w:val="nl-NL"/>
        </w:rPr>
        <w:t xml:space="preserve"> EGE </w:t>
      </w:r>
      <w:proofErr w:type="spellStart"/>
      <w:r w:rsidRPr="00856BB1">
        <w:rPr>
          <w:rFonts w:ascii="Aptos" w:hAnsi="Aptos"/>
          <w:lang w:val="nl-NL"/>
        </w:rPr>
        <w:t>identification</w:t>
      </w:r>
      <w:proofErr w:type="spellEnd"/>
      <w:r w:rsidRPr="00856BB1">
        <w:rPr>
          <w:rFonts w:ascii="Aptos" w:hAnsi="Aptos"/>
          <w:lang w:val="nl-NL"/>
        </w:rPr>
        <w:t xml:space="preserve"> approach as part of </w:t>
      </w:r>
      <w:proofErr w:type="spellStart"/>
      <w:r w:rsidRPr="00856BB1">
        <w:rPr>
          <w:rFonts w:ascii="Aptos" w:hAnsi="Aptos"/>
          <w:lang w:val="nl-NL"/>
        </w:rPr>
        <w:t>its</w:t>
      </w:r>
      <w:proofErr w:type="spellEnd"/>
      <w:r w:rsidRPr="00856BB1">
        <w:rPr>
          <w:rFonts w:ascii="Aptos" w:hAnsi="Aptos"/>
          <w:lang w:val="nl-NL"/>
        </w:rPr>
        <w:t xml:space="preserve"> commitment </w:t>
      </w:r>
      <w:proofErr w:type="spellStart"/>
      <w:r w:rsidRPr="00856BB1">
        <w:rPr>
          <w:rFonts w:ascii="Aptos" w:hAnsi="Aptos"/>
          <w:lang w:val="nl-NL"/>
        </w:rPr>
        <w:t>to</w:t>
      </w:r>
      <w:proofErr w:type="spellEnd"/>
      <w:r w:rsidRPr="00856BB1">
        <w:rPr>
          <w:rFonts w:ascii="Aptos" w:hAnsi="Aptos"/>
          <w:lang w:val="nl-NL"/>
        </w:rPr>
        <w:t xml:space="preserve"> </w:t>
      </w:r>
      <w:proofErr w:type="spellStart"/>
      <w:r w:rsidRPr="00856BB1">
        <w:rPr>
          <w:rFonts w:ascii="Aptos" w:hAnsi="Aptos"/>
          <w:lang w:val="nl-NL"/>
        </w:rPr>
        <w:t>recognising</w:t>
      </w:r>
      <w:proofErr w:type="spellEnd"/>
      <w:r w:rsidRPr="00856BB1">
        <w:rPr>
          <w:rFonts w:ascii="Aptos" w:hAnsi="Aptos"/>
          <w:lang w:val="nl-NL"/>
        </w:rPr>
        <w:t xml:space="preserve"> diverse </w:t>
      </w:r>
      <w:proofErr w:type="spellStart"/>
      <w:r w:rsidRPr="00856BB1">
        <w:rPr>
          <w:rFonts w:ascii="Aptos" w:hAnsi="Aptos"/>
          <w:lang w:val="nl-NL"/>
        </w:rPr>
        <w:t>forms</w:t>
      </w:r>
      <w:proofErr w:type="spellEnd"/>
      <w:r w:rsidRPr="00856BB1">
        <w:rPr>
          <w:rFonts w:ascii="Aptos" w:hAnsi="Aptos"/>
          <w:lang w:val="nl-NL"/>
        </w:rPr>
        <w:t xml:space="preserve"> of student </w:t>
      </w:r>
      <w:proofErr w:type="spellStart"/>
      <w:r w:rsidRPr="00856BB1">
        <w:rPr>
          <w:rFonts w:ascii="Aptos" w:hAnsi="Aptos"/>
          <w:lang w:val="nl-NL"/>
        </w:rPr>
        <w:t>potential</w:t>
      </w:r>
      <w:proofErr w:type="spellEnd"/>
      <w:r w:rsidRPr="00856BB1">
        <w:rPr>
          <w:rFonts w:ascii="Aptos" w:hAnsi="Aptos"/>
          <w:lang w:val="nl-NL"/>
        </w:rPr>
        <w:t>.</w:t>
      </w:r>
    </w:p>
    <w:p w14:paraId="4D0A00AB" w14:textId="77777777" w:rsidR="00856BB1" w:rsidRPr="00856BB1" w:rsidRDefault="00856BB1" w:rsidP="00856BB1">
      <w:pPr>
        <w:rPr>
          <w:rFonts w:ascii="Aptos" w:hAnsi="Aptos"/>
          <w:b/>
          <w:bCs/>
          <w:lang w:val="nl-NL"/>
        </w:rPr>
      </w:pPr>
      <w:proofErr w:type="spellStart"/>
      <w:r w:rsidRPr="00856BB1">
        <w:rPr>
          <w:rFonts w:ascii="Aptos" w:hAnsi="Aptos"/>
          <w:b/>
          <w:bCs/>
          <w:lang w:val="nl-NL"/>
        </w:rPr>
        <w:t>Implementation</w:t>
      </w:r>
      <w:proofErr w:type="spellEnd"/>
    </w:p>
    <w:p w14:paraId="13C8723F" w14:textId="77777777" w:rsidR="00856BB1" w:rsidRPr="00856BB1" w:rsidRDefault="00856BB1" w:rsidP="00856BB1">
      <w:pPr>
        <w:rPr>
          <w:rFonts w:ascii="Aptos" w:hAnsi="Aptos"/>
          <w:lang w:val="nl-NL"/>
        </w:rPr>
      </w:pPr>
      <w:r w:rsidRPr="00856BB1">
        <w:rPr>
          <w:rFonts w:ascii="Aptos" w:hAnsi="Aptos"/>
          <w:lang w:val="nl-NL"/>
        </w:rPr>
        <w:t xml:space="preserve">Teachers </w:t>
      </w:r>
      <w:proofErr w:type="spellStart"/>
      <w:r w:rsidRPr="00856BB1">
        <w:rPr>
          <w:rFonts w:ascii="Aptos" w:hAnsi="Aptos"/>
          <w:lang w:val="nl-NL"/>
        </w:rPr>
        <w:t>were</w:t>
      </w:r>
      <w:proofErr w:type="spellEnd"/>
      <w:r w:rsidRPr="00856BB1">
        <w:rPr>
          <w:rFonts w:ascii="Aptos" w:hAnsi="Aptos"/>
          <w:lang w:val="nl-NL"/>
        </w:rPr>
        <w:t xml:space="preserve"> </w:t>
      </w:r>
      <w:proofErr w:type="spellStart"/>
      <w:r w:rsidRPr="00856BB1">
        <w:rPr>
          <w:rFonts w:ascii="Aptos" w:hAnsi="Aptos"/>
          <w:lang w:val="nl-NL"/>
        </w:rPr>
        <w:t>trained</w:t>
      </w:r>
      <w:proofErr w:type="spellEnd"/>
      <w:r w:rsidRPr="00856BB1">
        <w:rPr>
          <w:rFonts w:ascii="Aptos" w:hAnsi="Aptos"/>
          <w:lang w:val="nl-NL"/>
        </w:rPr>
        <w:t xml:space="preserve"> </w:t>
      </w:r>
      <w:proofErr w:type="spellStart"/>
      <w:r w:rsidRPr="00856BB1">
        <w:rPr>
          <w:rFonts w:ascii="Aptos" w:hAnsi="Aptos"/>
          <w:lang w:val="nl-NL"/>
        </w:rPr>
        <w:t>to</w:t>
      </w:r>
      <w:proofErr w:type="spellEnd"/>
      <w:r w:rsidRPr="00856BB1">
        <w:rPr>
          <w:rFonts w:ascii="Aptos" w:hAnsi="Aptos"/>
          <w:lang w:val="nl-NL"/>
        </w:rPr>
        <w:t xml:space="preserve"> </w:t>
      </w:r>
      <w:proofErr w:type="spellStart"/>
      <w:r w:rsidRPr="00856BB1">
        <w:rPr>
          <w:rFonts w:ascii="Aptos" w:hAnsi="Aptos"/>
          <w:lang w:val="nl-NL"/>
        </w:rPr>
        <w:t>administer</w:t>
      </w:r>
      <w:proofErr w:type="spellEnd"/>
      <w:r w:rsidRPr="00856BB1">
        <w:rPr>
          <w:rFonts w:ascii="Aptos" w:hAnsi="Aptos"/>
          <w:lang w:val="nl-NL"/>
        </w:rPr>
        <w:t xml:space="preserve"> </w:t>
      </w:r>
      <w:proofErr w:type="spellStart"/>
      <w:r w:rsidRPr="00856BB1">
        <w:rPr>
          <w:rFonts w:ascii="Aptos" w:hAnsi="Aptos"/>
          <w:lang w:val="nl-NL"/>
        </w:rPr>
        <w:t>the</w:t>
      </w:r>
      <w:proofErr w:type="spellEnd"/>
      <w:r w:rsidRPr="00856BB1">
        <w:rPr>
          <w:rFonts w:ascii="Aptos" w:hAnsi="Aptos"/>
          <w:lang w:val="nl-NL"/>
        </w:rPr>
        <w:t xml:space="preserve"> COVAT-3 (EGE Module) </w:t>
      </w:r>
      <w:proofErr w:type="spellStart"/>
      <w:r w:rsidRPr="00856BB1">
        <w:rPr>
          <w:rFonts w:ascii="Aptos" w:hAnsi="Aptos"/>
          <w:lang w:val="nl-NL"/>
        </w:rPr>
        <w:t>according</w:t>
      </w:r>
      <w:proofErr w:type="spellEnd"/>
      <w:r w:rsidRPr="00856BB1">
        <w:rPr>
          <w:rFonts w:ascii="Aptos" w:hAnsi="Aptos"/>
          <w:lang w:val="nl-NL"/>
        </w:rPr>
        <w:t xml:space="preserve"> </w:t>
      </w:r>
      <w:proofErr w:type="spellStart"/>
      <w:r w:rsidRPr="00856BB1">
        <w:rPr>
          <w:rFonts w:ascii="Aptos" w:hAnsi="Aptos"/>
          <w:lang w:val="nl-NL"/>
        </w:rPr>
        <w:t>to</w:t>
      </w:r>
      <w:proofErr w:type="spellEnd"/>
      <w:r w:rsidRPr="00856BB1">
        <w:rPr>
          <w:rFonts w:ascii="Aptos" w:hAnsi="Aptos"/>
          <w:lang w:val="nl-NL"/>
        </w:rPr>
        <w:t xml:space="preserve"> </w:t>
      </w:r>
      <w:proofErr w:type="spellStart"/>
      <w:r w:rsidRPr="00856BB1">
        <w:rPr>
          <w:rFonts w:ascii="Aptos" w:hAnsi="Aptos"/>
          <w:lang w:val="nl-NL"/>
        </w:rPr>
        <w:t>the</w:t>
      </w:r>
      <w:proofErr w:type="spellEnd"/>
      <w:r w:rsidRPr="00856BB1">
        <w:rPr>
          <w:rFonts w:ascii="Aptos" w:hAnsi="Aptos"/>
          <w:lang w:val="nl-NL"/>
        </w:rPr>
        <w:t xml:space="preserve"> common EGE protocol. </w:t>
      </w:r>
      <w:proofErr w:type="spellStart"/>
      <w:r w:rsidRPr="00856BB1">
        <w:rPr>
          <w:rFonts w:ascii="Aptos" w:hAnsi="Aptos"/>
          <w:lang w:val="nl-NL"/>
        </w:rPr>
        <w:t>Students</w:t>
      </w:r>
      <w:proofErr w:type="spellEnd"/>
      <w:r w:rsidRPr="00856BB1">
        <w:rPr>
          <w:rFonts w:ascii="Aptos" w:hAnsi="Aptos"/>
          <w:lang w:val="nl-NL"/>
        </w:rPr>
        <w:t xml:space="preserve"> </w:t>
      </w:r>
      <w:proofErr w:type="spellStart"/>
      <w:r w:rsidRPr="00856BB1">
        <w:rPr>
          <w:rFonts w:ascii="Aptos" w:hAnsi="Aptos"/>
          <w:lang w:val="nl-NL"/>
        </w:rPr>
        <w:t>completed</w:t>
      </w:r>
      <w:proofErr w:type="spellEnd"/>
      <w:r w:rsidRPr="00856BB1">
        <w:rPr>
          <w:rFonts w:ascii="Aptos" w:hAnsi="Aptos"/>
          <w:lang w:val="nl-NL"/>
        </w:rPr>
        <w:t xml:space="preserve"> </w:t>
      </w:r>
      <w:proofErr w:type="spellStart"/>
      <w:r w:rsidRPr="00856BB1">
        <w:rPr>
          <w:rFonts w:ascii="Aptos" w:hAnsi="Aptos"/>
          <w:lang w:val="nl-NL"/>
        </w:rPr>
        <w:t>the</w:t>
      </w:r>
      <w:proofErr w:type="spellEnd"/>
      <w:r w:rsidRPr="00856BB1">
        <w:rPr>
          <w:rFonts w:ascii="Aptos" w:hAnsi="Aptos"/>
          <w:lang w:val="nl-NL"/>
        </w:rPr>
        <w:t xml:space="preserve"> assessment </w:t>
      </w:r>
      <w:proofErr w:type="spellStart"/>
      <w:r w:rsidRPr="00856BB1">
        <w:rPr>
          <w:rFonts w:ascii="Aptos" w:hAnsi="Aptos"/>
          <w:lang w:val="nl-NL"/>
        </w:rPr>
        <w:t>individually</w:t>
      </w:r>
      <w:proofErr w:type="spellEnd"/>
      <w:r w:rsidRPr="00856BB1">
        <w:rPr>
          <w:rFonts w:ascii="Aptos" w:hAnsi="Aptos"/>
          <w:lang w:val="nl-NL"/>
        </w:rPr>
        <w:t xml:space="preserve"> in a low-stimulus environment.</w:t>
      </w:r>
    </w:p>
    <w:p w14:paraId="0BD3915D" w14:textId="77777777" w:rsidR="00856BB1" w:rsidRPr="00856BB1" w:rsidRDefault="00856BB1" w:rsidP="00856BB1">
      <w:pPr>
        <w:rPr>
          <w:rFonts w:ascii="Aptos" w:hAnsi="Aptos"/>
          <w:lang w:val="nl-NL"/>
        </w:rPr>
      </w:pPr>
      <w:r w:rsidRPr="00856BB1">
        <w:rPr>
          <w:rFonts w:ascii="Aptos" w:hAnsi="Aptos"/>
          <w:lang w:val="nl-NL"/>
        </w:rPr>
        <w:t xml:space="preserve">The pilot </w:t>
      </w:r>
      <w:proofErr w:type="spellStart"/>
      <w:r w:rsidRPr="00856BB1">
        <w:rPr>
          <w:rFonts w:ascii="Aptos" w:hAnsi="Aptos"/>
          <w:lang w:val="nl-NL"/>
        </w:rPr>
        <w:t>contributed</w:t>
      </w:r>
      <w:proofErr w:type="spellEnd"/>
      <w:r w:rsidRPr="00856BB1">
        <w:rPr>
          <w:rFonts w:ascii="Aptos" w:hAnsi="Aptos"/>
          <w:lang w:val="nl-NL"/>
        </w:rPr>
        <w:t xml:space="preserve"> </w:t>
      </w:r>
      <w:proofErr w:type="spellStart"/>
      <w:r w:rsidRPr="00856BB1">
        <w:rPr>
          <w:rFonts w:ascii="Aptos" w:hAnsi="Aptos"/>
          <w:lang w:val="nl-NL"/>
        </w:rPr>
        <w:t>not</w:t>
      </w:r>
      <w:proofErr w:type="spellEnd"/>
      <w:r w:rsidRPr="00856BB1">
        <w:rPr>
          <w:rFonts w:ascii="Aptos" w:hAnsi="Aptos"/>
          <w:lang w:val="nl-NL"/>
        </w:rPr>
        <w:t xml:space="preserve"> </w:t>
      </w:r>
      <w:proofErr w:type="spellStart"/>
      <w:r w:rsidRPr="00856BB1">
        <w:rPr>
          <w:rFonts w:ascii="Aptos" w:hAnsi="Aptos"/>
          <w:lang w:val="nl-NL"/>
        </w:rPr>
        <w:t>only</w:t>
      </w:r>
      <w:proofErr w:type="spellEnd"/>
      <w:r w:rsidRPr="00856BB1">
        <w:rPr>
          <w:rFonts w:ascii="Aptos" w:hAnsi="Aptos"/>
          <w:lang w:val="nl-NL"/>
        </w:rPr>
        <w:t xml:space="preserve"> </w:t>
      </w:r>
      <w:proofErr w:type="spellStart"/>
      <w:r w:rsidRPr="00856BB1">
        <w:rPr>
          <w:rFonts w:ascii="Aptos" w:hAnsi="Aptos"/>
          <w:lang w:val="nl-NL"/>
        </w:rPr>
        <w:t>to</w:t>
      </w:r>
      <w:proofErr w:type="spellEnd"/>
      <w:r w:rsidRPr="00856BB1">
        <w:rPr>
          <w:rFonts w:ascii="Aptos" w:hAnsi="Aptos"/>
          <w:lang w:val="nl-NL"/>
        </w:rPr>
        <w:t xml:space="preserve"> </w:t>
      </w:r>
      <w:proofErr w:type="spellStart"/>
      <w:r w:rsidRPr="00856BB1">
        <w:rPr>
          <w:rFonts w:ascii="Aptos" w:hAnsi="Aptos"/>
          <w:lang w:val="nl-NL"/>
        </w:rPr>
        <w:t>identifying</w:t>
      </w:r>
      <w:proofErr w:type="spellEnd"/>
      <w:r w:rsidRPr="00856BB1">
        <w:rPr>
          <w:rFonts w:ascii="Aptos" w:hAnsi="Aptos"/>
          <w:lang w:val="nl-NL"/>
        </w:rPr>
        <w:t xml:space="preserve"> </w:t>
      </w:r>
      <w:proofErr w:type="spellStart"/>
      <w:r w:rsidRPr="00856BB1">
        <w:rPr>
          <w:rFonts w:ascii="Aptos" w:hAnsi="Aptos"/>
          <w:lang w:val="nl-NL"/>
        </w:rPr>
        <w:t>students</w:t>
      </w:r>
      <w:proofErr w:type="spellEnd"/>
      <w:r w:rsidRPr="00856BB1">
        <w:rPr>
          <w:rFonts w:ascii="Aptos" w:hAnsi="Aptos"/>
          <w:lang w:val="nl-NL"/>
        </w:rPr>
        <w:t xml:space="preserve"> but </w:t>
      </w:r>
      <w:proofErr w:type="spellStart"/>
      <w:r w:rsidRPr="00856BB1">
        <w:rPr>
          <w:rFonts w:ascii="Aptos" w:hAnsi="Aptos"/>
          <w:lang w:val="nl-NL"/>
        </w:rPr>
        <w:t>also</w:t>
      </w:r>
      <w:proofErr w:type="spellEnd"/>
      <w:r w:rsidRPr="00856BB1">
        <w:rPr>
          <w:rFonts w:ascii="Aptos" w:hAnsi="Aptos"/>
          <w:lang w:val="nl-NL"/>
        </w:rPr>
        <w:t xml:space="preserve"> </w:t>
      </w:r>
      <w:proofErr w:type="spellStart"/>
      <w:r w:rsidRPr="00856BB1">
        <w:rPr>
          <w:rFonts w:ascii="Aptos" w:hAnsi="Aptos"/>
          <w:lang w:val="nl-NL"/>
        </w:rPr>
        <w:t>to</w:t>
      </w:r>
      <w:proofErr w:type="spellEnd"/>
      <w:r w:rsidRPr="00856BB1">
        <w:rPr>
          <w:rFonts w:ascii="Aptos" w:hAnsi="Aptos"/>
          <w:lang w:val="nl-NL"/>
        </w:rPr>
        <w:t xml:space="preserve"> </w:t>
      </w:r>
      <w:proofErr w:type="spellStart"/>
      <w:r w:rsidRPr="00856BB1">
        <w:rPr>
          <w:rFonts w:ascii="Aptos" w:hAnsi="Aptos"/>
          <w:lang w:val="nl-NL"/>
        </w:rPr>
        <w:t>increasing</w:t>
      </w:r>
      <w:proofErr w:type="spellEnd"/>
      <w:r w:rsidRPr="00856BB1">
        <w:rPr>
          <w:rFonts w:ascii="Aptos" w:hAnsi="Aptos"/>
          <w:lang w:val="nl-NL"/>
        </w:rPr>
        <w:t xml:space="preserve"> </w:t>
      </w:r>
      <w:proofErr w:type="spellStart"/>
      <w:r w:rsidRPr="00856BB1">
        <w:rPr>
          <w:rFonts w:ascii="Aptos" w:hAnsi="Aptos"/>
          <w:lang w:val="nl-NL"/>
        </w:rPr>
        <w:t>teachers</w:t>
      </w:r>
      <w:proofErr w:type="spellEnd"/>
      <w:r w:rsidRPr="00856BB1">
        <w:rPr>
          <w:rFonts w:ascii="Aptos" w:hAnsi="Aptos"/>
          <w:lang w:val="nl-NL"/>
        </w:rPr>
        <w:t xml:space="preserve">' </w:t>
      </w:r>
      <w:proofErr w:type="spellStart"/>
      <w:r w:rsidRPr="00856BB1">
        <w:rPr>
          <w:rFonts w:ascii="Aptos" w:hAnsi="Aptos"/>
          <w:lang w:val="nl-NL"/>
        </w:rPr>
        <w:t>understanding</w:t>
      </w:r>
      <w:proofErr w:type="spellEnd"/>
      <w:r w:rsidRPr="00856BB1">
        <w:rPr>
          <w:rFonts w:ascii="Aptos" w:hAnsi="Aptos"/>
          <w:lang w:val="nl-NL"/>
        </w:rPr>
        <w:t xml:space="preserve"> of </w:t>
      </w:r>
      <w:proofErr w:type="spellStart"/>
      <w:r w:rsidRPr="00856BB1">
        <w:rPr>
          <w:rFonts w:ascii="Aptos" w:hAnsi="Aptos"/>
          <w:lang w:val="nl-NL"/>
        </w:rPr>
        <w:t>equitable</w:t>
      </w:r>
      <w:proofErr w:type="spellEnd"/>
      <w:r w:rsidRPr="00856BB1">
        <w:rPr>
          <w:rFonts w:ascii="Aptos" w:hAnsi="Aptos"/>
          <w:lang w:val="nl-NL"/>
        </w:rPr>
        <w:t xml:space="preserve"> </w:t>
      </w:r>
      <w:proofErr w:type="spellStart"/>
      <w:r w:rsidRPr="00856BB1">
        <w:rPr>
          <w:rFonts w:ascii="Aptos" w:hAnsi="Aptos"/>
          <w:lang w:val="nl-NL"/>
        </w:rPr>
        <w:t>gifted</w:t>
      </w:r>
      <w:proofErr w:type="spellEnd"/>
      <w:r w:rsidRPr="00856BB1">
        <w:rPr>
          <w:rFonts w:ascii="Aptos" w:hAnsi="Aptos"/>
          <w:lang w:val="nl-NL"/>
        </w:rPr>
        <w:t xml:space="preserve"> </w:t>
      </w:r>
      <w:proofErr w:type="spellStart"/>
      <w:r w:rsidRPr="00856BB1">
        <w:rPr>
          <w:rFonts w:ascii="Aptos" w:hAnsi="Aptos"/>
          <w:lang w:val="nl-NL"/>
        </w:rPr>
        <w:t>education</w:t>
      </w:r>
      <w:proofErr w:type="spellEnd"/>
      <w:r w:rsidRPr="00856BB1">
        <w:rPr>
          <w:rFonts w:ascii="Aptos" w:hAnsi="Aptos"/>
          <w:lang w:val="nl-NL"/>
        </w:rPr>
        <w:t>.</w:t>
      </w:r>
    </w:p>
    <w:p w14:paraId="4E7C5249" w14:textId="77777777" w:rsidR="00856BB1" w:rsidRPr="00856BB1" w:rsidRDefault="00856BB1" w:rsidP="00856BB1">
      <w:pPr>
        <w:rPr>
          <w:rFonts w:ascii="Aptos" w:hAnsi="Aptos"/>
          <w:b/>
          <w:bCs/>
          <w:lang w:val="nl-NL"/>
        </w:rPr>
      </w:pPr>
      <w:proofErr w:type="spellStart"/>
      <w:r w:rsidRPr="00856BB1">
        <w:rPr>
          <w:rFonts w:ascii="Aptos" w:hAnsi="Aptos"/>
          <w:b/>
          <w:bCs/>
          <w:lang w:val="nl-NL"/>
        </w:rPr>
        <w:t>Lessons</w:t>
      </w:r>
      <w:proofErr w:type="spellEnd"/>
      <w:r w:rsidRPr="00856BB1">
        <w:rPr>
          <w:rFonts w:ascii="Aptos" w:hAnsi="Aptos"/>
          <w:b/>
          <w:bCs/>
          <w:lang w:val="nl-NL"/>
        </w:rPr>
        <w:t xml:space="preserve"> </w:t>
      </w:r>
      <w:proofErr w:type="spellStart"/>
      <w:r w:rsidRPr="00856BB1">
        <w:rPr>
          <w:rFonts w:ascii="Aptos" w:hAnsi="Aptos"/>
          <w:b/>
          <w:bCs/>
          <w:lang w:val="nl-NL"/>
        </w:rPr>
        <w:t>learned</w:t>
      </w:r>
      <w:proofErr w:type="spellEnd"/>
    </w:p>
    <w:p w14:paraId="126D8886" w14:textId="77777777" w:rsidR="00856BB1" w:rsidRPr="00856BB1" w:rsidRDefault="00856BB1" w:rsidP="00856BB1">
      <w:pPr>
        <w:rPr>
          <w:rFonts w:ascii="Aptos" w:hAnsi="Aptos"/>
          <w:lang w:val="nl-NL"/>
        </w:rPr>
      </w:pPr>
      <w:proofErr w:type="spellStart"/>
      <w:r w:rsidRPr="00856BB1">
        <w:rPr>
          <w:rFonts w:ascii="Aptos" w:hAnsi="Aptos"/>
          <w:lang w:val="nl-NL"/>
        </w:rPr>
        <w:t>Implementing</w:t>
      </w:r>
      <w:proofErr w:type="spellEnd"/>
      <w:r w:rsidRPr="00856BB1">
        <w:rPr>
          <w:rFonts w:ascii="Aptos" w:hAnsi="Aptos"/>
          <w:lang w:val="nl-NL"/>
        </w:rPr>
        <w:t xml:space="preserve"> a </w:t>
      </w:r>
      <w:proofErr w:type="spellStart"/>
      <w:r w:rsidRPr="00856BB1">
        <w:rPr>
          <w:rFonts w:ascii="Aptos" w:hAnsi="Aptos"/>
          <w:lang w:val="nl-NL"/>
        </w:rPr>
        <w:t>structured</w:t>
      </w:r>
      <w:proofErr w:type="spellEnd"/>
      <w:r w:rsidRPr="00856BB1">
        <w:rPr>
          <w:rFonts w:ascii="Aptos" w:hAnsi="Aptos"/>
          <w:lang w:val="nl-NL"/>
        </w:rPr>
        <w:t xml:space="preserve"> </w:t>
      </w:r>
      <w:proofErr w:type="spellStart"/>
      <w:r w:rsidRPr="00856BB1">
        <w:rPr>
          <w:rFonts w:ascii="Aptos" w:hAnsi="Aptos"/>
          <w:lang w:val="nl-NL"/>
        </w:rPr>
        <w:t>identification</w:t>
      </w:r>
      <w:proofErr w:type="spellEnd"/>
      <w:r w:rsidRPr="00856BB1">
        <w:rPr>
          <w:rFonts w:ascii="Aptos" w:hAnsi="Aptos"/>
          <w:lang w:val="nl-NL"/>
        </w:rPr>
        <w:t xml:space="preserve"> procedure </w:t>
      </w:r>
      <w:proofErr w:type="spellStart"/>
      <w:r w:rsidRPr="00856BB1">
        <w:rPr>
          <w:rFonts w:ascii="Aptos" w:hAnsi="Aptos"/>
          <w:lang w:val="nl-NL"/>
        </w:rPr>
        <w:t>strengthened</w:t>
      </w:r>
      <w:proofErr w:type="spellEnd"/>
      <w:r w:rsidRPr="00856BB1">
        <w:rPr>
          <w:rFonts w:ascii="Aptos" w:hAnsi="Aptos"/>
          <w:lang w:val="nl-NL"/>
        </w:rPr>
        <w:t xml:space="preserve"> </w:t>
      </w:r>
      <w:proofErr w:type="spellStart"/>
      <w:r w:rsidRPr="00856BB1">
        <w:rPr>
          <w:rFonts w:ascii="Aptos" w:hAnsi="Aptos"/>
          <w:lang w:val="nl-NL"/>
        </w:rPr>
        <w:t>teachers</w:t>
      </w:r>
      <w:proofErr w:type="spellEnd"/>
      <w:r w:rsidRPr="00856BB1">
        <w:rPr>
          <w:rFonts w:ascii="Aptos" w:hAnsi="Aptos"/>
          <w:lang w:val="nl-NL"/>
        </w:rPr>
        <w:t xml:space="preserve">' </w:t>
      </w:r>
      <w:proofErr w:type="spellStart"/>
      <w:r w:rsidRPr="00856BB1">
        <w:rPr>
          <w:rFonts w:ascii="Aptos" w:hAnsi="Aptos"/>
          <w:lang w:val="nl-NL"/>
        </w:rPr>
        <w:t>confidence</w:t>
      </w:r>
      <w:proofErr w:type="spellEnd"/>
      <w:r w:rsidRPr="00856BB1">
        <w:rPr>
          <w:rFonts w:ascii="Aptos" w:hAnsi="Aptos"/>
          <w:lang w:val="nl-NL"/>
        </w:rPr>
        <w:t xml:space="preserve"> in </w:t>
      </w:r>
      <w:proofErr w:type="spellStart"/>
      <w:r w:rsidRPr="00856BB1">
        <w:rPr>
          <w:rFonts w:ascii="Aptos" w:hAnsi="Aptos"/>
          <w:lang w:val="nl-NL"/>
        </w:rPr>
        <w:t>recognising</w:t>
      </w:r>
      <w:proofErr w:type="spellEnd"/>
      <w:r w:rsidRPr="00856BB1">
        <w:rPr>
          <w:rFonts w:ascii="Aptos" w:hAnsi="Aptos"/>
          <w:lang w:val="nl-NL"/>
        </w:rPr>
        <w:t xml:space="preserve"> </w:t>
      </w:r>
      <w:proofErr w:type="spellStart"/>
      <w:r w:rsidRPr="00856BB1">
        <w:rPr>
          <w:rFonts w:ascii="Aptos" w:hAnsi="Aptos"/>
          <w:lang w:val="nl-NL"/>
        </w:rPr>
        <w:t>giftedness</w:t>
      </w:r>
      <w:proofErr w:type="spellEnd"/>
      <w:r w:rsidRPr="00856BB1">
        <w:rPr>
          <w:rFonts w:ascii="Aptos" w:hAnsi="Aptos"/>
          <w:lang w:val="nl-NL"/>
        </w:rPr>
        <w:t xml:space="preserve"> </w:t>
      </w:r>
      <w:proofErr w:type="spellStart"/>
      <w:r w:rsidRPr="00856BB1">
        <w:rPr>
          <w:rFonts w:ascii="Aptos" w:hAnsi="Aptos"/>
          <w:lang w:val="nl-NL"/>
        </w:rPr>
        <w:t>beyond</w:t>
      </w:r>
      <w:proofErr w:type="spellEnd"/>
      <w:r w:rsidRPr="00856BB1">
        <w:rPr>
          <w:rFonts w:ascii="Aptos" w:hAnsi="Aptos"/>
          <w:lang w:val="nl-NL"/>
        </w:rPr>
        <w:t xml:space="preserve"> classroom performance </w:t>
      </w:r>
      <w:proofErr w:type="spellStart"/>
      <w:r w:rsidRPr="00856BB1">
        <w:rPr>
          <w:rFonts w:ascii="Aptos" w:hAnsi="Aptos"/>
          <w:lang w:val="nl-NL"/>
        </w:rPr>
        <w:t>alone</w:t>
      </w:r>
      <w:proofErr w:type="spellEnd"/>
      <w:r w:rsidRPr="00856BB1">
        <w:rPr>
          <w:rFonts w:ascii="Aptos" w:hAnsi="Aptos"/>
          <w:lang w:val="nl-NL"/>
        </w:rPr>
        <w:t xml:space="preserve"> </w:t>
      </w:r>
      <w:proofErr w:type="spellStart"/>
      <w:r w:rsidRPr="00856BB1">
        <w:rPr>
          <w:rFonts w:ascii="Aptos" w:hAnsi="Aptos"/>
          <w:lang w:val="nl-NL"/>
        </w:rPr>
        <w:t>and</w:t>
      </w:r>
      <w:proofErr w:type="spellEnd"/>
      <w:r w:rsidRPr="00856BB1">
        <w:rPr>
          <w:rFonts w:ascii="Aptos" w:hAnsi="Aptos"/>
          <w:lang w:val="nl-NL"/>
        </w:rPr>
        <w:t xml:space="preserve"> </w:t>
      </w:r>
      <w:proofErr w:type="spellStart"/>
      <w:r w:rsidRPr="00856BB1">
        <w:rPr>
          <w:rFonts w:ascii="Aptos" w:hAnsi="Aptos"/>
          <w:lang w:val="nl-NL"/>
        </w:rPr>
        <w:t>encouraged</w:t>
      </w:r>
      <w:proofErr w:type="spellEnd"/>
      <w:r w:rsidRPr="00856BB1">
        <w:rPr>
          <w:rFonts w:ascii="Aptos" w:hAnsi="Aptos"/>
          <w:lang w:val="nl-NL"/>
        </w:rPr>
        <w:t xml:space="preserve"> </w:t>
      </w:r>
      <w:proofErr w:type="spellStart"/>
      <w:r w:rsidRPr="00856BB1">
        <w:rPr>
          <w:rFonts w:ascii="Aptos" w:hAnsi="Aptos"/>
          <w:lang w:val="nl-NL"/>
        </w:rPr>
        <w:t>discussions</w:t>
      </w:r>
      <w:proofErr w:type="spellEnd"/>
      <w:r w:rsidRPr="00856BB1">
        <w:rPr>
          <w:rFonts w:ascii="Aptos" w:hAnsi="Aptos"/>
          <w:lang w:val="nl-NL"/>
        </w:rPr>
        <w:t xml:space="preserve"> </w:t>
      </w:r>
      <w:proofErr w:type="spellStart"/>
      <w:r w:rsidRPr="00856BB1">
        <w:rPr>
          <w:rFonts w:ascii="Aptos" w:hAnsi="Aptos"/>
          <w:lang w:val="nl-NL"/>
        </w:rPr>
        <w:t>about</w:t>
      </w:r>
      <w:proofErr w:type="spellEnd"/>
      <w:r w:rsidRPr="00856BB1">
        <w:rPr>
          <w:rFonts w:ascii="Aptos" w:hAnsi="Aptos"/>
          <w:lang w:val="nl-NL"/>
        </w:rPr>
        <w:t xml:space="preserve"> </w:t>
      </w:r>
      <w:proofErr w:type="spellStart"/>
      <w:r w:rsidRPr="00856BB1">
        <w:rPr>
          <w:rFonts w:ascii="Aptos" w:hAnsi="Aptos"/>
          <w:lang w:val="nl-NL"/>
        </w:rPr>
        <w:t>equitable</w:t>
      </w:r>
      <w:proofErr w:type="spellEnd"/>
      <w:r w:rsidRPr="00856BB1">
        <w:rPr>
          <w:rFonts w:ascii="Aptos" w:hAnsi="Aptos"/>
          <w:lang w:val="nl-NL"/>
        </w:rPr>
        <w:t xml:space="preserve"> </w:t>
      </w:r>
      <w:proofErr w:type="spellStart"/>
      <w:r w:rsidRPr="00856BB1">
        <w:rPr>
          <w:rFonts w:ascii="Aptos" w:hAnsi="Aptos"/>
          <w:lang w:val="nl-NL"/>
        </w:rPr>
        <w:t>educational</w:t>
      </w:r>
      <w:proofErr w:type="spellEnd"/>
      <w:r w:rsidRPr="00856BB1">
        <w:rPr>
          <w:rFonts w:ascii="Aptos" w:hAnsi="Aptos"/>
          <w:lang w:val="nl-NL"/>
        </w:rPr>
        <w:t xml:space="preserve"> </w:t>
      </w:r>
      <w:proofErr w:type="spellStart"/>
      <w:r w:rsidRPr="00856BB1">
        <w:rPr>
          <w:rFonts w:ascii="Aptos" w:hAnsi="Aptos"/>
          <w:lang w:val="nl-NL"/>
        </w:rPr>
        <w:t>opportunities</w:t>
      </w:r>
      <w:proofErr w:type="spellEnd"/>
      <w:r w:rsidRPr="00856BB1">
        <w:rPr>
          <w:rFonts w:ascii="Aptos" w:hAnsi="Aptos"/>
          <w:lang w:val="nl-NL"/>
        </w:rPr>
        <w:t>.</w:t>
      </w:r>
    </w:p>
    <w:p w14:paraId="0F1B3388" w14:textId="77777777" w:rsidR="00856BB1" w:rsidRPr="00856BB1" w:rsidRDefault="00856BB1" w:rsidP="00856BB1">
      <w:pPr>
        <w:rPr>
          <w:rFonts w:ascii="Aptos" w:hAnsi="Aptos"/>
          <w:b/>
          <w:bCs/>
          <w:lang w:val="nl-NL"/>
        </w:rPr>
      </w:pPr>
      <w:proofErr w:type="spellStart"/>
      <w:r w:rsidRPr="00856BB1">
        <w:rPr>
          <w:rFonts w:ascii="Aptos" w:hAnsi="Aptos"/>
          <w:b/>
          <w:bCs/>
          <w:lang w:val="nl-NL"/>
        </w:rPr>
        <w:t>Key</w:t>
      </w:r>
      <w:proofErr w:type="spellEnd"/>
      <w:r w:rsidRPr="00856BB1">
        <w:rPr>
          <w:rFonts w:ascii="Aptos" w:hAnsi="Aptos"/>
          <w:b/>
          <w:bCs/>
          <w:lang w:val="nl-NL"/>
        </w:rPr>
        <w:t xml:space="preserve"> </w:t>
      </w:r>
      <w:proofErr w:type="spellStart"/>
      <w:r w:rsidRPr="00856BB1">
        <w:rPr>
          <w:rFonts w:ascii="Aptos" w:hAnsi="Aptos"/>
          <w:b/>
          <w:bCs/>
          <w:lang w:val="nl-NL"/>
        </w:rPr>
        <w:t>takeaway</w:t>
      </w:r>
      <w:proofErr w:type="spellEnd"/>
    </w:p>
    <w:p w14:paraId="21949A63" w14:textId="77777777" w:rsidR="00856BB1" w:rsidRPr="00856BB1" w:rsidRDefault="00856BB1" w:rsidP="00856BB1">
      <w:pPr>
        <w:rPr>
          <w:rFonts w:ascii="Aptos" w:hAnsi="Aptos"/>
          <w:lang w:val="nl-NL"/>
        </w:rPr>
      </w:pPr>
      <w:r w:rsidRPr="00856BB1">
        <w:rPr>
          <w:rFonts w:ascii="Aptos" w:hAnsi="Aptos"/>
          <w:b/>
          <w:bCs/>
          <w:lang w:val="nl-NL"/>
        </w:rPr>
        <w:t xml:space="preserve">A shared </w:t>
      </w:r>
      <w:proofErr w:type="spellStart"/>
      <w:r w:rsidRPr="00856BB1">
        <w:rPr>
          <w:rFonts w:ascii="Aptos" w:hAnsi="Aptos"/>
          <w:b/>
          <w:bCs/>
          <w:lang w:val="nl-NL"/>
        </w:rPr>
        <w:t>identification</w:t>
      </w:r>
      <w:proofErr w:type="spellEnd"/>
      <w:r w:rsidRPr="00856BB1">
        <w:rPr>
          <w:rFonts w:ascii="Aptos" w:hAnsi="Aptos"/>
          <w:b/>
          <w:bCs/>
          <w:lang w:val="nl-NL"/>
        </w:rPr>
        <w:t xml:space="preserve"> protocol </w:t>
      </w:r>
      <w:proofErr w:type="spellStart"/>
      <w:r w:rsidRPr="00856BB1">
        <w:rPr>
          <w:rFonts w:ascii="Aptos" w:hAnsi="Aptos"/>
          <w:b/>
          <w:bCs/>
          <w:lang w:val="nl-NL"/>
        </w:rPr>
        <w:t>helps</w:t>
      </w:r>
      <w:proofErr w:type="spellEnd"/>
      <w:r w:rsidRPr="00856BB1">
        <w:rPr>
          <w:rFonts w:ascii="Aptos" w:hAnsi="Aptos"/>
          <w:b/>
          <w:bCs/>
          <w:lang w:val="nl-NL"/>
        </w:rPr>
        <w:t xml:space="preserve"> schools </w:t>
      </w:r>
      <w:proofErr w:type="spellStart"/>
      <w:r w:rsidRPr="00856BB1">
        <w:rPr>
          <w:rFonts w:ascii="Aptos" w:hAnsi="Aptos"/>
          <w:b/>
          <w:bCs/>
          <w:lang w:val="nl-NL"/>
        </w:rPr>
        <w:t>build</w:t>
      </w:r>
      <w:proofErr w:type="spellEnd"/>
      <w:r w:rsidRPr="00856BB1">
        <w:rPr>
          <w:rFonts w:ascii="Aptos" w:hAnsi="Aptos"/>
          <w:b/>
          <w:bCs/>
          <w:lang w:val="nl-NL"/>
        </w:rPr>
        <w:t xml:space="preserve"> </w:t>
      </w:r>
      <w:proofErr w:type="spellStart"/>
      <w:r w:rsidRPr="00856BB1">
        <w:rPr>
          <w:rFonts w:ascii="Aptos" w:hAnsi="Aptos"/>
          <w:b/>
          <w:bCs/>
          <w:lang w:val="nl-NL"/>
        </w:rPr>
        <w:t>sustainable</w:t>
      </w:r>
      <w:proofErr w:type="spellEnd"/>
      <w:r w:rsidRPr="00856BB1">
        <w:rPr>
          <w:rFonts w:ascii="Aptos" w:hAnsi="Aptos"/>
          <w:b/>
          <w:bCs/>
          <w:lang w:val="nl-NL"/>
        </w:rPr>
        <w:t xml:space="preserve"> expertise in </w:t>
      </w:r>
      <w:proofErr w:type="spellStart"/>
      <w:r w:rsidRPr="00856BB1">
        <w:rPr>
          <w:rFonts w:ascii="Aptos" w:hAnsi="Aptos"/>
          <w:b/>
          <w:bCs/>
          <w:lang w:val="nl-NL"/>
        </w:rPr>
        <w:t>recognising</w:t>
      </w:r>
      <w:proofErr w:type="spellEnd"/>
      <w:r w:rsidRPr="00856BB1">
        <w:rPr>
          <w:rFonts w:ascii="Aptos" w:hAnsi="Aptos"/>
          <w:b/>
          <w:bCs/>
          <w:lang w:val="nl-NL"/>
        </w:rPr>
        <w:t xml:space="preserve"> </w:t>
      </w:r>
      <w:proofErr w:type="spellStart"/>
      <w:r w:rsidRPr="00856BB1">
        <w:rPr>
          <w:rFonts w:ascii="Aptos" w:hAnsi="Aptos"/>
          <w:b/>
          <w:bCs/>
          <w:lang w:val="nl-NL"/>
        </w:rPr>
        <w:t>gifted</w:t>
      </w:r>
      <w:proofErr w:type="spellEnd"/>
      <w:r w:rsidRPr="00856BB1">
        <w:rPr>
          <w:rFonts w:ascii="Aptos" w:hAnsi="Aptos"/>
          <w:b/>
          <w:bCs/>
          <w:lang w:val="nl-NL"/>
        </w:rPr>
        <w:t xml:space="preserve"> </w:t>
      </w:r>
      <w:proofErr w:type="spellStart"/>
      <w:r w:rsidRPr="00856BB1">
        <w:rPr>
          <w:rFonts w:ascii="Aptos" w:hAnsi="Aptos"/>
          <w:b/>
          <w:bCs/>
          <w:lang w:val="nl-NL"/>
        </w:rPr>
        <w:t>learners</w:t>
      </w:r>
      <w:proofErr w:type="spellEnd"/>
      <w:r w:rsidRPr="00856BB1">
        <w:rPr>
          <w:rFonts w:ascii="Aptos" w:hAnsi="Aptos"/>
          <w:b/>
          <w:bCs/>
          <w:lang w:val="nl-NL"/>
        </w:rPr>
        <w:t>.</w:t>
      </w:r>
    </w:p>
    <w:p w14:paraId="688B0AEA" w14:textId="77777777" w:rsidR="000E0B2F" w:rsidRPr="00856BB1" w:rsidRDefault="000E0B2F" w:rsidP="000E0B2F">
      <w:pPr>
        <w:rPr>
          <w:rFonts w:ascii="Aptos" w:hAnsi="Aptos"/>
          <w:lang w:val="nl-NL"/>
        </w:rPr>
      </w:pPr>
    </w:p>
    <w:sectPr w:rsidR="000E0B2F" w:rsidRPr="00856BB1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F0530B" w14:textId="77777777" w:rsidR="00152DCF" w:rsidRDefault="00152DCF" w:rsidP="00B325EF">
      <w:pPr>
        <w:spacing w:after="0" w:line="240" w:lineRule="auto"/>
      </w:pPr>
      <w:r>
        <w:separator/>
      </w:r>
    </w:p>
  </w:endnote>
  <w:endnote w:type="continuationSeparator" w:id="0">
    <w:p w14:paraId="228474F7" w14:textId="77777777" w:rsidR="00152DCF" w:rsidRDefault="00152DCF" w:rsidP="00B32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0E6494" w14:textId="77777777" w:rsidR="00152DCF" w:rsidRDefault="00152DCF" w:rsidP="00B325EF">
      <w:pPr>
        <w:spacing w:after="0" w:line="240" w:lineRule="auto"/>
      </w:pPr>
      <w:r>
        <w:separator/>
      </w:r>
    </w:p>
  </w:footnote>
  <w:footnote w:type="continuationSeparator" w:id="0">
    <w:p w14:paraId="21AC7624" w14:textId="77777777" w:rsidR="00152DCF" w:rsidRDefault="00152DCF" w:rsidP="00B325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180A3" w14:textId="77777777" w:rsidR="00B325EF" w:rsidRDefault="00B325EF" w:rsidP="00B325EF">
    <w:pPr>
      <w:pStyle w:val="Koptekst"/>
    </w:pPr>
    <w:r w:rsidRPr="001C7088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B2F6652" wp14:editId="44753154">
              <wp:simplePos x="0" y="0"/>
              <wp:positionH relativeFrom="page">
                <wp:posOffset>0</wp:posOffset>
              </wp:positionH>
              <wp:positionV relativeFrom="paragraph">
                <wp:posOffset>-449580</wp:posOffset>
              </wp:positionV>
              <wp:extent cx="7767320" cy="2141220"/>
              <wp:effectExtent l="0" t="0" r="5080" b="0"/>
              <wp:wrapNone/>
              <wp:docPr id="828311949" name="Freeform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0" y="0"/>
                        <a:ext cx="7767320" cy="21412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1061467" h="3318440">
                            <a:moveTo>
                              <a:pt x="0" y="0"/>
                            </a:moveTo>
                            <a:lnTo>
                              <a:pt x="11061467" y="0"/>
                            </a:lnTo>
                            <a:lnTo>
                              <a:pt x="11061467" y="3318440"/>
                            </a:lnTo>
                            <a:lnTo>
                              <a:pt x="0" y="33184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854A0B9" id="Freeform 5" o:spid="_x0000_s1026" style="position:absolute;margin-left:0;margin-top:-35.4pt;width:611.6pt;height:168.6pt;rotation:180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11061467,331844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" path="m,l11061467,r,3318440l,3318440,,xe" stroked="f">
              <v:fill r:id="rId3" o:title="" recolor="t" rotate="t" type="frame"/>
              <v:path arrowok="t"/>
              <w10:wrap anchorx="page"/>
            </v:shape>
          </w:pict>
        </mc:Fallback>
      </mc:AlternateContent>
    </w:r>
    <w:r w:rsidRPr="00D033B3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EF23FAD" wp14:editId="0E81B9BA">
              <wp:simplePos x="0" y="0"/>
              <wp:positionH relativeFrom="margin">
                <wp:align>right</wp:align>
              </wp:positionH>
              <wp:positionV relativeFrom="paragraph">
                <wp:posOffset>1905</wp:posOffset>
              </wp:positionV>
              <wp:extent cx="1684655" cy="457200"/>
              <wp:effectExtent l="0" t="0" r="0" b="0"/>
              <wp:wrapNone/>
              <wp:docPr id="1234306307" name="Freeform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1684655" cy="4572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368139" h="913608">
                            <a:moveTo>
                              <a:pt x="0" y="0"/>
                            </a:moveTo>
                            <a:lnTo>
                              <a:pt x="3368139" y="0"/>
                            </a:lnTo>
                            <a:lnTo>
                              <a:pt x="3368139" y="913608"/>
                            </a:lnTo>
                            <a:lnTo>
                              <a:pt x="0" y="913608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>
                        <a:blip r:embed="rId4"/>
                        <a:stretch>
                          <a:fillRect/>
                        </a:stretch>
                      </a:blipFill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D1EF67" id="Freeform 7" o:spid="_x0000_s1026" style="position:absolute;margin-left:81.45pt;margin-top:.15pt;width:132.65pt;height:36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coordsize="3368139,9136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" path="m,l3368139,r,913608l,913608,,xe" stroked="f">
              <v:fill r:id="rId5" o:title="" recolor="t" rotate="t" type="frame"/>
              <v:path arrowok="t"/>
              <o:lock v:ext="edit" aspectratio="t"/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inline distT="0" distB="0" distL="0" distR="0" wp14:anchorId="21BEBAF0" wp14:editId="2D163CAA">
              <wp:extent cx="2854325" cy="863600"/>
              <wp:effectExtent l="0" t="0" r="0" b="0"/>
              <wp:docPr id="785321558" name="Freeform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2854325" cy="8636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10442" h="1727409">
                            <a:moveTo>
                              <a:pt x="0" y="0"/>
                            </a:moveTo>
                            <a:lnTo>
                              <a:pt x="5710442" y="0"/>
                            </a:lnTo>
                            <a:lnTo>
                              <a:pt x="5710442" y="1727409"/>
                            </a:lnTo>
                            <a:lnTo>
                              <a:pt x="0" y="1727409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>
                        <a:blip r:embed="rId6"/>
                        <a:stretch>
                          <a:fillRect/>
                        </a:stretch>
                      </a:blipFill>
                    </wps:spPr>
                    <wps:bodyPr/>
                  </wps:wsp>
                </a:graphicData>
              </a:graphic>
            </wp:inline>
          </w:drawing>
        </mc:Choice>
        <mc:Fallback>
          <w:pict>
            <v:shape w14:anchorId="0577FC1A" id="Freeform 6" o:spid="_x0000_s1026" style="width:224.75pt;height:6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5710442,17274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" path="m,l5710442,r,1727409l,1727409,,xe" stroked="f">
              <v:fill r:id="rId7" o:title="" recolor="t" rotate="t" type="frame"/>
              <v:path arrowok="t"/>
              <o:lock v:ext="edit" aspectratio="t"/>
              <w10:anchorlock/>
            </v:shape>
          </w:pict>
        </mc:Fallback>
      </mc:AlternateContent>
    </w:r>
  </w:p>
  <w:p w14:paraId="2750B812" w14:textId="77777777" w:rsidR="00B325EF" w:rsidRDefault="00B325EF" w:rsidP="00B325EF">
    <w:pPr>
      <w:pStyle w:val="Koptekst"/>
    </w:pPr>
  </w:p>
  <w:p w14:paraId="5EB24F9F" w14:textId="77777777" w:rsidR="00B325EF" w:rsidRDefault="00B325EF" w:rsidP="00B325EF">
    <w:pPr>
      <w:pStyle w:val="Koptekst"/>
    </w:pPr>
  </w:p>
  <w:p w14:paraId="79A572BB" w14:textId="77777777" w:rsidR="00B325EF" w:rsidRDefault="00B325EF" w:rsidP="00B325EF">
    <w:pPr>
      <w:pStyle w:val="Koptekst"/>
      <w:tabs>
        <w:tab w:val="left" w:pos="2160"/>
      </w:tabs>
    </w:pPr>
    <w:r>
      <w:tab/>
    </w:r>
  </w:p>
  <w:p w14:paraId="31890F0B" w14:textId="77777777" w:rsidR="00B325EF" w:rsidRDefault="00B325E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22567FD"/>
    <w:multiLevelType w:val="multilevel"/>
    <w:tmpl w:val="494C5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A6E48F9"/>
    <w:multiLevelType w:val="multilevel"/>
    <w:tmpl w:val="6226E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C246C39"/>
    <w:multiLevelType w:val="multilevel"/>
    <w:tmpl w:val="055C0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6C03AE3"/>
    <w:multiLevelType w:val="multilevel"/>
    <w:tmpl w:val="D2C09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A722EC"/>
    <w:multiLevelType w:val="multilevel"/>
    <w:tmpl w:val="00541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9D5330F"/>
    <w:multiLevelType w:val="multilevel"/>
    <w:tmpl w:val="0A42C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CB25C7C"/>
    <w:multiLevelType w:val="multilevel"/>
    <w:tmpl w:val="8E328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FAD46F0"/>
    <w:multiLevelType w:val="multilevel"/>
    <w:tmpl w:val="36887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3480F19"/>
    <w:multiLevelType w:val="multilevel"/>
    <w:tmpl w:val="EAF8F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3EE396B"/>
    <w:multiLevelType w:val="multilevel"/>
    <w:tmpl w:val="F864D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E7F2875"/>
    <w:multiLevelType w:val="multilevel"/>
    <w:tmpl w:val="91DE7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879891">
    <w:abstractNumId w:val="8"/>
  </w:num>
  <w:num w:numId="2" w16cid:durableId="656032599">
    <w:abstractNumId w:val="6"/>
  </w:num>
  <w:num w:numId="3" w16cid:durableId="1932934108">
    <w:abstractNumId w:val="5"/>
  </w:num>
  <w:num w:numId="4" w16cid:durableId="1791632678">
    <w:abstractNumId w:val="4"/>
  </w:num>
  <w:num w:numId="5" w16cid:durableId="1105032745">
    <w:abstractNumId w:val="7"/>
  </w:num>
  <w:num w:numId="6" w16cid:durableId="2005860886">
    <w:abstractNumId w:val="3"/>
  </w:num>
  <w:num w:numId="7" w16cid:durableId="1620606098">
    <w:abstractNumId w:val="2"/>
  </w:num>
  <w:num w:numId="8" w16cid:durableId="216169716">
    <w:abstractNumId w:val="1"/>
  </w:num>
  <w:num w:numId="9" w16cid:durableId="795681588">
    <w:abstractNumId w:val="0"/>
  </w:num>
  <w:num w:numId="10" w16cid:durableId="56443606">
    <w:abstractNumId w:val="17"/>
  </w:num>
  <w:num w:numId="11" w16cid:durableId="1810005102">
    <w:abstractNumId w:val="18"/>
  </w:num>
  <w:num w:numId="12" w16cid:durableId="512770296">
    <w:abstractNumId w:val="16"/>
  </w:num>
  <w:num w:numId="13" w16cid:durableId="1583755110">
    <w:abstractNumId w:val="12"/>
  </w:num>
  <w:num w:numId="14" w16cid:durableId="839199382">
    <w:abstractNumId w:val="10"/>
  </w:num>
  <w:num w:numId="15" w16cid:durableId="1063406865">
    <w:abstractNumId w:val="19"/>
  </w:num>
  <w:num w:numId="16" w16cid:durableId="1910652239">
    <w:abstractNumId w:val="15"/>
  </w:num>
  <w:num w:numId="17" w16cid:durableId="1281110994">
    <w:abstractNumId w:val="13"/>
  </w:num>
  <w:num w:numId="18" w16cid:durableId="1195189763">
    <w:abstractNumId w:val="14"/>
  </w:num>
  <w:num w:numId="19" w16cid:durableId="1008288885">
    <w:abstractNumId w:val="11"/>
  </w:num>
  <w:num w:numId="20" w16cid:durableId="13896484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2FC3"/>
    <w:rsid w:val="0006063C"/>
    <w:rsid w:val="00067BE9"/>
    <w:rsid w:val="000E0B2F"/>
    <w:rsid w:val="000E325D"/>
    <w:rsid w:val="000E72F9"/>
    <w:rsid w:val="00114AB6"/>
    <w:rsid w:val="0015074B"/>
    <w:rsid w:val="00152DCF"/>
    <w:rsid w:val="001A6BD2"/>
    <w:rsid w:val="001D3570"/>
    <w:rsid w:val="001E5916"/>
    <w:rsid w:val="0025623B"/>
    <w:rsid w:val="0029639D"/>
    <w:rsid w:val="002B5351"/>
    <w:rsid w:val="00326F90"/>
    <w:rsid w:val="0033394F"/>
    <w:rsid w:val="003D1AE4"/>
    <w:rsid w:val="00554DED"/>
    <w:rsid w:val="005E7EE9"/>
    <w:rsid w:val="006101C2"/>
    <w:rsid w:val="00633922"/>
    <w:rsid w:val="006805CF"/>
    <w:rsid w:val="0069563B"/>
    <w:rsid w:val="006C5817"/>
    <w:rsid w:val="006E0A3C"/>
    <w:rsid w:val="006F24D6"/>
    <w:rsid w:val="0072059F"/>
    <w:rsid w:val="00793051"/>
    <w:rsid w:val="007B68BD"/>
    <w:rsid w:val="00856BB1"/>
    <w:rsid w:val="00916F35"/>
    <w:rsid w:val="00931733"/>
    <w:rsid w:val="009901B0"/>
    <w:rsid w:val="00A14E10"/>
    <w:rsid w:val="00A63C03"/>
    <w:rsid w:val="00AA1D8D"/>
    <w:rsid w:val="00AB04CD"/>
    <w:rsid w:val="00AB2855"/>
    <w:rsid w:val="00B325EF"/>
    <w:rsid w:val="00B47730"/>
    <w:rsid w:val="00B7089E"/>
    <w:rsid w:val="00BA2843"/>
    <w:rsid w:val="00BC6764"/>
    <w:rsid w:val="00BD0555"/>
    <w:rsid w:val="00BF0478"/>
    <w:rsid w:val="00BF25E4"/>
    <w:rsid w:val="00C03D77"/>
    <w:rsid w:val="00CB0664"/>
    <w:rsid w:val="00CC7A2D"/>
    <w:rsid w:val="00D677B8"/>
    <w:rsid w:val="00D81EBD"/>
    <w:rsid w:val="00D96AF3"/>
    <w:rsid w:val="00DA451B"/>
    <w:rsid w:val="00DA7196"/>
    <w:rsid w:val="00DB5F78"/>
    <w:rsid w:val="00E449CF"/>
    <w:rsid w:val="00E74FD7"/>
    <w:rsid w:val="00E777D7"/>
    <w:rsid w:val="00ED3212"/>
    <w:rsid w:val="00ED72FF"/>
    <w:rsid w:val="00EE326B"/>
    <w:rsid w:val="00EF4237"/>
    <w:rsid w:val="00FA0E1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3F1834"/>
  <w14:defaultImageDpi w14:val="300"/>
  <w15:docId w15:val="{250FB677-743D-45EF-992C-68211B9BE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kstopmerking">
    <w:name w:val="annotation text"/>
    <w:basedOn w:val="Standaard"/>
    <w:link w:val="TekstopmerkingChar"/>
    <w:uiPriority w:val="99"/>
    <w:unhideWhenUsed/>
    <w:rsid w:val="00DA719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A7196"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449CF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970a334-86b6-4444-8814-8e9d0e7c5bdc}" enabled="1" method="Standard" siteId="{1fd9250c-aad6-4af6-8690-29a2f266d4a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Birgit Broekhoven</cp:lastModifiedBy>
  <cp:revision>3</cp:revision>
  <cp:lastPrinted>2026-02-05T12:14:00Z</cp:lastPrinted>
  <dcterms:created xsi:type="dcterms:W3CDTF">2026-07-20T10:03:00Z</dcterms:created>
  <dcterms:modified xsi:type="dcterms:W3CDTF">2026-07-20T10:04:00Z</dcterms:modified>
  <cp:category/>
</cp:coreProperties>
</file>