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2F87D" w14:textId="77777777" w:rsidR="000E0B2F" w:rsidRDefault="000E0B2F" w:rsidP="000E0B2F">
      <w:pPr>
        <w:rPr>
          <w:rFonts w:ascii="Aptos" w:hAnsi="Aptos"/>
          <w:b/>
          <w:bCs/>
          <w:lang w:val="nl-NL"/>
        </w:rPr>
      </w:pPr>
    </w:p>
    <w:p w14:paraId="688B0AEA" w14:textId="77777777" w:rsidR="000E0B2F" w:rsidRDefault="000E0B2F" w:rsidP="000E0B2F">
      <w:pPr>
        <w:rPr>
          <w:rFonts w:ascii="Aptos" w:hAnsi="Aptos"/>
          <w:b/>
          <w:bCs/>
          <w:lang w:val="nl-NL"/>
        </w:rPr>
      </w:pPr>
    </w:p>
    <w:p w14:paraId="799F0C71" w14:textId="14039580" w:rsidR="000E0B2F" w:rsidRPr="000E0B2F" w:rsidRDefault="000E0B2F" w:rsidP="000E0B2F">
      <w:pPr>
        <w:rPr>
          <w:rFonts w:ascii="Aptos" w:hAnsi="Aptos"/>
          <w:b/>
          <w:bCs/>
          <w:sz w:val="28"/>
          <w:szCs w:val="28"/>
          <w:lang w:val="nl-NL"/>
        </w:rPr>
      </w:pPr>
      <w:proofErr w:type="spellStart"/>
      <w:r w:rsidRPr="000E0B2F">
        <w:rPr>
          <w:rFonts w:ascii="Aptos" w:hAnsi="Aptos"/>
          <w:b/>
          <w:bCs/>
          <w:sz w:val="28"/>
          <w:szCs w:val="28"/>
          <w:lang w:val="nl-NL"/>
        </w:rPr>
        <w:t>Practice</w:t>
      </w:r>
      <w:proofErr w:type="spellEnd"/>
      <w:r w:rsidRPr="000E0B2F">
        <w:rPr>
          <w:rFonts w:ascii="Aptos" w:hAnsi="Aptos"/>
          <w:b/>
          <w:bCs/>
          <w:sz w:val="28"/>
          <w:szCs w:val="28"/>
          <w:lang w:val="nl-NL"/>
        </w:rPr>
        <w:t xml:space="preserve"> </w:t>
      </w:r>
      <w:proofErr w:type="spellStart"/>
      <w:r w:rsidRPr="000E0B2F">
        <w:rPr>
          <w:rFonts w:ascii="Aptos" w:hAnsi="Aptos"/>
          <w:b/>
          <w:bCs/>
          <w:sz w:val="28"/>
          <w:szCs w:val="28"/>
          <w:lang w:val="nl-NL"/>
        </w:rPr>
        <w:t>Example</w:t>
      </w:r>
      <w:proofErr w:type="spellEnd"/>
      <w:r w:rsidRPr="000E0B2F">
        <w:rPr>
          <w:rFonts w:ascii="Aptos" w:hAnsi="Aptos"/>
          <w:b/>
          <w:bCs/>
          <w:sz w:val="28"/>
          <w:szCs w:val="28"/>
          <w:lang w:val="nl-NL"/>
        </w:rPr>
        <w:t xml:space="preserve"> 3 – Ireland</w:t>
      </w:r>
    </w:p>
    <w:p w14:paraId="65AD3E10" w14:textId="77777777" w:rsidR="000E0B2F" w:rsidRPr="000E0B2F" w:rsidRDefault="000E0B2F" w:rsidP="000E0B2F">
      <w:pPr>
        <w:rPr>
          <w:rFonts w:ascii="Aptos" w:hAnsi="Aptos"/>
          <w:b/>
          <w:bCs/>
          <w:lang w:val="nl-NL"/>
        </w:rPr>
      </w:pPr>
      <w:r w:rsidRPr="000E0B2F">
        <w:rPr>
          <w:rFonts w:ascii="Aptos" w:hAnsi="Aptos"/>
          <w:b/>
          <w:bCs/>
          <w:lang w:val="nl-NL"/>
        </w:rPr>
        <w:t xml:space="preserve">Discovering </w:t>
      </w:r>
      <w:proofErr w:type="spellStart"/>
      <w:r w:rsidRPr="000E0B2F">
        <w:rPr>
          <w:rFonts w:ascii="Aptos" w:hAnsi="Aptos"/>
          <w:b/>
          <w:bCs/>
          <w:lang w:val="nl-NL"/>
        </w:rPr>
        <w:t>Cognitive</w:t>
      </w:r>
      <w:proofErr w:type="spellEnd"/>
      <w:r w:rsidRPr="000E0B2F">
        <w:rPr>
          <w:rFonts w:ascii="Aptos" w:hAnsi="Aptos"/>
          <w:b/>
          <w:bCs/>
          <w:lang w:val="nl-NL"/>
        </w:rPr>
        <w:t xml:space="preserve"> </w:t>
      </w:r>
      <w:proofErr w:type="spellStart"/>
      <w:r w:rsidRPr="000E0B2F">
        <w:rPr>
          <w:rFonts w:ascii="Aptos" w:hAnsi="Aptos"/>
          <w:b/>
          <w:bCs/>
          <w:lang w:val="nl-NL"/>
        </w:rPr>
        <w:t>Potential</w:t>
      </w:r>
      <w:proofErr w:type="spellEnd"/>
      <w:r w:rsidRPr="000E0B2F">
        <w:rPr>
          <w:rFonts w:ascii="Aptos" w:hAnsi="Aptos"/>
          <w:b/>
          <w:bCs/>
          <w:lang w:val="nl-NL"/>
        </w:rPr>
        <w:t xml:space="preserve"> </w:t>
      </w:r>
      <w:proofErr w:type="spellStart"/>
      <w:r w:rsidRPr="000E0B2F">
        <w:rPr>
          <w:rFonts w:ascii="Aptos" w:hAnsi="Aptos"/>
          <w:b/>
          <w:bCs/>
          <w:lang w:val="nl-NL"/>
        </w:rPr>
        <w:t>through</w:t>
      </w:r>
      <w:proofErr w:type="spellEnd"/>
      <w:r w:rsidRPr="000E0B2F">
        <w:rPr>
          <w:rFonts w:ascii="Aptos" w:hAnsi="Aptos"/>
          <w:b/>
          <w:bCs/>
          <w:lang w:val="nl-NL"/>
        </w:rPr>
        <w:t xml:space="preserve"> Universal Screening</w:t>
      </w:r>
    </w:p>
    <w:p w14:paraId="4232E51F" w14:textId="77777777" w:rsidR="000E0B2F" w:rsidRPr="000E0B2F" w:rsidRDefault="000E0B2F" w:rsidP="000E0B2F">
      <w:pPr>
        <w:rPr>
          <w:rFonts w:ascii="Aptos" w:hAnsi="Aptos"/>
          <w:b/>
          <w:bCs/>
          <w:lang w:val="nl-NL"/>
        </w:rPr>
      </w:pPr>
      <w:r w:rsidRPr="000E0B2F">
        <w:rPr>
          <w:rFonts w:ascii="Aptos" w:hAnsi="Aptos"/>
          <w:b/>
          <w:bCs/>
          <w:lang w:val="nl-NL"/>
        </w:rPr>
        <w:t>Context</w:t>
      </w:r>
    </w:p>
    <w:p w14:paraId="358CB306" w14:textId="77777777" w:rsidR="000E0B2F" w:rsidRPr="000E0B2F" w:rsidRDefault="000E0B2F" w:rsidP="000E0B2F">
      <w:pPr>
        <w:rPr>
          <w:rFonts w:ascii="Aptos" w:hAnsi="Aptos"/>
          <w:lang w:val="nl-NL"/>
        </w:rPr>
      </w:pPr>
      <w:proofErr w:type="spellStart"/>
      <w:r w:rsidRPr="000E0B2F">
        <w:rPr>
          <w:rFonts w:ascii="Aptos" w:hAnsi="Aptos"/>
          <w:lang w:val="nl-NL"/>
        </w:rPr>
        <w:t>Within</w:t>
      </w:r>
      <w:proofErr w:type="spellEnd"/>
      <w:r w:rsidRPr="000E0B2F">
        <w:rPr>
          <w:rFonts w:ascii="Aptos" w:hAnsi="Aptos"/>
          <w:lang w:val="nl-NL"/>
        </w:rPr>
        <w:t xml:space="preserve"> </w:t>
      </w:r>
      <w:proofErr w:type="spellStart"/>
      <w:r w:rsidRPr="000E0B2F">
        <w:rPr>
          <w:rFonts w:ascii="Aptos" w:hAnsi="Aptos"/>
          <w:lang w:val="nl-NL"/>
        </w:rPr>
        <w:t>the</w:t>
      </w:r>
      <w:proofErr w:type="spellEnd"/>
      <w:r w:rsidRPr="000E0B2F">
        <w:rPr>
          <w:rFonts w:ascii="Aptos" w:hAnsi="Aptos"/>
          <w:lang w:val="nl-NL"/>
        </w:rPr>
        <w:t xml:space="preserve"> Irish pilot school, </w:t>
      </w:r>
      <w:proofErr w:type="spellStart"/>
      <w:r w:rsidRPr="000E0B2F">
        <w:rPr>
          <w:rFonts w:ascii="Aptos" w:hAnsi="Aptos"/>
          <w:lang w:val="nl-NL"/>
        </w:rPr>
        <w:t>the</w:t>
      </w:r>
      <w:proofErr w:type="spellEnd"/>
      <w:r w:rsidRPr="000E0B2F">
        <w:rPr>
          <w:rFonts w:ascii="Aptos" w:hAnsi="Aptos"/>
          <w:lang w:val="nl-NL"/>
        </w:rPr>
        <w:t xml:space="preserve"> EGE project </w:t>
      </w:r>
      <w:proofErr w:type="spellStart"/>
      <w:r w:rsidRPr="000E0B2F">
        <w:rPr>
          <w:rFonts w:ascii="Aptos" w:hAnsi="Aptos"/>
          <w:lang w:val="nl-NL"/>
        </w:rPr>
        <w:t>explored</w:t>
      </w:r>
      <w:proofErr w:type="spellEnd"/>
      <w:r w:rsidRPr="000E0B2F">
        <w:rPr>
          <w:rFonts w:ascii="Aptos" w:hAnsi="Aptos"/>
          <w:lang w:val="nl-NL"/>
        </w:rPr>
        <w:t xml:space="preserve"> </w:t>
      </w:r>
      <w:proofErr w:type="spellStart"/>
      <w:r w:rsidRPr="000E0B2F">
        <w:rPr>
          <w:rFonts w:ascii="Aptos" w:hAnsi="Aptos"/>
          <w:lang w:val="nl-NL"/>
        </w:rPr>
        <w:t>how</w:t>
      </w:r>
      <w:proofErr w:type="spellEnd"/>
      <w:r w:rsidRPr="000E0B2F">
        <w:rPr>
          <w:rFonts w:ascii="Aptos" w:hAnsi="Aptos"/>
          <w:lang w:val="nl-NL"/>
        </w:rPr>
        <w:t xml:space="preserve"> </w:t>
      </w:r>
      <w:proofErr w:type="spellStart"/>
      <w:r w:rsidRPr="000E0B2F">
        <w:rPr>
          <w:rFonts w:ascii="Aptos" w:hAnsi="Aptos"/>
          <w:lang w:val="nl-NL"/>
        </w:rPr>
        <w:t>universal</w:t>
      </w:r>
      <w:proofErr w:type="spellEnd"/>
      <w:r w:rsidRPr="000E0B2F">
        <w:rPr>
          <w:rFonts w:ascii="Aptos" w:hAnsi="Aptos"/>
          <w:lang w:val="nl-NL"/>
        </w:rPr>
        <w:t xml:space="preserve"> screening </w:t>
      </w:r>
      <w:proofErr w:type="spellStart"/>
      <w:r w:rsidRPr="000E0B2F">
        <w:rPr>
          <w:rFonts w:ascii="Aptos" w:hAnsi="Aptos"/>
          <w:lang w:val="nl-NL"/>
        </w:rPr>
        <w:t>could</w:t>
      </w:r>
      <w:proofErr w:type="spellEnd"/>
      <w:r w:rsidRPr="000E0B2F">
        <w:rPr>
          <w:rFonts w:ascii="Aptos" w:hAnsi="Aptos"/>
          <w:lang w:val="nl-NL"/>
        </w:rPr>
        <w:t xml:space="preserve"> support a more </w:t>
      </w:r>
      <w:proofErr w:type="spellStart"/>
      <w:r w:rsidRPr="000E0B2F">
        <w:rPr>
          <w:rFonts w:ascii="Aptos" w:hAnsi="Aptos"/>
          <w:lang w:val="nl-NL"/>
        </w:rPr>
        <w:t>inclusive</w:t>
      </w:r>
      <w:proofErr w:type="spellEnd"/>
      <w:r w:rsidRPr="000E0B2F">
        <w:rPr>
          <w:rFonts w:ascii="Aptos" w:hAnsi="Aptos"/>
          <w:lang w:val="nl-NL"/>
        </w:rPr>
        <w:t xml:space="preserve"> approach </w:t>
      </w:r>
      <w:proofErr w:type="spellStart"/>
      <w:r w:rsidRPr="000E0B2F">
        <w:rPr>
          <w:rFonts w:ascii="Aptos" w:hAnsi="Aptos"/>
          <w:lang w:val="nl-NL"/>
        </w:rPr>
        <w:t>to</w:t>
      </w:r>
      <w:proofErr w:type="spellEnd"/>
      <w:r w:rsidRPr="000E0B2F">
        <w:rPr>
          <w:rFonts w:ascii="Aptos" w:hAnsi="Aptos"/>
          <w:lang w:val="nl-NL"/>
        </w:rPr>
        <w:t xml:space="preserve"> </w:t>
      </w:r>
      <w:proofErr w:type="spellStart"/>
      <w:r w:rsidRPr="000E0B2F">
        <w:rPr>
          <w:rFonts w:ascii="Aptos" w:hAnsi="Aptos"/>
          <w:lang w:val="nl-NL"/>
        </w:rPr>
        <w:t>identifying</w:t>
      </w:r>
      <w:proofErr w:type="spellEnd"/>
      <w:r w:rsidRPr="000E0B2F">
        <w:rPr>
          <w:rFonts w:ascii="Aptos" w:hAnsi="Aptos"/>
          <w:lang w:val="nl-NL"/>
        </w:rPr>
        <w:t xml:space="preserve"> </w:t>
      </w:r>
      <w:proofErr w:type="spellStart"/>
      <w:r w:rsidRPr="000E0B2F">
        <w:rPr>
          <w:rFonts w:ascii="Aptos" w:hAnsi="Aptos"/>
          <w:lang w:val="nl-NL"/>
        </w:rPr>
        <w:t>gifted</w:t>
      </w:r>
      <w:proofErr w:type="spellEnd"/>
      <w:r w:rsidRPr="000E0B2F">
        <w:rPr>
          <w:rFonts w:ascii="Aptos" w:hAnsi="Aptos"/>
          <w:lang w:val="nl-NL"/>
        </w:rPr>
        <w:t xml:space="preserve"> </w:t>
      </w:r>
      <w:proofErr w:type="spellStart"/>
      <w:r w:rsidRPr="000E0B2F">
        <w:rPr>
          <w:rFonts w:ascii="Aptos" w:hAnsi="Aptos"/>
          <w:lang w:val="nl-NL"/>
        </w:rPr>
        <w:t>learners</w:t>
      </w:r>
      <w:proofErr w:type="spellEnd"/>
      <w:r w:rsidRPr="000E0B2F">
        <w:rPr>
          <w:rFonts w:ascii="Aptos" w:hAnsi="Aptos"/>
          <w:lang w:val="nl-NL"/>
        </w:rPr>
        <w:t>.</w:t>
      </w:r>
    </w:p>
    <w:p w14:paraId="71BCC212" w14:textId="77777777" w:rsidR="000E0B2F" w:rsidRPr="000E0B2F" w:rsidRDefault="000E0B2F" w:rsidP="000E0B2F">
      <w:pPr>
        <w:rPr>
          <w:rFonts w:ascii="Aptos" w:hAnsi="Aptos"/>
          <w:b/>
          <w:bCs/>
          <w:lang w:val="nl-NL"/>
        </w:rPr>
      </w:pPr>
      <w:proofErr w:type="spellStart"/>
      <w:r w:rsidRPr="000E0B2F">
        <w:rPr>
          <w:rFonts w:ascii="Aptos" w:hAnsi="Aptos"/>
          <w:b/>
          <w:bCs/>
          <w:lang w:val="nl-NL"/>
        </w:rPr>
        <w:t>Implementation</w:t>
      </w:r>
      <w:proofErr w:type="spellEnd"/>
    </w:p>
    <w:p w14:paraId="716E2505" w14:textId="77777777" w:rsidR="000E0B2F" w:rsidRPr="000E0B2F" w:rsidRDefault="000E0B2F" w:rsidP="000E0B2F">
      <w:pPr>
        <w:rPr>
          <w:rFonts w:ascii="Aptos" w:hAnsi="Aptos"/>
          <w:lang w:val="nl-NL"/>
        </w:rPr>
      </w:pPr>
      <w:proofErr w:type="spellStart"/>
      <w:r w:rsidRPr="000E0B2F">
        <w:rPr>
          <w:rFonts w:ascii="Aptos" w:hAnsi="Aptos"/>
          <w:lang w:val="nl-NL"/>
        </w:rPr>
        <w:t>Students</w:t>
      </w:r>
      <w:proofErr w:type="spellEnd"/>
      <w:r w:rsidRPr="000E0B2F">
        <w:rPr>
          <w:rFonts w:ascii="Aptos" w:hAnsi="Aptos"/>
          <w:lang w:val="nl-NL"/>
        </w:rPr>
        <w:t xml:space="preserve"> </w:t>
      </w:r>
      <w:proofErr w:type="spellStart"/>
      <w:r w:rsidRPr="000E0B2F">
        <w:rPr>
          <w:rFonts w:ascii="Aptos" w:hAnsi="Aptos"/>
          <w:lang w:val="nl-NL"/>
        </w:rPr>
        <w:t>completed</w:t>
      </w:r>
      <w:proofErr w:type="spellEnd"/>
      <w:r w:rsidRPr="000E0B2F">
        <w:rPr>
          <w:rFonts w:ascii="Aptos" w:hAnsi="Aptos"/>
          <w:lang w:val="nl-NL"/>
        </w:rPr>
        <w:t xml:space="preserve"> </w:t>
      </w:r>
      <w:proofErr w:type="spellStart"/>
      <w:r w:rsidRPr="000E0B2F">
        <w:rPr>
          <w:rFonts w:ascii="Aptos" w:hAnsi="Aptos"/>
          <w:lang w:val="nl-NL"/>
        </w:rPr>
        <w:t>the</w:t>
      </w:r>
      <w:proofErr w:type="spellEnd"/>
      <w:r w:rsidRPr="000E0B2F">
        <w:rPr>
          <w:rFonts w:ascii="Aptos" w:hAnsi="Aptos"/>
          <w:lang w:val="nl-NL"/>
        </w:rPr>
        <w:t xml:space="preserve"> COVAT-3 (EGE Module) as part of </w:t>
      </w:r>
      <w:proofErr w:type="spellStart"/>
      <w:r w:rsidRPr="000E0B2F">
        <w:rPr>
          <w:rFonts w:ascii="Aptos" w:hAnsi="Aptos"/>
          <w:lang w:val="nl-NL"/>
        </w:rPr>
        <w:t>the</w:t>
      </w:r>
      <w:proofErr w:type="spellEnd"/>
      <w:r w:rsidRPr="000E0B2F">
        <w:rPr>
          <w:rFonts w:ascii="Aptos" w:hAnsi="Aptos"/>
          <w:lang w:val="nl-NL"/>
        </w:rPr>
        <w:t xml:space="preserve"> EGE research project. The school </w:t>
      </w:r>
      <w:proofErr w:type="spellStart"/>
      <w:r w:rsidRPr="000E0B2F">
        <w:rPr>
          <w:rFonts w:ascii="Aptos" w:hAnsi="Aptos"/>
          <w:lang w:val="nl-NL"/>
        </w:rPr>
        <w:t>also</w:t>
      </w:r>
      <w:proofErr w:type="spellEnd"/>
      <w:r w:rsidRPr="000E0B2F">
        <w:rPr>
          <w:rFonts w:ascii="Aptos" w:hAnsi="Aptos"/>
          <w:lang w:val="nl-NL"/>
        </w:rPr>
        <w:t xml:space="preserve"> </w:t>
      </w:r>
      <w:proofErr w:type="spellStart"/>
      <w:r w:rsidRPr="000E0B2F">
        <w:rPr>
          <w:rFonts w:ascii="Aptos" w:hAnsi="Aptos"/>
          <w:lang w:val="nl-NL"/>
        </w:rPr>
        <w:t>collected</w:t>
      </w:r>
      <w:proofErr w:type="spellEnd"/>
      <w:r w:rsidRPr="000E0B2F">
        <w:rPr>
          <w:rFonts w:ascii="Aptos" w:hAnsi="Aptos"/>
          <w:lang w:val="nl-NL"/>
        </w:rPr>
        <w:t xml:space="preserve"> </w:t>
      </w:r>
      <w:proofErr w:type="spellStart"/>
      <w:r w:rsidRPr="000E0B2F">
        <w:rPr>
          <w:rFonts w:ascii="Aptos" w:hAnsi="Aptos"/>
          <w:lang w:val="nl-NL"/>
        </w:rPr>
        <w:t>contextual</w:t>
      </w:r>
      <w:proofErr w:type="spellEnd"/>
      <w:r w:rsidRPr="000E0B2F">
        <w:rPr>
          <w:rFonts w:ascii="Aptos" w:hAnsi="Aptos"/>
          <w:lang w:val="nl-NL"/>
        </w:rPr>
        <w:t xml:space="preserve"> information </w:t>
      </w:r>
      <w:proofErr w:type="spellStart"/>
      <w:r w:rsidRPr="000E0B2F">
        <w:rPr>
          <w:rFonts w:ascii="Aptos" w:hAnsi="Aptos"/>
          <w:lang w:val="nl-NL"/>
        </w:rPr>
        <w:t>to</w:t>
      </w:r>
      <w:proofErr w:type="spellEnd"/>
      <w:r w:rsidRPr="000E0B2F">
        <w:rPr>
          <w:rFonts w:ascii="Aptos" w:hAnsi="Aptos"/>
          <w:lang w:val="nl-NL"/>
        </w:rPr>
        <w:t xml:space="preserve"> </w:t>
      </w:r>
      <w:proofErr w:type="spellStart"/>
      <w:r w:rsidRPr="000E0B2F">
        <w:rPr>
          <w:rFonts w:ascii="Aptos" w:hAnsi="Aptos"/>
          <w:lang w:val="nl-NL"/>
        </w:rPr>
        <w:t>better</w:t>
      </w:r>
      <w:proofErr w:type="spellEnd"/>
      <w:r w:rsidRPr="000E0B2F">
        <w:rPr>
          <w:rFonts w:ascii="Aptos" w:hAnsi="Aptos"/>
          <w:lang w:val="nl-NL"/>
        </w:rPr>
        <w:t xml:space="preserve"> </w:t>
      </w:r>
      <w:proofErr w:type="spellStart"/>
      <w:r w:rsidRPr="000E0B2F">
        <w:rPr>
          <w:rFonts w:ascii="Aptos" w:hAnsi="Aptos"/>
          <w:lang w:val="nl-NL"/>
        </w:rPr>
        <w:t>understand</w:t>
      </w:r>
      <w:proofErr w:type="spellEnd"/>
      <w:r w:rsidRPr="000E0B2F">
        <w:rPr>
          <w:rFonts w:ascii="Aptos" w:hAnsi="Aptos"/>
          <w:lang w:val="nl-NL"/>
        </w:rPr>
        <w:t xml:space="preserve"> </w:t>
      </w:r>
      <w:proofErr w:type="spellStart"/>
      <w:r w:rsidRPr="000E0B2F">
        <w:rPr>
          <w:rFonts w:ascii="Aptos" w:hAnsi="Aptos"/>
          <w:lang w:val="nl-NL"/>
        </w:rPr>
        <w:t>students</w:t>
      </w:r>
      <w:proofErr w:type="spellEnd"/>
      <w:r w:rsidRPr="000E0B2F">
        <w:rPr>
          <w:rFonts w:ascii="Aptos" w:hAnsi="Aptos"/>
          <w:lang w:val="nl-NL"/>
        </w:rPr>
        <w:t xml:space="preserve">' </w:t>
      </w:r>
      <w:proofErr w:type="spellStart"/>
      <w:r w:rsidRPr="000E0B2F">
        <w:rPr>
          <w:rFonts w:ascii="Aptos" w:hAnsi="Aptos"/>
          <w:lang w:val="nl-NL"/>
        </w:rPr>
        <w:t>educational</w:t>
      </w:r>
      <w:proofErr w:type="spellEnd"/>
      <w:r w:rsidRPr="000E0B2F">
        <w:rPr>
          <w:rFonts w:ascii="Aptos" w:hAnsi="Aptos"/>
          <w:lang w:val="nl-NL"/>
        </w:rPr>
        <w:t xml:space="preserve"> </w:t>
      </w:r>
      <w:proofErr w:type="spellStart"/>
      <w:r w:rsidRPr="000E0B2F">
        <w:rPr>
          <w:rFonts w:ascii="Aptos" w:hAnsi="Aptos"/>
          <w:lang w:val="nl-NL"/>
        </w:rPr>
        <w:t>opportunities</w:t>
      </w:r>
      <w:proofErr w:type="spellEnd"/>
      <w:r w:rsidRPr="000E0B2F">
        <w:rPr>
          <w:rFonts w:ascii="Aptos" w:hAnsi="Aptos"/>
          <w:lang w:val="nl-NL"/>
        </w:rPr>
        <w:t>.</w:t>
      </w:r>
    </w:p>
    <w:p w14:paraId="298F3404" w14:textId="77777777" w:rsidR="000E0B2F" w:rsidRPr="000E0B2F" w:rsidRDefault="000E0B2F" w:rsidP="000E0B2F">
      <w:pPr>
        <w:rPr>
          <w:rFonts w:ascii="Aptos" w:hAnsi="Aptos"/>
          <w:lang w:val="nl-NL"/>
        </w:rPr>
      </w:pPr>
      <w:r w:rsidRPr="000E0B2F">
        <w:rPr>
          <w:rFonts w:ascii="Aptos" w:hAnsi="Aptos"/>
          <w:lang w:val="nl-NL"/>
        </w:rPr>
        <w:t xml:space="preserve">The assessment was </w:t>
      </w:r>
      <w:proofErr w:type="spellStart"/>
      <w:r w:rsidRPr="000E0B2F">
        <w:rPr>
          <w:rFonts w:ascii="Aptos" w:hAnsi="Aptos"/>
          <w:lang w:val="nl-NL"/>
        </w:rPr>
        <w:t>implemented</w:t>
      </w:r>
      <w:proofErr w:type="spellEnd"/>
      <w:r w:rsidRPr="000E0B2F">
        <w:rPr>
          <w:rFonts w:ascii="Aptos" w:hAnsi="Aptos"/>
          <w:lang w:val="nl-NL"/>
        </w:rPr>
        <w:t xml:space="preserve"> in </w:t>
      </w:r>
      <w:proofErr w:type="spellStart"/>
      <w:r w:rsidRPr="000E0B2F">
        <w:rPr>
          <w:rFonts w:ascii="Aptos" w:hAnsi="Aptos"/>
          <w:lang w:val="nl-NL"/>
        </w:rPr>
        <w:t>collaboration</w:t>
      </w:r>
      <w:proofErr w:type="spellEnd"/>
      <w:r w:rsidRPr="000E0B2F">
        <w:rPr>
          <w:rFonts w:ascii="Aptos" w:hAnsi="Aptos"/>
          <w:lang w:val="nl-NL"/>
        </w:rPr>
        <w:t xml:space="preserve"> </w:t>
      </w:r>
      <w:proofErr w:type="spellStart"/>
      <w:r w:rsidRPr="000E0B2F">
        <w:rPr>
          <w:rFonts w:ascii="Aptos" w:hAnsi="Aptos"/>
          <w:lang w:val="nl-NL"/>
        </w:rPr>
        <w:t>with</w:t>
      </w:r>
      <w:proofErr w:type="spellEnd"/>
      <w:r w:rsidRPr="000E0B2F">
        <w:rPr>
          <w:rFonts w:ascii="Aptos" w:hAnsi="Aptos"/>
          <w:lang w:val="nl-NL"/>
        </w:rPr>
        <w:t xml:space="preserve"> Dublin City University.</w:t>
      </w:r>
    </w:p>
    <w:p w14:paraId="75CB5963" w14:textId="77777777" w:rsidR="000E0B2F" w:rsidRPr="000E0B2F" w:rsidRDefault="000E0B2F" w:rsidP="000E0B2F">
      <w:pPr>
        <w:rPr>
          <w:rFonts w:ascii="Aptos" w:hAnsi="Aptos"/>
          <w:b/>
          <w:bCs/>
          <w:lang w:val="nl-NL"/>
        </w:rPr>
      </w:pPr>
      <w:proofErr w:type="spellStart"/>
      <w:r w:rsidRPr="000E0B2F">
        <w:rPr>
          <w:rFonts w:ascii="Aptos" w:hAnsi="Aptos"/>
          <w:b/>
          <w:bCs/>
          <w:lang w:val="nl-NL"/>
        </w:rPr>
        <w:t>Lessons</w:t>
      </w:r>
      <w:proofErr w:type="spellEnd"/>
      <w:r w:rsidRPr="000E0B2F">
        <w:rPr>
          <w:rFonts w:ascii="Aptos" w:hAnsi="Aptos"/>
          <w:b/>
          <w:bCs/>
          <w:lang w:val="nl-NL"/>
        </w:rPr>
        <w:t xml:space="preserve"> </w:t>
      </w:r>
      <w:proofErr w:type="spellStart"/>
      <w:r w:rsidRPr="000E0B2F">
        <w:rPr>
          <w:rFonts w:ascii="Aptos" w:hAnsi="Aptos"/>
          <w:b/>
          <w:bCs/>
          <w:lang w:val="nl-NL"/>
        </w:rPr>
        <w:t>learned</w:t>
      </w:r>
      <w:proofErr w:type="spellEnd"/>
    </w:p>
    <w:p w14:paraId="1531264D" w14:textId="77777777" w:rsidR="000E0B2F" w:rsidRPr="000E0B2F" w:rsidRDefault="000E0B2F" w:rsidP="000E0B2F">
      <w:pPr>
        <w:rPr>
          <w:rFonts w:ascii="Aptos" w:hAnsi="Aptos"/>
          <w:lang w:val="nl-NL"/>
        </w:rPr>
      </w:pPr>
      <w:r w:rsidRPr="000E0B2F">
        <w:rPr>
          <w:rFonts w:ascii="Aptos" w:hAnsi="Aptos"/>
          <w:lang w:val="nl-NL"/>
        </w:rPr>
        <w:t xml:space="preserve">The project </w:t>
      </w:r>
      <w:proofErr w:type="spellStart"/>
      <w:r w:rsidRPr="000E0B2F">
        <w:rPr>
          <w:rFonts w:ascii="Aptos" w:hAnsi="Aptos"/>
          <w:lang w:val="nl-NL"/>
        </w:rPr>
        <w:t>increased</w:t>
      </w:r>
      <w:proofErr w:type="spellEnd"/>
      <w:r w:rsidRPr="000E0B2F">
        <w:rPr>
          <w:rFonts w:ascii="Aptos" w:hAnsi="Aptos"/>
          <w:lang w:val="nl-NL"/>
        </w:rPr>
        <w:t xml:space="preserve"> awareness </w:t>
      </w:r>
      <w:proofErr w:type="spellStart"/>
      <w:r w:rsidRPr="000E0B2F">
        <w:rPr>
          <w:rFonts w:ascii="Aptos" w:hAnsi="Aptos"/>
          <w:lang w:val="nl-NL"/>
        </w:rPr>
        <w:t>among</w:t>
      </w:r>
      <w:proofErr w:type="spellEnd"/>
      <w:r w:rsidRPr="000E0B2F">
        <w:rPr>
          <w:rFonts w:ascii="Aptos" w:hAnsi="Aptos"/>
          <w:lang w:val="nl-NL"/>
        </w:rPr>
        <w:t xml:space="preserve"> </w:t>
      </w:r>
      <w:proofErr w:type="spellStart"/>
      <w:r w:rsidRPr="000E0B2F">
        <w:rPr>
          <w:rFonts w:ascii="Aptos" w:hAnsi="Aptos"/>
          <w:lang w:val="nl-NL"/>
        </w:rPr>
        <w:t>teachers</w:t>
      </w:r>
      <w:proofErr w:type="spellEnd"/>
      <w:r w:rsidRPr="000E0B2F">
        <w:rPr>
          <w:rFonts w:ascii="Aptos" w:hAnsi="Aptos"/>
          <w:lang w:val="nl-NL"/>
        </w:rPr>
        <w:t xml:space="preserve"> </w:t>
      </w:r>
      <w:proofErr w:type="spellStart"/>
      <w:r w:rsidRPr="000E0B2F">
        <w:rPr>
          <w:rFonts w:ascii="Aptos" w:hAnsi="Aptos"/>
          <w:lang w:val="nl-NL"/>
        </w:rPr>
        <w:t>that</w:t>
      </w:r>
      <w:proofErr w:type="spellEnd"/>
      <w:r w:rsidRPr="000E0B2F">
        <w:rPr>
          <w:rFonts w:ascii="Aptos" w:hAnsi="Aptos"/>
          <w:lang w:val="nl-NL"/>
        </w:rPr>
        <w:t xml:space="preserve"> high </w:t>
      </w:r>
      <w:proofErr w:type="spellStart"/>
      <w:r w:rsidRPr="000E0B2F">
        <w:rPr>
          <w:rFonts w:ascii="Aptos" w:hAnsi="Aptos"/>
          <w:lang w:val="nl-NL"/>
        </w:rPr>
        <w:t>cognitive</w:t>
      </w:r>
      <w:proofErr w:type="spellEnd"/>
      <w:r w:rsidRPr="000E0B2F">
        <w:rPr>
          <w:rFonts w:ascii="Aptos" w:hAnsi="Aptos"/>
          <w:lang w:val="nl-NL"/>
        </w:rPr>
        <w:t xml:space="preserve"> </w:t>
      </w:r>
      <w:proofErr w:type="spellStart"/>
      <w:r w:rsidRPr="000E0B2F">
        <w:rPr>
          <w:rFonts w:ascii="Aptos" w:hAnsi="Aptos"/>
          <w:lang w:val="nl-NL"/>
        </w:rPr>
        <w:t>ability</w:t>
      </w:r>
      <w:proofErr w:type="spellEnd"/>
      <w:r w:rsidRPr="000E0B2F">
        <w:rPr>
          <w:rFonts w:ascii="Aptos" w:hAnsi="Aptos"/>
          <w:lang w:val="nl-NL"/>
        </w:rPr>
        <w:t xml:space="preserve"> </w:t>
      </w:r>
      <w:proofErr w:type="spellStart"/>
      <w:r w:rsidRPr="000E0B2F">
        <w:rPr>
          <w:rFonts w:ascii="Aptos" w:hAnsi="Aptos"/>
          <w:lang w:val="nl-NL"/>
        </w:rPr>
        <w:t>may</w:t>
      </w:r>
      <w:proofErr w:type="spellEnd"/>
      <w:r w:rsidRPr="000E0B2F">
        <w:rPr>
          <w:rFonts w:ascii="Aptos" w:hAnsi="Aptos"/>
          <w:lang w:val="nl-NL"/>
        </w:rPr>
        <w:t xml:space="preserve"> </w:t>
      </w:r>
      <w:proofErr w:type="spellStart"/>
      <w:r w:rsidRPr="000E0B2F">
        <w:rPr>
          <w:rFonts w:ascii="Aptos" w:hAnsi="Aptos"/>
          <w:lang w:val="nl-NL"/>
        </w:rPr>
        <w:t>not</w:t>
      </w:r>
      <w:proofErr w:type="spellEnd"/>
      <w:r w:rsidRPr="000E0B2F">
        <w:rPr>
          <w:rFonts w:ascii="Aptos" w:hAnsi="Aptos"/>
          <w:lang w:val="nl-NL"/>
        </w:rPr>
        <w:t xml:space="preserve"> </w:t>
      </w:r>
      <w:proofErr w:type="spellStart"/>
      <w:r w:rsidRPr="000E0B2F">
        <w:rPr>
          <w:rFonts w:ascii="Aptos" w:hAnsi="Aptos"/>
          <w:lang w:val="nl-NL"/>
        </w:rPr>
        <w:t>always</w:t>
      </w:r>
      <w:proofErr w:type="spellEnd"/>
      <w:r w:rsidRPr="000E0B2F">
        <w:rPr>
          <w:rFonts w:ascii="Aptos" w:hAnsi="Aptos"/>
          <w:lang w:val="nl-NL"/>
        </w:rPr>
        <w:t xml:space="preserve"> </w:t>
      </w:r>
      <w:proofErr w:type="spellStart"/>
      <w:r w:rsidRPr="000E0B2F">
        <w:rPr>
          <w:rFonts w:ascii="Aptos" w:hAnsi="Aptos"/>
          <w:lang w:val="nl-NL"/>
        </w:rPr>
        <w:t>be</w:t>
      </w:r>
      <w:proofErr w:type="spellEnd"/>
      <w:r w:rsidRPr="000E0B2F">
        <w:rPr>
          <w:rFonts w:ascii="Aptos" w:hAnsi="Aptos"/>
          <w:lang w:val="nl-NL"/>
        </w:rPr>
        <w:t xml:space="preserve"> </w:t>
      </w:r>
      <w:proofErr w:type="spellStart"/>
      <w:r w:rsidRPr="000E0B2F">
        <w:rPr>
          <w:rFonts w:ascii="Aptos" w:hAnsi="Aptos"/>
          <w:lang w:val="nl-NL"/>
        </w:rPr>
        <w:t>accompanied</w:t>
      </w:r>
      <w:proofErr w:type="spellEnd"/>
      <w:r w:rsidRPr="000E0B2F">
        <w:rPr>
          <w:rFonts w:ascii="Aptos" w:hAnsi="Aptos"/>
          <w:lang w:val="nl-NL"/>
        </w:rPr>
        <w:t xml:space="preserve"> </w:t>
      </w:r>
      <w:proofErr w:type="spellStart"/>
      <w:r w:rsidRPr="000E0B2F">
        <w:rPr>
          <w:rFonts w:ascii="Aptos" w:hAnsi="Aptos"/>
          <w:lang w:val="nl-NL"/>
        </w:rPr>
        <w:t>by</w:t>
      </w:r>
      <w:proofErr w:type="spellEnd"/>
      <w:r w:rsidRPr="000E0B2F">
        <w:rPr>
          <w:rFonts w:ascii="Aptos" w:hAnsi="Aptos"/>
          <w:lang w:val="nl-NL"/>
        </w:rPr>
        <w:t xml:space="preserve"> high </w:t>
      </w:r>
      <w:proofErr w:type="spellStart"/>
      <w:r w:rsidRPr="000E0B2F">
        <w:rPr>
          <w:rFonts w:ascii="Aptos" w:hAnsi="Aptos"/>
          <w:lang w:val="nl-NL"/>
        </w:rPr>
        <w:t>academic</w:t>
      </w:r>
      <w:proofErr w:type="spellEnd"/>
      <w:r w:rsidRPr="000E0B2F">
        <w:rPr>
          <w:rFonts w:ascii="Aptos" w:hAnsi="Aptos"/>
          <w:lang w:val="nl-NL"/>
        </w:rPr>
        <w:t xml:space="preserve"> performance. The pilot </w:t>
      </w:r>
      <w:proofErr w:type="spellStart"/>
      <w:r w:rsidRPr="000E0B2F">
        <w:rPr>
          <w:rFonts w:ascii="Aptos" w:hAnsi="Aptos"/>
          <w:lang w:val="nl-NL"/>
        </w:rPr>
        <w:t>also</w:t>
      </w:r>
      <w:proofErr w:type="spellEnd"/>
      <w:r w:rsidRPr="000E0B2F">
        <w:rPr>
          <w:rFonts w:ascii="Aptos" w:hAnsi="Aptos"/>
          <w:lang w:val="nl-NL"/>
        </w:rPr>
        <w:t xml:space="preserve"> </w:t>
      </w:r>
      <w:proofErr w:type="spellStart"/>
      <w:r w:rsidRPr="000E0B2F">
        <w:rPr>
          <w:rFonts w:ascii="Aptos" w:hAnsi="Aptos"/>
          <w:lang w:val="nl-NL"/>
        </w:rPr>
        <w:t>demonstrated</w:t>
      </w:r>
      <w:proofErr w:type="spellEnd"/>
      <w:r w:rsidRPr="000E0B2F">
        <w:rPr>
          <w:rFonts w:ascii="Aptos" w:hAnsi="Aptos"/>
          <w:lang w:val="nl-NL"/>
        </w:rPr>
        <w:t xml:space="preserve"> </w:t>
      </w:r>
      <w:proofErr w:type="spellStart"/>
      <w:r w:rsidRPr="000E0B2F">
        <w:rPr>
          <w:rFonts w:ascii="Aptos" w:hAnsi="Aptos"/>
          <w:lang w:val="nl-NL"/>
        </w:rPr>
        <w:t>that</w:t>
      </w:r>
      <w:proofErr w:type="spellEnd"/>
      <w:r w:rsidRPr="000E0B2F">
        <w:rPr>
          <w:rFonts w:ascii="Aptos" w:hAnsi="Aptos"/>
          <w:lang w:val="nl-NL"/>
        </w:rPr>
        <w:t xml:space="preserve"> </w:t>
      </w:r>
      <w:proofErr w:type="spellStart"/>
      <w:r w:rsidRPr="000E0B2F">
        <w:rPr>
          <w:rFonts w:ascii="Aptos" w:hAnsi="Aptos"/>
          <w:lang w:val="nl-NL"/>
        </w:rPr>
        <w:t>structured</w:t>
      </w:r>
      <w:proofErr w:type="spellEnd"/>
      <w:r w:rsidRPr="000E0B2F">
        <w:rPr>
          <w:rFonts w:ascii="Aptos" w:hAnsi="Aptos"/>
          <w:lang w:val="nl-NL"/>
        </w:rPr>
        <w:t xml:space="preserve"> </w:t>
      </w:r>
      <w:proofErr w:type="spellStart"/>
      <w:r w:rsidRPr="000E0B2F">
        <w:rPr>
          <w:rFonts w:ascii="Aptos" w:hAnsi="Aptos"/>
          <w:lang w:val="nl-NL"/>
        </w:rPr>
        <w:t>identification</w:t>
      </w:r>
      <w:proofErr w:type="spellEnd"/>
      <w:r w:rsidRPr="000E0B2F">
        <w:rPr>
          <w:rFonts w:ascii="Aptos" w:hAnsi="Aptos"/>
          <w:lang w:val="nl-NL"/>
        </w:rPr>
        <w:t xml:space="preserve"> procedures support more </w:t>
      </w:r>
      <w:proofErr w:type="spellStart"/>
      <w:r w:rsidRPr="000E0B2F">
        <w:rPr>
          <w:rFonts w:ascii="Aptos" w:hAnsi="Aptos"/>
          <w:lang w:val="nl-NL"/>
        </w:rPr>
        <w:t>objective</w:t>
      </w:r>
      <w:proofErr w:type="spellEnd"/>
      <w:r w:rsidRPr="000E0B2F">
        <w:rPr>
          <w:rFonts w:ascii="Aptos" w:hAnsi="Aptos"/>
          <w:lang w:val="nl-NL"/>
        </w:rPr>
        <w:t xml:space="preserve"> </w:t>
      </w:r>
      <w:proofErr w:type="spellStart"/>
      <w:r w:rsidRPr="000E0B2F">
        <w:rPr>
          <w:rFonts w:ascii="Aptos" w:hAnsi="Aptos"/>
          <w:lang w:val="nl-NL"/>
        </w:rPr>
        <w:t>decision</w:t>
      </w:r>
      <w:proofErr w:type="spellEnd"/>
      <w:r w:rsidRPr="000E0B2F">
        <w:rPr>
          <w:rFonts w:ascii="Aptos" w:hAnsi="Aptos"/>
          <w:lang w:val="nl-NL"/>
        </w:rPr>
        <w:t>-making.</w:t>
      </w:r>
    </w:p>
    <w:p w14:paraId="19970ADA" w14:textId="77777777" w:rsidR="000E0B2F" w:rsidRPr="000E0B2F" w:rsidRDefault="000E0B2F" w:rsidP="000E0B2F">
      <w:pPr>
        <w:rPr>
          <w:rFonts w:ascii="Aptos" w:hAnsi="Aptos"/>
          <w:b/>
          <w:bCs/>
          <w:lang w:val="nl-NL"/>
        </w:rPr>
      </w:pPr>
      <w:proofErr w:type="spellStart"/>
      <w:r w:rsidRPr="000E0B2F">
        <w:rPr>
          <w:rFonts w:ascii="Aptos" w:hAnsi="Aptos"/>
          <w:b/>
          <w:bCs/>
          <w:lang w:val="nl-NL"/>
        </w:rPr>
        <w:t>Key</w:t>
      </w:r>
      <w:proofErr w:type="spellEnd"/>
      <w:r w:rsidRPr="000E0B2F">
        <w:rPr>
          <w:rFonts w:ascii="Aptos" w:hAnsi="Aptos"/>
          <w:b/>
          <w:bCs/>
          <w:lang w:val="nl-NL"/>
        </w:rPr>
        <w:t xml:space="preserve"> </w:t>
      </w:r>
      <w:proofErr w:type="spellStart"/>
      <w:r w:rsidRPr="000E0B2F">
        <w:rPr>
          <w:rFonts w:ascii="Aptos" w:hAnsi="Aptos"/>
          <w:b/>
          <w:bCs/>
          <w:lang w:val="nl-NL"/>
        </w:rPr>
        <w:t>takeaway</w:t>
      </w:r>
      <w:proofErr w:type="spellEnd"/>
    </w:p>
    <w:p w14:paraId="52880D7C" w14:textId="77777777" w:rsidR="000E0B2F" w:rsidRPr="000E0B2F" w:rsidRDefault="000E0B2F" w:rsidP="000E0B2F">
      <w:pPr>
        <w:rPr>
          <w:rFonts w:ascii="Aptos" w:hAnsi="Aptos"/>
          <w:lang w:val="nl-NL"/>
        </w:rPr>
      </w:pPr>
      <w:proofErr w:type="spellStart"/>
      <w:r w:rsidRPr="000E0B2F">
        <w:rPr>
          <w:rFonts w:ascii="Aptos" w:hAnsi="Aptos"/>
          <w:b/>
          <w:bCs/>
          <w:lang w:val="nl-NL"/>
        </w:rPr>
        <w:t>Equitable</w:t>
      </w:r>
      <w:proofErr w:type="spellEnd"/>
      <w:r w:rsidRPr="000E0B2F">
        <w:rPr>
          <w:rFonts w:ascii="Aptos" w:hAnsi="Aptos"/>
          <w:b/>
          <w:bCs/>
          <w:lang w:val="nl-NL"/>
        </w:rPr>
        <w:t xml:space="preserve"> </w:t>
      </w:r>
      <w:proofErr w:type="spellStart"/>
      <w:r w:rsidRPr="000E0B2F">
        <w:rPr>
          <w:rFonts w:ascii="Aptos" w:hAnsi="Aptos"/>
          <w:b/>
          <w:bCs/>
          <w:lang w:val="nl-NL"/>
        </w:rPr>
        <w:t>identification</w:t>
      </w:r>
      <w:proofErr w:type="spellEnd"/>
      <w:r w:rsidRPr="000E0B2F">
        <w:rPr>
          <w:rFonts w:ascii="Aptos" w:hAnsi="Aptos"/>
          <w:b/>
          <w:bCs/>
          <w:lang w:val="nl-NL"/>
        </w:rPr>
        <w:t xml:space="preserve"> </w:t>
      </w:r>
      <w:proofErr w:type="spellStart"/>
      <w:r w:rsidRPr="000E0B2F">
        <w:rPr>
          <w:rFonts w:ascii="Aptos" w:hAnsi="Aptos"/>
          <w:b/>
          <w:bCs/>
          <w:lang w:val="nl-NL"/>
        </w:rPr>
        <w:t>begins</w:t>
      </w:r>
      <w:proofErr w:type="spellEnd"/>
      <w:r w:rsidRPr="000E0B2F">
        <w:rPr>
          <w:rFonts w:ascii="Aptos" w:hAnsi="Aptos"/>
          <w:b/>
          <w:bCs/>
          <w:lang w:val="nl-NL"/>
        </w:rPr>
        <w:t xml:space="preserve"> </w:t>
      </w:r>
      <w:proofErr w:type="spellStart"/>
      <w:r w:rsidRPr="000E0B2F">
        <w:rPr>
          <w:rFonts w:ascii="Aptos" w:hAnsi="Aptos"/>
          <w:b/>
          <w:bCs/>
          <w:lang w:val="nl-NL"/>
        </w:rPr>
        <w:t>with</w:t>
      </w:r>
      <w:proofErr w:type="spellEnd"/>
      <w:r w:rsidRPr="000E0B2F">
        <w:rPr>
          <w:rFonts w:ascii="Aptos" w:hAnsi="Aptos"/>
          <w:b/>
          <w:bCs/>
          <w:lang w:val="nl-NL"/>
        </w:rPr>
        <w:t xml:space="preserve"> </w:t>
      </w:r>
      <w:proofErr w:type="spellStart"/>
      <w:r w:rsidRPr="000E0B2F">
        <w:rPr>
          <w:rFonts w:ascii="Aptos" w:hAnsi="Aptos"/>
          <w:b/>
          <w:bCs/>
          <w:lang w:val="nl-NL"/>
        </w:rPr>
        <w:t>giving</w:t>
      </w:r>
      <w:proofErr w:type="spellEnd"/>
      <w:r w:rsidRPr="000E0B2F">
        <w:rPr>
          <w:rFonts w:ascii="Aptos" w:hAnsi="Aptos"/>
          <w:b/>
          <w:bCs/>
          <w:lang w:val="nl-NL"/>
        </w:rPr>
        <w:t xml:space="preserve"> </w:t>
      </w:r>
      <w:proofErr w:type="spellStart"/>
      <w:r w:rsidRPr="000E0B2F">
        <w:rPr>
          <w:rFonts w:ascii="Aptos" w:hAnsi="Aptos"/>
          <w:b/>
          <w:bCs/>
          <w:lang w:val="nl-NL"/>
        </w:rPr>
        <w:t>every</w:t>
      </w:r>
      <w:proofErr w:type="spellEnd"/>
      <w:r w:rsidRPr="000E0B2F">
        <w:rPr>
          <w:rFonts w:ascii="Aptos" w:hAnsi="Aptos"/>
          <w:b/>
          <w:bCs/>
          <w:lang w:val="nl-NL"/>
        </w:rPr>
        <w:t xml:space="preserve"> </w:t>
      </w:r>
      <w:proofErr w:type="spellStart"/>
      <w:r w:rsidRPr="000E0B2F">
        <w:rPr>
          <w:rFonts w:ascii="Aptos" w:hAnsi="Aptos"/>
          <w:b/>
          <w:bCs/>
          <w:lang w:val="nl-NL"/>
        </w:rPr>
        <w:t>learner</w:t>
      </w:r>
      <w:proofErr w:type="spellEnd"/>
      <w:r w:rsidRPr="000E0B2F">
        <w:rPr>
          <w:rFonts w:ascii="Aptos" w:hAnsi="Aptos"/>
          <w:b/>
          <w:bCs/>
          <w:lang w:val="nl-NL"/>
        </w:rPr>
        <w:t xml:space="preserve"> </w:t>
      </w:r>
      <w:proofErr w:type="spellStart"/>
      <w:r w:rsidRPr="000E0B2F">
        <w:rPr>
          <w:rFonts w:ascii="Aptos" w:hAnsi="Aptos"/>
          <w:b/>
          <w:bCs/>
          <w:lang w:val="nl-NL"/>
        </w:rPr>
        <w:t>the</w:t>
      </w:r>
      <w:proofErr w:type="spellEnd"/>
      <w:r w:rsidRPr="000E0B2F">
        <w:rPr>
          <w:rFonts w:ascii="Aptos" w:hAnsi="Aptos"/>
          <w:b/>
          <w:bCs/>
          <w:lang w:val="nl-NL"/>
        </w:rPr>
        <w:t xml:space="preserve"> opportunity </w:t>
      </w:r>
      <w:proofErr w:type="spellStart"/>
      <w:r w:rsidRPr="000E0B2F">
        <w:rPr>
          <w:rFonts w:ascii="Aptos" w:hAnsi="Aptos"/>
          <w:b/>
          <w:bCs/>
          <w:lang w:val="nl-NL"/>
        </w:rPr>
        <w:t>to</w:t>
      </w:r>
      <w:proofErr w:type="spellEnd"/>
      <w:r w:rsidRPr="000E0B2F">
        <w:rPr>
          <w:rFonts w:ascii="Aptos" w:hAnsi="Aptos"/>
          <w:b/>
          <w:bCs/>
          <w:lang w:val="nl-NL"/>
        </w:rPr>
        <w:t xml:space="preserve"> </w:t>
      </w:r>
      <w:proofErr w:type="spellStart"/>
      <w:r w:rsidRPr="000E0B2F">
        <w:rPr>
          <w:rFonts w:ascii="Aptos" w:hAnsi="Aptos"/>
          <w:b/>
          <w:bCs/>
          <w:lang w:val="nl-NL"/>
        </w:rPr>
        <w:t>demonstrate</w:t>
      </w:r>
      <w:proofErr w:type="spellEnd"/>
      <w:r w:rsidRPr="000E0B2F">
        <w:rPr>
          <w:rFonts w:ascii="Aptos" w:hAnsi="Aptos"/>
          <w:b/>
          <w:bCs/>
          <w:lang w:val="nl-NL"/>
        </w:rPr>
        <w:t xml:space="preserve"> </w:t>
      </w:r>
      <w:proofErr w:type="spellStart"/>
      <w:r w:rsidRPr="000E0B2F">
        <w:rPr>
          <w:rFonts w:ascii="Aptos" w:hAnsi="Aptos"/>
          <w:b/>
          <w:bCs/>
          <w:lang w:val="nl-NL"/>
        </w:rPr>
        <w:t>their</w:t>
      </w:r>
      <w:proofErr w:type="spellEnd"/>
      <w:r w:rsidRPr="000E0B2F">
        <w:rPr>
          <w:rFonts w:ascii="Aptos" w:hAnsi="Aptos"/>
          <w:b/>
          <w:bCs/>
          <w:lang w:val="nl-NL"/>
        </w:rPr>
        <w:t xml:space="preserve"> </w:t>
      </w:r>
      <w:proofErr w:type="spellStart"/>
      <w:r w:rsidRPr="000E0B2F">
        <w:rPr>
          <w:rFonts w:ascii="Aptos" w:hAnsi="Aptos"/>
          <w:b/>
          <w:bCs/>
          <w:lang w:val="nl-NL"/>
        </w:rPr>
        <w:t>potential</w:t>
      </w:r>
      <w:proofErr w:type="spellEnd"/>
      <w:r w:rsidRPr="000E0B2F">
        <w:rPr>
          <w:rFonts w:ascii="Aptos" w:hAnsi="Aptos"/>
          <w:b/>
          <w:bCs/>
          <w:lang w:val="nl-NL"/>
        </w:rPr>
        <w:t>.</w:t>
      </w:r>
    </w:p>
    <w:p w14:paraId="12D5664E" w14:textId="77777777" w:rsidR="00FA0E18" w:rsidRPr="000E0B2F" w:rsidRDefault="00FA0E18" w:rsidP="000E0B2F"/>
    <w:sectPr w:rsidR="00FA0E18" w:rsidRPr="000E0B2F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90504" w14:textId="77777777" w:rsidR="00CF0C64" w:rsidRDefault="00CF0C64" w:rsidP="00B325EF">
      <w:pPr>
        <w:spacing w:after="0" w:line="240" w:lineRule="auto"/>
      </w:pPr>
      <w:r>
        <w:separator/>
      </w:r>
    </w:p>
  </w:endnote>
  <w:endnote w:type="continuationSeparator" w:id="0">
    <w:p w14:paraId="39EC3A55" w14:textId="77777777" w:rsidR="00CF0C64" w:rsidRDefault="00CF0C64" w:rsidP="00B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6C3CB" w14:textId="77777777" w:rsidR="00CF0C64" w:rsidRDefault="00CF0C64" w:rsidP="00B325EF">
      <w:pPr>
        <w:spacing w:after="0" w:line="240" w:lineRule="auto"/>
      </w:pPr>
      <w:r>
        <w:separator/>
      </w:r>
    </w:p>
  </w:footnote>
  <w:footnote w:type="continuationSeparator" w:id="0">
    <w:p w14:paraId="408BB017" w14:textId="77777777" w:rsidR="00CF0C64" w:rsidRDefault="00CF0C64" w:rsidP="00B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180A3" w14:textId="77777777" w:rsidR="00B325EF" w:rsidRDefault="00B325EF" w:rsidP="00B325EF">
    <w:pPr>
      <w:pStyle w:val="Koptekst"/>
    </w:pPr>
    <w:r w:rsidRPr="001C7088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B2F6652" wp14:editId="44753154">
              <wp:simplePos x="0" y="0"/>
              <wp:positionH relativeFrom="page">
                <wp:posOffset>0</wp:posOffset>
              </wp:positionH>
              <wp:positionV relativeFrom="paragraph">
                <wp:posOffset>-449580</wp:posOffset>
              </wp:positionV>
              <wp:extent cx="7767320" cy="2141220"/>
              <wp:effectExtent l="0" t="0" r="5080" b="0"/>
              <wp:wrapNone/>
              <wp:docPr id="828311949" name="Freef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767320" cy="21412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61467" h="3318440">
                            <a:moveTo>
                              <a:pt x="0" y="0"/>
                            </a:moveTo>
                            <a:lnTo>
                              <a:pt x="11061467" y="0"/>
                            </a:lnTo>
                            <a:lnTo>
                              <a:pt x="11061467" y="3318440"/>
                            </a:lnTo>
                            <a:lnTo>
                              <a:pt x="0" y="33184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C7050C" id="Freeform 5" o:spid="_x0000_s1026" style="position:absolute;margin-left:0;margin-top:-35.4pt;width:611.6pt;height:168.6pt;rotation:180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11061467,331844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" path="m,l11061467,r,3318440l,3318440,,xe" stroked="f">
              <v:fill r:id="rId3" o:title="" recolor="t" rotate="t" type="frame"/>
              <v:path arrowok="t"/>
              <w10:wrap anchorx="page"/>
            </v:shape>
          </w:pict>
        </mc:Fallback>
      </mc:AlternateContent>
    </w:r>
    <w:r w:rsidRPr="00D033B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F23FAD" wp14:editId="0E81B9BA">
              <wp:simplePos x="0" y="0"/>
              <wp:positionH relativeFrom="margin">
                <wp:align>right</wp:align>
              </wp:positionH>
              <wp:positionV relativeFrom="paragraph">
                <wp:posOffset>1905</wp:posOffset>
              </wp:positionV>
              <wp:extent cx="1684655" cy="457200"/>
              <wp:effectExtent l="0" t="0" r="0" b="0"/>
              <wp:wrapNone/>
              <wp:docPr id="1234306307" name="Freeform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684655" cy="457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68139" h="913608">
                            <a:moveTo>
                              <a:pt x="0" y="0"/>
                            </a:moveTo>
                            <a:lnTo>
                              <a:pt x="3368139" y="0"/>
                            </a:lnTo>
                            <a:lnTo>
                              <a:pt x="3368139" y="913608"/>
                            </a:lnTo>
                            <a:lnTo>
                              <a:pt x="0" y="913608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4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75C7BA" id="Freeform 7" o:spid="_x0000_s1026" style="position:absolute;margin-left:81.45pt;margin-top:.15pt;width:132.65pt;height:36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3368139,9136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" path="m,l3368139,r,913608l,913608,,xe" stroked="f">
              <v:fill r:id="rId5" o:title="" recolor="t" rotate="t" type="frame"/>
              <v:path arrowok="t"/>
              <o:lock v:ext="edit" aspectratio="t"/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21BEBAF0" wp14:editId="2D163CAA">
              <wp:extent cx="2854325" cy="863600"/>
              <wp:effectExtent l="0" t="0" r="0" b="0"/>
              <wp:docPr id="785321558" name="Freeform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2854325" cy="8636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10442" h="1727409">
                            <a:moveTo>
                              <a:pt x="0" y="0"/>
                            </a:moveTo>
                            <a:lnTo>
                              <a:pt x="5710442" y="0"/>
                            </a:lnTo>
                            <a:lnTo>
                              <a:pt x="5710442" y="1727409"/>
                            </a:lnTo>
                            <a:lnTo>
                              <a:pt x="0" y="172740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6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shape w14:anchorId="1715FCE3" id="Freeform 6" o:spid="_x0000_s1026" style="width:224.75pt;height:6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10442,172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" path="m,l5710442,r,1727409l,1727409,,xe" stroked="f">
              <v:fill r:id="rId7" o:title="" recolor="t" rotate="t" type="frame"/>
              <v:path arrowok="t"/>
              <o:lock v:ext="edit" aspectratio="t"/>
              <w10:anchorlock/>
            </v:shape>
          </w:pict>
        </mc:Fallback>
      </mc:AlternateContent>
    </w:r>
  </w:p>
  <w:p w14:paraId="2750B812" w14:textId="77777777" w:rsidR="00B325EF" w:rsidRDefault="00B325EF" w:rsidP="00B325EF">
    <w:pPr>
      <w:pStyle w:val="Koptekst"/>
    </w:pPr>
  </w:p>
  <w:p w14:paraId="5EB24F9F" w14:textId="77777777" w:rsidR="00B325EF" w:rsidRDefault="00B325EF" w:rsidP="00B325EF">
    <w:pPr>
      <w:pStyle w:val="Koptekst"/>
    </w:pPr>
  </w:p>
  <w:p w14:paraId="79A572BB" w14:textId="77777777" w:rsidR="00B325EF" w:rsidRDefault="00B325EF" w:rsidP="00B325EF">
    <w:pPr>
      <w:pStyle w:val="Koptekst"/>
      <w:tabs>
        <w:tab w:val="left" w:pos="2160"/>
      </w:tabs>
    </w:pPr>
    <w:r>
      <w:tab/>
    </w:r>
  </w:p>
  <w:p w14:paraId="31890F0B" w14:textId="77777777" w:rsidR="00B325EF" w:rsidRDefault="00B325E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2567FD"/>
    <w:multiLevelType w:val="multilevel"/>
    <w:tmpl w:val="494C5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A6E48F9"/>
    <w:multiLevelType w:val="multilevel"/>
    <w:tmpl w:val="6226E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246C39"/>
    <w:multiLevelType w:val="multilevel"/>
    <w:tmpl w:val="055C0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C03AE3"/>
    <w:multiLevelType w:val="multilevel"/>
    <w:tmpl w:val="D2C09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A722EC"/>
    <w:multiLevelType w:val="multilevel"/>
    <w:tmpl w:val="00541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D5330F"/>
    <w:multiLevelType w:val="multilevel"/>
    <w:tmpl w:val="0A42C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B25C7C"/>
    <w:multiLevelType w:val="multilevel"/>
    <w:tmpl w:val="8E328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AD46F0"/>
    <w:multiLevelType w:val="multilevel"/>
    <w:tmpl w:val="36887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480F19"/>
    <w:multiLevelType w:val="multilevel"/>
    <w:tmpl w:val="EAF8F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EE396B"/>
    <w:multiLevelType w:val="multilevel"/>
    <w:tmpl w:val="F864D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7F2875"/>
    <w:multiLevelType w:val="multilevel"/>
    <w:tmpl w:val="91DE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879891">
    <w:abstractNumId w:val="8"/>
  </w:num>
  <w:num w:numId="2" w16cid:durableId="656032599">
    <w:abstractNumId w:val="6"/>
  </w:num>
  <w:num w:numId="3" w16cid:durableId="1932934108">
    <w:abstractNumId w:val="5"/>
  </w:num>
  <w:num w:numId="4" w16cid:durableId="1791632678">
    <w:abstractNumId w:val="4"/>
  </w:num>
  <w:num w:numId="5" w16cid:durableId="1105032745">
    <w:abstractNumId w:val="7"/>
  </w:num>
  <w:num w:numId="6" w16cid:durableId="2005860886">
    <w:abstractNumId w:val="3"/>
  </w:num>
  <w:num w:numId="7" w16cid:durableId="1620606098">
    <w:abstractNumId w:val="2"/>
  </w:num>
  <w:num w:numId="8" w16cid:durableId="216169716">
    <w:abstractNumId w:val="1"/>
  </w:num>
  <w:num w:numId="9" w16cid:durableId="795681588">
    <w:abstractNumId w:val="0"/>
  </w:num>
  <w:num w:numId="10" w16cid:durableId="56443606">
    <w:abstractNumId w:val="17"/>
  </w:num>
  <w:num w:numId="11" w16cid:durableId="1810005102">
    <w:abstractNumId w:val="18"/>
  </w:num>
  <w:num w:numId="12" w16cid:durableId="512770296">
    <w:abstractNumId w:val="16"/>
  </w:num>
  <w:num w:numId="13" w16cid:durableId="1583755110">
    <w:abstractNumId w:val="12"/>
  </w:num>
  <w:num w:numId="14" w16cid:durableId="839199382">
    <w:abstractNumId w:val="10"/>
  </w:num>
  <w:num w:numId="15" w16cid:durableId="1063406865">
    <w:abstractNumId w:val="19"/>
  </w:num>
  <w:num w:numId="16" w16cid:durableId="1910652239">
    <w:abstractNumId w:val="15"/>
  </w:num>
  <w:num w:numId="17" w16cid:durableId="1281110994">
    <w:abstractNumId w:val="13"/>
  </w:num>
  <w:num w:numId="18" w16cid:durableId="1195189763">
    <w:abstractNumId w:val="14"/>
  </w:num>
  <w:num w:numId="19" w16cid:durableId="1008288885">
    <w:abstractNumId w:val="11"/>
  </w:num>
  <w:num w:numId="20" w16cid:durableId="13896484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2FC3"/>
    <w:rsid w:val="0006063C"/>
    <w:rsid w:val="00067BE9"/>
    <w:rsid w:val="000E0B2F"/>
    <w:rsid w:val="000E325D"/>
    <w:rsid w:val="000E72F9"/>
    <w:rsid w:val="00114AB6"/>
    <w:rsid w:val="0015074B"/>
    <w:rsid w:val="001A6BD2"/>
    <w:rsid w:val="001D3570"/>
    <w:rsid w:val="001E5916"/>
    <w:rsid w:val="0025623B"/>
    <w:rsid w:val="0029639D"/>
    <w:rsid w:val="002B5351"/>
    <w:rsid w:val="00326F90"/>
    <w:rsid w:val="0033394F"/>
    <w:rsid w:val="003D1AE4"/>
    <w:rsid w:val="00554DED"/>
    <w:rsid w:val="005E7EE9"/>
    <w:rsid w:val="00633922"/>
    <w:rsid w:val="006805CF"/>
    <w:rsid w:val="0069563B"/>
    <w:rsid w:val="006C5817"/>
    <w:rsid w:val="006E0A3C"/>
    <w:rsid w:val="006F24D6"/>
    <w:rsid w:val="0072059F"/>
    <w:rsid w:val="00793051"/>
    <w:rsid w:val="007B68BD"/>
    <w:rsid w:val="00916F35"/>
    <w:rsid w:val="00931733"/>
    <w:rsid w:val="009901B0"/>
    <w:rsid w:val="00A14E10"/>
    <w:rsid w:val="00A63C03"/>
    <w:rsid w:val="00AA1D8D"/>
    <w:rsid w:val="00AB04CD"/>
    <w:rsid w:val="00AB2855"/>
    <w:rsid w:val="00B325EF"/>
    <w:rsid w:val="00B47730"/>
    <w:rsid w:val="00B7089E"/>
    <w:rsid w:val="00BA2843"/>
    <w:rsid w:val="00BC6764"/>
    <w:rsid w:val="00BD0555"/>
    <w:rsid w:val="00BF0478"/>
    <w:rsid w:val="00BF25E4"/>
    <w:rsid w:val="00C03D77"/>
    <w:rsid w:val="00CB0664"/>
    <w:rsid w:val="00CC7A2D"/>
    <w:rsid w:val="00CF0C64"/>
    <w:rsid w:val="00D677B8"/>
    <w:rsid w:val="00D81EBD"/>
    <w:rsid w:val="00D96AF3"/>
    <w:rsid w:val="00DA451B"/>
    <w:rsid w:val="00DA7196"/>
    <w:rsid w:val="00DB5F78"/>
    <w:rsid w:val="00E449CF"/>
    <w:rsid w:val="00E74FD7"/>
    <w:rsid w:val="00E777D7"/>
    <w:rsid w:val="00ED3212"/>
    <w:rsid w:val="00ED72FF"/>
    <w:rsid w:val="00EE326B"/>
    <w:rsid w:val="00EF4237"/>
    <w:rsid w:val="00FA0E1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3F1834"/>
  <w14:defaultImageDpi w14:val="300"/>
  <w15:docId w15:val="{250FB677-743D-45EF-992C-68211B9BE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opmerking">
    <w:name w:val="annotation text"/>
    <w:basedOn w:val="Standaard"/>
    <w:link w:val="TekstopmerkingChar"/>
    <w:uiPriority w:val="99"/>
    <w:unhideWhenUsed/>
    <w:rsid w:val="00DA719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A7196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449C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970a334-86b6-4444-8814-8e9d0e7c5bdc}" enabled="1" method="Standard" siteId="{1fd9250c-aad6-4af6-8690-29a2f266d4a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Birgit Broekhoven</cp:lastModifiedBy>
  <cp:revision>3</cp:revision>
  <cp:lastPrinted>2026-02-05T12:14:00Z</cp:lastPrinted>
  <dcterms:created xsi:type="dcterms:W3CDTF">2026-07-20T10:02:00Z</dcterms:created>
  <dcterms:modified xsi:type="dcterms:W3CDTF">2026-07-20T10:03:00Z</dcterms:modified>
  <cp:category/>
</cp:coreProperties>
</file>