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95141" w14:textId="5EB9D4E3" w:rsidR="005E7EE9" w:rsidRPr="00FA0E18" w:rsidRDefault="005E7EE9" w:rsidP="00FA0E18">
      <w:pPr>
        <w:rPr>
          <w:rFonts w:ascii="Aptos" w:hAnsi="Aptos"/>
        </w:rPr>
      </w:pPr>
    </w:p>
    <w:p w14:paraId="4D67BA74" w14:textId="77777777" w:rsidR="00FA0E18" w:rsidRPr="00FA0E18" w:rsidRDefault="00FA0E18" w:rsidP="00FA0E18">
      <w:pPr>
        <w:rPr>
          <w:rFonts w:ascii="Aptos" w:hAnsi="Aptos"/>
        </w:rPr>
      </w:pPr>
    </w:p>
    <w:p w14:paraId="57D6024D" w14:textId="77777777" w:rsidR="00FA0E18" w:rsidRPr="00FA0E18" w:rsidRDefault="00FA0E18" w:rsidP="00FA0E18">
      <w:pPr>
        <w:rPr>
          <w:rFonts w:ascii="Aptos" w:hAnsi="Aptos"/>
          <w:b/>
          <w:bCs/>
          <w:sz w:val="28"/>
          <w:szCs w:val="28"/>
          <w:lang w:val="nl-NL"/>
        </w:rPr>
      </w:pPr>
      <w:proofErr w:type="spellStart"/>
      <w:r w:rsidRPr="00FA0E18">
        <w:rPr>
          <w:rFonts w:ascii="Aptos" w:hAnsi="Aptos"/>
          <w:b/>
          <w:bCs/>
          <w:sz w:val="28"/>
          <w:szCs w:val="28"/>
          <w:lang w:val="nl-NL"/>
        </w:rPr>
        <w:t>Practice</w:t>
      </w:r>
      <w:proofErr w:type="spellEnd"/>
      <w:r w:rsidRPr="00FA0E18">
        <w:rPr>
          <w:rFonts w:ascii="Aptos" w:hAnsi="Aptos"/>
          <w:b/>
          <w:bCs/>
          <w:sz w:val="28"/>
          <w:szCs w:val="28"/>
          <w:lang w:val="nl-NL"/>
        </w:rPr>
        <w:t xml:space="preserve"> </w:t>
      </w:r>
      <w:proofErr w:type="spellStart"/>
      <w:r w:rsidRPr="00FA0E18">
        <w:rPr>
          <w:rFonts w:ascii="Aptos" w:hAnsi="Aptos"/>
          <w:b/>
          <w:bCs/>
          <w:sz w:val="28"/>
          <w:szCs w:val="28"/>
          <w:lang w:val="nl-NL"/>
        </w:rPr>
        <w:t>Example</w:t>
      </w:r>
      <w:proofErr w:type="spellEnd"/>
      <w:r w:rsidRPr="00FA0E18">
        <w:rPr>
          <w:rFonts w:ascii="Aptos" w:hAnsi="Aptos"/>
          <w:b/>
          <w:bCs/>
          <w:sz w:val="28"/>
          <w:szCs w:val="28"/>
          <w:lang w:val="nl-NL"/>
        </w:rPr>
        <w:t xml:space="preserve"> 1 – The Netherlands</w:t>
      </w:r>
    </w:p>
    <w:p w14:paraId="48232E25" w14:textId="77777777" w:rsidR="00FA0E18" w:rsidRPr="00FA0E18" w:rsidRDefault="00FA0E18" w:rsidP="00FA0E18">
      <w:pPr>
        <w:rPr>
          <w:rFonts w:ascii="Aptos" w:hAnsi="Aptos"/>
          <w:b/>
          <w:bCs/>
          <w:lang w:val="nl-NL"/>
        </w:rPr>
      </w:pPr>
      <w:r w:rsidRPr="00FA0E18">
        <w:rPr>
          <w:rFonts w:ascii="Aptos" w:hAnsi="Aptos"/>
          <w:b/>
          <w:bCs/>
          <w:lang w:val="nl-NL"/>
        </w:rPr>
        <w:t xml:space="preserve">Universal Screening at Rijswijks Lyceum &amp; Van </w:t>
      </w:r>
      <w:proofErr w:type="spellStart"/>
      <w:r w:rsidRPr="00FA0E18">
        <w:rPr>
          <w:rFonts w:ascii="Aptos" w:hAnsi="Aptos"/>
          <w:b/>
          <w:bCs/>
          <w:lang w:val="nl-NL"/>
        </w:rPr>
        <w:t>Vredenburch</w:t>
      </w:r>
      <w:proofErr w:type="spellEnd"/>
      <w:r w:rsidRPr="00FA0E18">
        <w:rPr>
          <w:rFonts w:ascii="Aptos" w:hAnsi="Aptos"/>
          <w:b/>
          <w:bCs/>
          <w:lang w:val="nl-NL"/>
        </w:rPr>
        <w:t xml:space="preserve"> College</w:t>
      </w:r>
    </w:p>
    <w:p w14:paraId="08AE2A0C" w14:textId="77777777" w:rsidR="00FA0E18" w:rsidRPr="00FA0E18" w:rsidRDefault="00FA0E18" w:rsidP="00FA0E18">
      <w:pPr>
        <w:rPr>
          <w:rFonts w:ascii="Aptos" w:hAnsi="Aptos"/>
          <w:b/>
          <w:bCs/>
          <w:lang w:val="nl-NL"/>
        </w:rPr>
      </w:pPr>
      <w:r w:rsidRPr="00FA0E18">
        <w:rPr>
          <w:rFonts w:ascii="Aptos" w:hAnsi="Aptos"/>
          <w:b/>
          <w:bCs/>
          <w:lang w:val="nl-NL"/>
        </w:rPr>
        <w:t>Context</w:t>
      </w:r>
    </w:p>
    <w:p w14:paraId="1C8FB15A" w14:textId="77777777" w:rsidR="00FA0E18" w:rsidRPr="00FA0E18" w:rsidRDefault="00FA0E18" w:rsidP="00FA0E18">
      <w:pPr>
        <w:rPr>
          <w:rFonts w:ascii="Aptos" w:hAnsi="Aptos"/>
          <w:lang w:val="nl-NL"/>
        </w:rPr>
      </w:pPr>
      <w:r w:rsidRPr="00FA0E18">
        <w:rPr>
          <w:rFonts w:ascii="Aptos" w:hAnsi="Aptos"/>
          <w:lang w:val="nl-NL"/>
        </w:rPr>
        <w:t xml:space="preserve">Rijswijks Lyceum &amp; Van </w:t>
      </w:r>
      <w:proofErr w:type="spellStart"/>
      <w:r w:rsidRPr="00FA0E18">
        <w:rPr>
          <w:rFonts w:ascii="Aptos" w:hAnsi="Aptos"/>
          <w:lang w:val="nl-NL"/>
        </w:rPr>
        <w:t>Vredenburch</w:t>
      </w:r>
      <w:proofErr w:type="spellEnd"/>
      <w:r w:rsidRPr="00FA0E18">
        <w:rPr>
          <w:rFonts w:ascii="Aptos" w:hAnsi="Aptos"/>
          <w:lang w:val="nl-NL"/>
        </w:rPr>
        <w:t xml:space="preserve"> College is a </w:t>
      </w:r>
      <w:proofErr w:type="spellStart"/>
      <w:r w:rsidRPr="00FA0E18">
        <w:rPr>
          <w:rFonts w:ascii="Aptos" w:hAnsi="Aptos"/>
          <w:lang w:val="nl-NL"/>
        </w:rPr>
        <w:t>secondary</w:t>
      </w:r>
      <w:proofErr w:type="spellEnd"/>
      <w:r w:rsidRPr="00FA0E18">
        <w:rPr>
          <w:rFonts w:ascii="Aptos" w:hAnsi="Aptos"/>
          <w:lang w:val="nl-NL"/>
        </w:rPr>
        <w:t xml:space="preserve"> school in </w:t>
      </w:r>
      <w:proofErr w:type="spellStart"/>
      <w:r w:rsidRPr="00FA0E18">
        <w:rPr>
          <w:rFonts w:ascii="Aptos" w:hAnsi="Aptos"/>
          <w:lang w:val="nl-NL"/>
        </w:rPr>
        <w:t>the</w:t>
      </w:r>
      <w:proofErr w:type="spellEnd"/>
      <w:r w:rsidRPr="00FA0E18">
        <w:rPr>
          <w:rFonts w:ascii="Aptos" w:hAnsi="Aptos"/>
          <w:lang w:val="nl-NL"/>
        </w:rPr>
        <w:t xml:space="preserve"> Netherlands </w:t>
      </w:r>
      <w:proofErr w:type="spellStart"/>
      <w:r w:rsidRPr="00FA0E18">
        <w:rPr>
          <w:rFonts w:ascii="Aptos" w:hAnsi="Aptos"/>
          <w:lang w:val="nl-NL"/>
        </w:rPr>
        <w:t>with</w:t>
      </w:r>
      <w:proofErr w:type="spellEnd"/>
      <w:r w:rsidRPr="00FA0E18">
        <w:rPr>
          <w:rFonts w:ascii="Aptos" w:hAnsi="Aptos"/>
          <w:lang w:val="nl-NL"/>
        </w:rPr>
        <w:t xml:space="preserve"> a diverse student </w:t>
      </w:r>
      <w:proofErr w:type="spellStart"/>
      <w:r w:rsidRPr="00FA0E18">
        <w:rPr>
          <w:rFonts w:ascii="Aptos" w:hAnsi="Aptos"/>
          <w:lang w:val="nl-NL"/>
        </w:rPr>
        <w:t>population</w:t>
      </w:r>
      <w:proofErr w:type="spellEnd"/>
      <w:r w:rsidRPr="00FA0E18">
        <w:rPr>
          <w:rFonts w:ascii="Aptos" w:hAnsi="Aptos"/>
          <w:lang w:val="nl-NL"/>
        </w:rPr>
        <w:t xml:space="preserve">. </w:t>
      </w:r>
      <w:proofErr w:type="spellStart"/>
      <w:r w:rsidRPr="00FA0E18">
        <w:rPr>
          <w:rFonts w:ascii="Aptos" w:hAnsi="Aptos"/>
          <w:lang w:val="nl-NL"/>
        </w:rPr>
        <w:t>Within</w:t>
      </w:r>
      <w:proofErr w:type="spellEnd"/>
      <w:r w:rsidRPr="00FA0E18">
        <w:rPr>
          <w:rFonts w:ascii="Aptos" w:hAnsi="Aptos"/>
          <w:lang w:val="nl-NL"/>
        </w:rPr>
        <w:t xml:space="preserve"> </w:t>
      </w:r>
      <w:proofErr w:type="spellStart"/>
      <w:r w:rsidRPr="00FA0E18">
        <w:rPr>
          <w:rFonts w:ascii="Aptos" w:hAnsi="Aptos"/>
          <w:lang w:val="nl-NL"/>
        </w:rPr>
        <w:t>the</w:t>
      </w:r>
      <w:proofErr w:type="spellEnd"/>
      <w:r w:rsidRPr="00FA0E18">
        <w:rPr>
          <w:rFonts w:ascii="Aptos" w:hAnsi="Aptos"/>
          <w:lang w:val="nl-NL"/>
        </w:rPr>
        <w:t xml:space="preserve"> EGE project, </w:t>
      </w:r>
      <w:proofErr w:type="spellStart"/>
      <w:r w:rsidRPr="00FA0E18">
        <w:rPr>
          <w:rFonts w:ascii="Aptos" w:hAnsi="Aptos"/>
          <w:lang w:val="nl-NL"/>
        </w:rPr>
        <w:t>the</w:t>
      </w:r>
      <w:proofErr w:type="spellEnd"/>
      <w:r w:rsidRPr="00FA0E18">
        <w:rPr>
          <w:rFonts w:ascii="Aptos" w:hAnsi="Aptos"/>
          <w:lang w:val="nl-NL"/>
        </w:rPr>
        <w:t xml:space="preserve"> school </w:t>
      </w:r>
      <w:proofErr w:type="spellStart"/>
      <w:r w:rsidRPr="00FA0E18">
        <w:rPr>
          <w:rFonts w:ascii="Aptos" w:hAnsi="Aptos"/>
          <w:lang w:val="nl-NL"/>
        </w:rPr>
        <w:t>wanted</w:t>
      </w:r>
      <w:proofErr w:type="spellEnd"/>
      <w:r w:rsidRPr="00FA0E18">
        <w:rPr>
          <w:rFonts w:ascii="Aptos" w:hAnsi="Aptos"/>
          <w:lang w:val="nl-NL"/>
        </w:rPr>
        <w:t xml:space="preserve"> </w:t>
      </w:r>
      <w:proofErr w:type="spellStart"/>
      <w:r w:rsidRPr="00FA0E18">
        <w:rPr>
          <w:rFonts w:ascii="Aptos" w:hAnsi="Aptos"/>
          <w:lang w:val="nl-NL"/>
        </w:rPr>
        <w:t>to</w:t>
      </w:r>
      <w:proofErr w:type="spellEnd"/>
      <w:r w:rsidRPr="00FA0E18">
        <w:rPr>
          <w:rFonts w:ascii="Aptos" w:hAnsi="Aptos"/>
          <w:lang w:val="nl-NL"/>
        </w:rPr>
        <w:t xml:space="preserve"> </w:t>
      </w:r>
      <w:proofErr w:type="spellStart"/>
      <w:r w:rsidRPr="00FA0E18">
        <w:rPr>
          <w:rFonts w:ascii="Aptos" w:hAnsi="Aptos"/>
          <w:lang w:val="nl-NL"/>
        </w:rPr>
        <w:t>explore</w:t>
      </w:r>
      <w:proofErr w:type="spellEnd"/>
      <w:r w:rsidRPr="00FA0E18">
        <w:rPr>
          <w:rFonts w:ascii="Aptos" w:hAnsi="Aptos"/>
          <w:lang w:val="nl-NL"/>
        </w:rPr>
        <w:t xml:space="preserve"> </w:t>
      </w:r>
      <w:proofErr w:type="spellStart"/>
      <w:r w:rsidRPr="00FA0E18">
        <w:rPr>
          <w:rFonts w:ascii="Aptos" w:hAnsi="Aptos"/>
          <w:lang w:val="nl-NL"/>
        </w:rPr>
        <w:t>whether</w:t>
      </w:r>
      <w:proofErr w:type="spellEnd"/>
      <w:r w:rsidRPr="00FA0E18">
        <w:rPr>
          <w:rFonts w:ascii="Aptos" w:hAnsi="Aptos"/>
          <w:lang w:val="nl-NL"/>
        </w:rPr>
        <w:t xml:space="preserve"> </w:t>
      </w:r>
      <w:proofErr w:type="spellStart"/>
      <w:r w:rsidRPr="00FA0E18">
        <w:rPr>
          <w:rFonts w:ascii="Aptos" w:hAnsi="Aptos"/>
          <w:lang w:val="nl-NL"/>
        </w:rPr>
        <w:t>universal</w:t>
      </w:r>
      <w:proofErr w:type="spellEnd"/>
      <w:r w:rsidRPr="00FA0E18">
        <w:rPr>
          <w:rFonts w:ascii="Aptos" w:hAnsi="Aptos"/>
          <w:lang w:val="nl-NL"/>
        </w:rPr>
        <w:t xml:space="preserve"> </w:t>
      </w:r>
      <w:proofErr w:type="spellStart"/>
      <w:r w:rsidRPr="00FA0E18">
        <w:rPr>
          <w:rFonts w:ascii="Aptos" w:hAnsi="Aptos"/>
          <w:lang w:val="nl-NL"/>
        </w:rPr>
        <w:t>cognitive</w:t>
      </w:r>
      <w:proofErr w:type="spellEnd"/>
      <w:r w:rsidRPr="00FA0E18">
        <w:rPr>
          <w:rFonts w:ascii="Aptos" w:hAnsi="Aptos"/>
          <w:lang w:val="nl-NL"/>
        </w:rPr>
        <w:t xml:space="preserve"> screening </w:t>
      </w:r>
      <w:proofErr w:type="spellStart"/>
      <w:r w:rsidRPr="00FA0E18">
        <w:rPr>
          <w:rFonts w:ascii="Aptos" w:hAnsi="Aptos"/>
          <w:lang w:val="nl-NL"/>
        </w:rPr>
        <w:t>could</w:t>
      </w:r>
      <w:proofErr w:type="spellEnd"/>
      <w:r w:rsidRPr="00FA0E18">
        <w:rPr>
          <w:rFonts w:ascii="Aptos" w:hAnsi="Aptos"/>
          <w:lang w:val="nl-NL"/>
        </w:rPr>
        <w:t xml:space="preserve"> help </w:t>
      </w:r>
      <w:proofErr w:type="spellStart"/>
      <w:r w:rsidRPr="00FA0E18">
        <w:rPr>
          <w:rFonts w:ascii="Aptos" w:hAnsi="Aptos"/>
          <w:lang w:val="nl-NL"/>
        </w:rPr>
        <w:t>identify</w:t>
      </w:r>
      <w:proofErr w:type="spellEnd"/>
      <w:r w:rsidRPr="00FA0E18">
        <w:rPr>
          <w:rFonts w:ascii="Aptos" w:hAnsi="Aptos"/>
          <w:lang w:val="nl-NL"/>
        </w:rPr>
        <w:t xml:space="preserve"> </w:t>
      </w:r>
      <w:proofErr w:type="spellStart"/>
      <w:r w:rsidRPr="00FA0E18">
        <w:rPr>
          <w:rFonts w:ascii="Aptos" w:hAnsi="Aptos"/>
          <w:lang w:val="nl-NL"/>
        </w:rPr>
        <w:t>gifted</w:t>
      </w:r>
      <w:proofErr w:type="spellEnd"/>
      <w:r w:rsidRPr="00FA0E18">
        <w:rPr>
          <w:rFonts w:ascii="Aptos" w:hAnsi="Aptos"/>
          <w:lang w:val="nl-NL"/>
        </w:rPr>
        <w:t xml:space="preserve"> </w:t>
      </w:r>
      <w:proofErr w:type="spellStart"/>
      <w:r w:rsidRPr="00FA0E18">
        <w:rPr>
          <w:rFonts w:ascii="Aptos" w:hAnsi="Aptos"/>
          <w:lang w:val="nl-NL"/>
        </w:rPr>
        <w:t>students</w:t>
      </w:r>
      <w:proofErr w:type="spellEnd"/>
      <w:r w:rsidRPr="00FA0E18">
        <w:rPr>
          <w:rFonts w:ascii="Aptos" w:hAnsi="Aptos"/>
          <w:lang w:val="nl-NL"/>
        </w:rPr>
        <w:t xml:space="preserve"> </w:t>
      </w:r>
      <w:proofErr w:type="spellStart"/>
      <w:r w:rsidRPr="00FA0E18">
        <w:rPr>
          <w:rFonts w:ascii="Aptos" w:hAnsi="Aptos"/>
          <w:lang w:val="nl-NL"/>
        </w:rPr>
        <w:t>whose</w:t>
      </w:r>
      <w:proofErr w:type="spellEnd"/>
      <w:r w:rsidRPr="00FA0E18">
        <w:rPr>
          <w:rFonts w:ascii="Aptos" w:hAnsi="Aptos"/>
          <w:lang w:val="nl-NL"/>
        </w:rPr>
        <w:t xml:space="preserve"> </w:t>
      </w:r>
      <w:proofErr w:type="spellStart"/>
      <w:r w:rsidRPr="00FA0E18">
        <w:rPr>
          <w:rFonts w:ascii="Aptos" w:hAnsi="Aptos"/>
          <w:lang w:val="nl-NL"/>
        </w:rPr>
        <w:t>abilities</w:t>
      </w:r>
      <w:proofErr w:type="spellEnd"/>
      <w:r w:rsidRPr="00FA0E18">
        <w:rPr>
          <w:rFonts w:ascii="Aptos" w:hAnsi="Aptos"/>
          <w:lang w:val="nl-NL"/>
        </w:rPr>
        <w:t xml:space="preserve"> </w:t>
      </w:r>
      <w:proofErr w:type="spellStart"/>
      <w:r w:rsidRPr="00FA0E18">
        <w:rPr>
          <w:rFonts w:ascii="Aptos" w:hAnsi="Aptos"/>
          <w:lang w:val="nl-NL"/>
        </w:rPr>
        <w:t>were</w:t>
      </w:r>
      <w:proofErr w:type="spellEnd"/>
      <w:r w:rsidRPr="00FA0E18">
        <w:rPr>
          <w:rFonts w:ascii="Aptos" w:hAnsi="Aptos"/>
          <w:lang w:val="nl-NL"/>
        </w:rPr>
        <w:t xml:space="preserve"> </w:t>
      </w:r>
      <w:proofErr w:type="spellStart"/>
      <w:r w:rsidRPr="00FA0E18">
        <w:rPr>
          <w:rFonts w:ascii="Aptos" w:hAnsi="Aptos"/>
          <w:lang w:val="nl-NL"/>
        </w:rPr>
        <w:t>not</w:t>
      </w:r>
      <w:proofErr w:type="spellEnd"/>
      <w:r w:rsidRPr="00FA0E18">
        <w:rPr>
          <w:rFonts w:ascii="Aptos" w:hAnsi="Aptos"/>
          <w:lang w:val="nl-NL"/>
        </w:rPr>
        <w:t xml:space="preserve"> </w:t>
      </w:r>
      <w:proofErr w:type="spellStart"/>
      <w:r w:rsidRPr="00FA0E18">
        <w:rPr>
          <w:rFonts w:ascii="Aptos" w:hAnsi="Aptos"/>
          <w:lang w:val="nl-NL"/>
        </w:rPr>
        <w:t>yet</w:t>
      </w:r>
      <w:proofErr w:type="spellEnd"/>
      <w:r w:rsidRPr="00FA0E18">
        <w:rPr>
          <w:rFonts w:ascii="Aptos" w:hAnsi="Aptos"/>
          <w:lang w:val="nl-NL"/>
        </w:rPr>
        <w:t xml:space="preserve"> </w:t>
      </w:r>
      <w:proofErr w:type="spellStart"/>
      <w:r w:rsidRPr="00FA0E18">
        <w:rPr>
          <w:rFonts w:ascii="Aptos" w:hAnsi="Aptos"/>
          <w:lang w:val="nl-NL"/>
        </w:rPr>
        <w:t>recognised</w:t>
      </w:r>
      <w:proofErr w:type="spellEnd"/>
      <w:r w:rsidRPr="00FA0E18">
        <w:rPr>
          <w:rFonts w:ascii="Aptos" w:hAnsi="Aptos"/>
          <w:lang w:val="nl-NL"/>
        </w:rPr>
        <w:t xml:space="preserve"> </w:t>
      </w:r>
      <w:proofErr w:type="spellStart"/>
      <w:r w:rsidRPr="00FA0E18">
        <w:rPr>
          <w:rFonts w:ascii="Aptos" w:hAnsi="Aptos"/>
          <w:lang w:val="nl-NL"/>
        </w:rPr>
        <w:t>through</w:t>
      </w:r>
      <w:proofErr w:type="spellEnd"/>
      <w:r w:rsidRPr="00FA0E18">
        <w:rPr>
          <w:rFonts w:ascii="Aptos" w:hAnsi="Aptos"/>
          <w:lang w:val="nl-NL"/>
        </w:rPr>
        <w:t xml:space="preserve"> traditional school procedures.</w:t>
      </w:r>
    </w:p>
    <w:p w14:paraId="4F939CDD" w14:textId="77777777" w:rsidR="00FA0E18" w:rsidRPr="00FA0E18" w:rsidRDefault="00FA0E18" w:rsidP="00FA0E18">
      <w:pPr>
        <w:rPr>
          <w:rFonts w:ascii="Aptos" w:hAnsi="Aptos"/>
          <w:b/>
          <w:bCs/>
          <w:lang w:val="nl-NL"/>
        </w:rPr>
      </w:pPr>
      <w:proofErr w:type="spellStart"/>
      <w:r w:rsidRPr="00FA0E18">
        <w:rPr>
          <w:rFonts w:ascii="Aptos" w:hAnsi="Aptos"/>
          <w:b/>
          <w:bCs/>
          <w:lang w:val="nl-NL"/>
        </w:rPr>
        <w:t>Implementation</w:t>
      </w:r>
      <w:proofErr w:type="spellEnd"/>
    </w:p>
    <w:p w14:paraId="6CF5BBF3" w14:textId="77777777" w:rsidR="00FA0E18" w:rsidRPr="00FA0E18" w:rsidRDefault="00FA0E18" w:rsidP="00FA0E18">
      <w:pPr>
        <w:rPr>
          <w:rFonts w:ascii="Aptos" w:hAnsi="Aptos"/>
          <w:lang w:val="nl-NL"/>
        </w:rPr>
      </w:pPr>
      <w:proofErr w:type="spellStart"/>
      <w:r w:rsidRPr="00FA0E18">
        <w:rPr>
          <w:rFonts w:ascii="Aptos" w:hAnsi="Aptos"/>
          <w:lang w:val="nl-NL"/>
        </w:rPr>
        <w:t>Students</w:t>
      </w:r>
      <w:proofErr w:type="spellEnd"/>
      <w:r w:rsidRPr="00FA0E18">
        <w:rPr>
          <w:rFonts w:ascii="Aptos" w:hAnsi="Aptos"/>
          <w:lang w:val="nl-NL"/>
        </w:rPr>
        <w:t xml:space="preserve"> </w:t>
      </w:r>
      <w:proofErr w:type="spellStart"/>
      <w:r w:rsidRPr="00FA0E18">
        <w:rPr>
          <w:rFonts w:ascii="Aptos" w:hAnsi="Aptos"/>
          <w:lang w:val="nl-NL"/>
        </w:rPr>
        <w:t>participated</w:t>
      </w:r>
      <w:proofErr w:type="spellEnd"/>
      <w:r w:rsidRPr="00FA0E18">
        <w:rPr>
          <w:rFonts w:ascii="Aptos" w:hAnsi="Aptos"/>
          <w:lang w:val="nl-NL"/>
        </w:rPr>
        <w:t xml:space="preserve"> in </w:t>
      </w:r>
      <w:proofErr w:type="spellStart"/>
      <w:r w:rsidRPr="00FA0E18">
        <w:rPr>
          <w:rFonts w:ascii="Aptos" w:hAnsi="Aptos"/>
          <w:lang w:val="nl-NL"/>
        </w:rPr>
        <w:t>the</w:t>
      </w:r>
      <w:proofErr w:type="spellEnd"/>
      <w:r w:rsidRPr="00FA0E18">
        <w:rPr>
          <w:rFonts w:ascii="Aptos" w:hAnsi="Aptos"/>
          <w:lang w:val="nl-NL"/>
        </w:rPr>
        <w:t xml:space="preserve"> COVAT-3 (EGE Module) </w:t>
      </w:r>
      <w:proofErr w:type="spellStart"/>
      <w:r w:rsidRPr="00FA0E18">
        <w:rPr>
          <w:rFonts w:ascii="Aptos" w:hAnsi="Aptos"/>
          <w:lang w:val="nl-NL"/>
        </w:rPr>
        <w:t>under</w:t>
      </w:r>
      <w:proofErr w:type="spellEnd"/>
      <w:r w:rsidRPr="00FA0E18">
        <w:rPr>
          <w:rFonts w:ascii="Aptos" w:hAnsi="Aptos"/>
          <w:lang w:val="nl-NL"/>
        </w:rPr>
        <w:t xml:space="preserve"> </w:t>
      </w:r>
      <w:proofErr w:type="spellStart"/>
      <w:r w:rsidRPr="00FA0E18">
        <w:rPr>
          <w:rFonts w:ascii="Aptos" w:hAnsi="Aptos"/>
          <w:lang w:val="nl-NL"/>
        </w:rPr>
        <w:t>standardised</w:t>
      </w:r>
      <w:proofErr w:type="spellEnd"/>
      <w:r w:rsidRPr="00FA0E18">
        <w:rPr>
          <w:rFonts w:ascii="Aptos" w:hAnsi="Aptos"/>
          <w:lang w:val="nl-NL"/>
        </w:rPr>
        <w:t xml:space="preserve"> </w:t>
      </w:r>
      <w:proofErr w:type="spellStart"/>
      <w:r w:rsidRPr="00FA0E18">
        <w:rPr>
          <w:rFonts w:ascii="Aptos" w:hAnsi="Aptos"/>
          <w:lang w:val="nl-NL"/>
        </w:rPr>
        <w:t>testing</w:t>
      </w:r>
      <w:proofErr w:type="spellEnd"/>
      <w:r w:rsidRPr="00FA0E18">
        <w:rPr>
          <w:rFonts w:ascii="Aptos" w:hAnsi="Aptos"/>
          <w:lang w:val="nl-NL"/>
        </w:rPr>
        <w:t xml:space="preserve"> </w:t>
      </w:r>
      <w:proofErr w:type="spellStart"/>
      <w:r w:rsidRPr="00FA0E18">
        <w:rPr>
          <w:rFonts w:ascii="Aptos" w:hAnsi="Aptos"/>
          <w:lang w:val="nl-NL"/>
        </w:rPr>
        <w:t>conditions</w:t>
      </w:r>
      <w:proofErr w:type="spellEnd"/>
      <w:r w:rsidRPr="00FA0E18">
        <w:rPr>
          <w:rFonts w:ascii="Aptos" w:hAnsi="Aptos"/>
          <w:lang w:val="nl-NL"/>
        </w:rPr>
        <w:t xml:space="preserve">. The assessment </w:t>
      </w:r>
      <w:proofErr w:type="spellStart"/>
      <w:r w:rsidRPr="00FA0E18">
        <w:rPr>
          <w:rFonts w:ascii="Aptos" w:hAnsi="Aptos"/>
          <w:lang w:val="nl-NL"/>
        </w:rPr>
        <w:t>focused</w:t>
      </w:r>
      <w:proofErr w:type="spellEnd"/>
      <w:r w:rsidRPr="00FA0E18">
        <w:rPr>
          <w:rFonts w:ascii="Aptos" w:hAnsi="Aptos"/>
          <w:lang w:val="nl-NL"/>
        </w:rPr>
        <w:t xml:space="preserve"> on </w:t>
      </w:r>
      <w:proofErr w:type="spellStart"/>
      <w:r w:rsidRPr="00FA0E18">
        <w:rPr>
          <w:rFonts w:ascii="Aptos" w:hAnsi="Aptos"/>
          <w:lang w:val="nl-NL"/>
        </w:rPr>
        <w:t>fluid</w:t>
      </w:r>
      <w:proofErr w:type="spellEnd"/>
      <w:r w:rsidRPr="00FA0E18">
        <w:rPr>
          <w:rFonts w:ascii="Aptos" w:hAnsi="Aptos"/>
          <w:lang w:val="nl-NL"/>
        </w:rPr>
        <w:t xml:space="preserve"> </w:t>
      </w:r>
      <w:proofErr w:type="spellStart"/>
      <w:r w:rsidRPr="00FA0E18">
        <w:rPr>
          <w:rFonts w:ascii="Aptos" w:hAnsi="Aptos"/>
          <w:lang w:val="nl-NL"/>
        </w:rPr>
        <w:t>reasoning</w:t>
      </w:r>
      <w:proofErr w:type="spellEnd"/>
      <w:r w:rsidRPr="00FA0E18">
        <w:rPr>
          <w:rFonts w:ascii="Aptos" w:hAnsi="Aptos"/>
          <w:lang w:val="nl-NL"/>
        </w:rPr>
        <w:t xml:space="preserve"> </w:t>
      </w:r>
      <w:proofErr w:type="spellStart"/>
      <w:r w:rsidRPr="00FA0E18">
        <w:rPr>
          <w:rFonts w:ascii="Aptos" w:hAnsi="Aptos"/>
          <w:lang w:val="nl-NL"/>
        </w:rPr>
        <w:t>rather</w:t>
      </w:r>
      <w:proofErr w:type="spellEnd"/>
      <w:r w:rsidRPr="00FA0E18">
        <w:rPr>
          <w:rFonts w:ascii="Aptos" w:hAnsi="Aptos"/>
          <w:lang w:val="nl-NL"/>
        </w:rPr>
        <w:t xml:space="preserve"> </w:t>
      </w:r>
      <w:proofErr w:type="spellStart"/>
      <w:r w:rsidRPr="00FA0E18">
        <w:rPr>
          <w:rFonts w:ascii="Aptos" w:hAnsi="Aptos"/>
          <w:lang w:val="nl-NL"/>
        </w:rPr>
        <w:t>than</w:t>
      </w:r>
      <w:proofErr w:type="spellEnd"/>
      <w:r w:rsidRPr="00FA0E18">
        <w:rPr>
          <w:rFonts w:ascii="Aptos" w:hAnsi="Aptos"/>
          <w:lang w:val="nl-NL"/>
        </w:rPr>
        <w:t xml:space="preserve"> </w:t>
      </w:r>
      <w:proofErr w:type="spellStart"/>
      <w:r w:rsidRPr="00FA0E18">
        <w:rPr>
          <w:rFonts w:ascii="Aptos" w:hAnsi="Aptos"/>
          <w:lang w:val="nl-NL"/>
        </w:rPr>
        <w:t>acquired</w:t>
      </w:r>
      <w:proofErr w:type="spellEnd"/>
      <w:r w:rsidRPr="00FA0E18">
        <w:rPr>
          <w:rFonts w:ascii="Aptos" w:hAnsi="Aptos"/>
          <w:lang w:val="nl-NL"/>
        </w:rPr>
        <w:t xml:space="preserve"> </w:t>
      </w:r>
      <w:proofErr w:type="spellStart"/>
      <w:r w:rsidRPr="00FA0E18">
        <w:rPr>
          <w:rFonts w:ascii="Aptos" w:hAnsi="Aptos"/>
          <w:lang w:val="nl-NL"/>
        </w:rPr>
        <w:t>knowledge</w:t>
      </w:r>
      <w:proofErr w:type="spellEnd"/>
      <w:r w:rsidRPr="00FA0E18">
        <w:rPr>
          <w:rFonts w:ascii="Aptos" w:hAnsi="Aptos"/>
          <w:lang w:val="nl-NL"/>
        </w:rPr>
        <w:t xml:space="preserve">, </w:t>
      </w:r>
      <w:proofErr w:type="spellStart"/>
      <w:r w:rsidRPr="00FA0E18">
        <w:rPr>
          <w:rFonts w:ascii="Aptos" w:hAnsi="Aptos"/>
          <w:lang w:val="nl-NL"/>
        </w:rPr>
        <w:t>providing</w:t>
      </w:r>
      <w:proofErr w:type="spellEnd"/>
      <w:r w:rsidRPr="00FA0E18">
        <w:rPr>
          <w:rFonts w:ascii="Aptos" w:hAnsi="Aptos"/>
          <w:lang w:val="nl-NL"/>
        </w:rPr>
        <w:t xml:space="preserve"> </w:t>
      </w:r>
      <w:proofErr w:type="spellStart"/>
      <w:r w:rsidRPr="00FA0E18">
        <w:rPr>
          <w:rFonts w:ascii="Aptos" w:hAnsi="Aptos"/>
          <w:lang w:val="nl-NL"/>
        </w:rPr>
        <w:t>opportunities</w:t>
      </w:r>
      <w:proofErr w:type="spellEnd"/>
      <w:r w:rsidRPr="00FA0E18">
        <w:rPr>
          <w:rFonts w:ascii="Aptos" w:hAnsi="Aptos"/>
          <w:lang w:val="nl-NL"/>
        </w:rPr>
        <w:t xml:space="preserve"> </w:t>
      </w:r>
      <w:proofErr w:type="spellStart"/>
      <w:r w:rsidRPr="00FA0E18">
        <w:rPr>
          <w:rFonts w:ascii="Aptos" w:hAnsi="Aptos"/>
          <w:lang w:val="nl-NL"/>
        </w:rPr>
        <w:t>for</w:t>
      </w:r>
      <w:proofErr w:type="spellEnd"/>
      <w:r w:rsidRPr="00FA0E18">
        <w:rPr>
          <w:rFonts w:ascii="Aptos" w:hAnsi="Aptos"/>
          <w:lang w:val="nl-NL"/>
        </w:rPr>
        <w:t xml:space="preserve"> </w:t>
      </w:r>
      <w:proofErr w:type="spellStart"/>
      <w:r w:rsidRPr="00FA0E18">
        <w:rPr>
          <w:rFonts w:ascii="Aptos" w:hAnsi="Aptos"/>
          <w:lang w:val="nl-NL"/>
        </w:rPr>
        <w:t>students</w:t>
      </w:r>
      <w:proofErr w:type="spellEnd"/>
      <w:r w:rsidRPr="00FA0E18">
        <w:rPr>
          <w:rFonts w:ascii="Aptos" w:hAnsi="Aptos"/>
          <w:lang w:val="nl-NL"/>
        </w:rPr>
        <w:t xml:space="preserve"> </w:t>
      </w:r>
      <w:proofErr w:type="spellStart"/>
      <w:r w:rsidRPr="00FA0E18">
        <w:rPr>
          <w:rFonts w:ascii="Aptos" w:hAnsi="Aptos"/>
          <w:lang w:val="nl-NL"/>
        </w:rPr>
        <w:t>from</w:t>
      </w:r>
      <w:proofErr w:type="spellEnd"/>
      <w:r w:rsidRPr="00FA0E18">
        <w:rPr>
          <w:rFonts w:ascii="Aptos" w:hAnsi="Aptos"/>
          <w:lang w:val="nl-NL"/>
        </w:rPr>
        <w:t xml:space="preserve"> different </w:t>
      </w:r>
      <w:proofErr w:type="spellStart"/>
      <w:r w:rsidRPr="00FA0E18">
        <w:rPr>
          <w:rFonts w:ascii="Aptos" w:hAnsi="Aptos"/>
          <w:lang w:val="nl-NL"/>
        </w:rPr>
        <w:t>educational</w:t>
      </w:r>
      <w:proofErr w:type="spellEnd"/>
      <w:r w:rsidRPr="00FA0E18">
        <w:rPr>
          <w:rFonts w:ascii="Aptos" w:hAnsi="Aptos"/>
          <w:lang w:val="nl-NL"/>
        </w:rPr>
        <w:t xml:space="preserve"> </w:t>
      </w:r>
      <w:proofErr w:type="spellStart"/>
      <w:r w:rsidRPr="00FA0E18">
        <w:rPr>
          <w:rFonts w:ascii="Aptos" w:hAnsi="Aptos"/>
          <w:lang w:val="nl-NL"/>
        </w:rPr>
        <w:t>and</w:t>
      </w:r>
      <w:proofErr w:type="spellEnd"/>
      <w:r w:rsidRPr="00FA0E18">
        <w:rPr>
          <w:rFonts w:ascii="Aptos" w:hAnsi="Aptos"/>
          <w:lang w:val="nl-NL"/>
        </w:rPr>
        <w:t xml:space="preserve"> </w:t>
      </w:r>
      <w:proofErr w:type="spellStart"/>
      <w:r w:rsidRPr="00FA0E18">
        <w:rPr>
          <w:rFonts w:ascii="Aptos" w:hAnsi="Aptos"/>
          <w:lang w:val="nl-NL"/>
        </w:rPr>
        <w:t>linguistic</w:t>
      </w:r>
      <w:proofErr w:type="spellEnd"/>
      <w:r w:rsidRPr="00FA0E18">
        <w:rPr>
          <w:rFonts w:ascii="Aptos" w:hAnsi="Aptos"/>
          <w:lang w:val="nl-NL"/>
        </w:rPr>
        <w:t xml:space="preserve"> </w:t>
      </w:r>
      <w:proofErr w:type="spellStart"/>
      <w:r w:rsidRPr="00FA0E18">
        <w:rPr>
          <w:rFonts w:ascii="Aptos" w:hAnsi="Aptos"/>
          <w:lang w:val="nl-NL"/>
        </w:rPr>
        <w:t>backgrounds</w:t>
      </w:r>
      <w:proofErr w:type="spellEnd"/>
      <w:r w:rsidRPr="00FA0E18">
        <w:rPr>
          <w:rFonts w:ascii="Aptos" w:hAnsi="Aptos"/>
          <w:lang w:val="nl-NL"/>
        </w:rPr>
        <w:t xml:space="preserve"> </w:t>
      </w:r>
      <w:proofErr w:type="spellStart"/>
      <w:r w:rsidRPr="00FA0E18">
        <w:rPr>
          <w:rFonts w:ascii="Aptos" w:hAnsi="Aptos"/>
          <w:lang w:val="nl-NL"/>
        </w:rPr>
        <w:t>to</w:t>
      </w:r>
      <w:proofErr w:type="spellEnd"/>
      <w:r w:rsidRPr="00FA0E18">
        <w:rPr>
          <w:rFonts w:ascii="Aptos" w:hAnsi="Aptos"/>
          <w:lang w:val="nl-NL"/>
        </w:rPr>
        <w:t xml:space="preserve"> </w:t>
      </w:r>
      <w:proofErr w:type="spellStart"/>
      <w:r w:rsidRPr="00FA0E18">
        <w:rPr>
          <w:rFonts w:ascii="Aptos" w:hAnsi="Aptos"/>
          <w:lang w:val="nl-NL"/>
        </w:rPr>
        <w:t>demonstrate</w:t>
      </w:r>
      <w:proofErr w:type="spellEnd"/>
      <w:r w:rsidRPr="00FA0E18">
        <w:rPr>
          <w:rFonts w:ascii="Aptos" w:hAnsi="Aptos"/>
          <w:lang w:val="nl-NL"/>
        </w:rPr>
        <w:t xml:space="preserve"> </w:t>
      </w:r>
      <w:proofErr w:type="spellStart"/>
      <w:r w:rsidRPr="00FA0E18">
        <w:rPr>
          <w:rFonts w:ascii="Aptos" w:hAnsi="Aptos"/>
          <w:lang w:val="nl-NL"/>
        </w:rPr>
        <w:t>their</w:t>
      </w:r>
      <w:proofErr w:type="spellEnd"/>
      <w:r w:rsidRPr="00FA0E18">
        <w:rPr>
          <w:rFonts w:ascii="Aptos" w:hAnsi="Aptos"/>
          <w:lang w:val="nl-NL"/>
        </w:rPr>
        <w:t xml:space="preserve"> </w:t>
      </w:r>
      <w:proofErr w:type="spellStart"/>
      <w:r w:rsidRPr="00FA0E18">
        <w:rPr>
          <w:rFonts w:ascii="Aptos" w:hAnsi="Aptos"/>
          <w:lang w:val="nl-NL"/>
        </w:rPr>
        <w:t>cognitive</w:t>
      </w:r>
      <w:proofErr w:type="spellEnd"/>
      <w:r w:rsidRPr="00FA0E18">
        <w:rPr>
          <w:rFonts w:ascii="Aptos" w:hAnsi="Aptos"/>
          <w:lang w:val="nl-NL"/>
        </w:rPr>
        <w:t xml:space="preserve"> </w:t>
      </w:r>
      <w:proofErr w:type="spellStart"/>
      <w:r w:rsidRPr="00FA0E18">
        <w:rPr>
          <w:rFonts w:ascii="Aptos" w:hAnsi="Aptos"/>
          <w:lang w:val="nl-NL"/>
        </w:rPr>
        <w:t>potential</w:t>
      </w:r>
      <w:proofErr w:type="spellEnd"/>
      <w:r w:rsidRPr="00FA0E18">
        <w:rPr>
          <w:rFonts w:ascii="Aptos" w:hAnsi="Aptos"/>
          <w:lang w:val="nl-NL"/>
        </w:rPr>
        <w:t>.</w:t>
      </w:r>
    </w:p>
    <w:p w14:paraId="2A38482C" w14:textId="77777777" w:rsidR="00FA0E18" w:rsidRPr="00FA0E18" w:rsidRDefault="00FA0E18" w:rsidP="00FA0E18">
      <w:pPr>
        <w:rPr>
          <w:rFonts w:ascii="Aptos" w:hAnsi="Aptos"/>
          <w:lang w:val="nl-NL"/>
        </w:rPr>
      </w:pPr>
      <w:proofErr w:type="spellStart"/>
      <w:r w:rsidRPr="00FA0E18">
        <w:rPr>
          <w:rFonts w:ascii="Aptos" w:hAnsi="Aptos"/>
          <w:lang w:val="nl-NL"/>
        </w:rPr>
        <w:t>Socioeconomic</w:t>
      </w:r>
      <w:proofErr w:type="spellEnd"/>
      <w:r w:rsidRPr="00FA0E18">
        <w:rPr>
          <w:rFonts w:ascii="Aptos" w:hAnsi="Aptos"/>
          <w:lang w:val="nl-NL"/>
        </w:rPr>
        <w:t xml:space="preserve"> background information (SES) was </w:t>
      </w:r>
      <w:proofErr w:type="spellStart"/>
      <w:r w:rsidRPr="00FA0E18">
        <w:rPr>
          <w:rFonts w:ascii="Aptos" w:hAnsi="Aptos"/>
          <w:lang w:val="nl-NL"/>
        </w:rPr>
        <w:t>collected</w:t>
      </w:r>
      <w:proofErr w:type="spellEnd"/>
      <w:r w:rsidRPr="00FA0E18">
        <w:rPr>
          <w:rFonts w:ascii="Aptos" w:hAnsi="Aptos"/>
          <w:lang w:val="nl-NL"/>
        </w:rPr>
        <w:t xml:space="preserve"> </w:t>
      </w:r>
      <w:proofErr w:type="spellStart"/>
      <w:r w:rsidRPr="00FA0E18">
        <w:rPr>
          <w:rFonts w:ascii="Aptos" w:hAnsi="Aptos"/>
          <w:lang w:val="nl-NL"/>
        </w:rPr>
        <w:t>separately</w:t>
      </w:r>
      <w:proofErr w:type="spellEnd"/>
      <w:r w:rsidRPr="00FA0E18">
        <w:rPr>
          <w:rFonts w:ascii="Aptos" w:hAnsi="Aptos"/>
          <w:lang w:val="nl-NL"/>
        </w:rPr>
        <w:t xml:space="preserve"> </w:t>
      </w:r>
      <w:proofErr w:type="spellStart"/>
      <w:r w:rsidRPr="00FA0E18">
        <w:rPr>
          <w:rFonts w:ascii="Aptos" w:hAnsi="Aptos"/>
          <w:lang w:val="nl-NL"/>
        </w:rPr>
        <w:t>to</w:t>
      </w:r>
      <w:proofErr w:type="spellEnd"/>
      <w:r w:rsidRPr="00FA0E18">
        <w:rPr>
          <w:rFonts w:ascii="Aptos" w:hAnsi="Aptos"/>
          <w:lang w:val="nl-NL"/>
        </w:rPr>
        <w:t xml:space="preserve"> </w:t>
      </w:r>
      <w:proofErr w:type="spellStart"/>
      <w:r w:rsidRPr="00FA0E18">
        <w:rPr>
          <w:rFonts w:ascii="Aptos" w:hAnsi="Aptos"/>
          <w:lang w:val="nl-NL"/>
        </w:rPr>
        <w:t>provide</w:t>
      </w:r>
      <w:proofErr w:type="spellEnd"/>
      <w:r w:rsidRPr="00FA0E18">
        <w:rPr>
          <w:rFonts w:ascii="Aptos" w:hAnsi="Aptos"/>
          <w:lang w:val="nl-NL"/>
        </w:rPr>
        <w:t xml:space="preserve"> context </w:t>
      </w:r>
      <w:proofErr w:type="spellStart"/>
      <w:r w:rsidRPr="00FA0E18">
        <w:rPr>
          <w:rFonts w:ascii="Aptos" w:hAnsi="Aptos"/>
          <w:lang w:val="nl-NL"/>
        </w:rPr>
        <w:t>for</w:t>
      </w:r>
      <w:proofErr w:type="spellEnd"/>
      <w:r w:rsidRPr="00FA0E18">
        <w:rPr>
          <w:rFonts w:ascii="Aptos" w:hAnsi="Aptos"/>
          <w:lang w:val="nl-NL"/>
        </w:rPr>
        <w:t xml:space="preserve"> </w:t>
      </w:r>
      <w:proofErr w:type="spellStart"/>
      <w:r w:rsidRPr="00FA0E18">
        <w:rPr>
          <w:rFonts w:ascii="Aptos" w:hAnsi="Aptos"/>
          <w:lang w:val="nl-NL"/>
        </w:rPr>
        <w:t>interpreting</w:t>
      </w:r>
      <w:proofErr w:type="spellEnd"/>
      <w:r w:rsidRPr="00FA0E18">
        <w:rPr>
          <w:rFonts w:ascii="Aptos" w:hAnsi="Aptos"/>
          <w:lang w:val="nl-NL"/>
        </w:rPr>
        <w:t xml:space="preserve"> </w:t>
      </w:r>
      <w:proofErr w:type="spellStart"/>
      <w:r w:rsidRPr="00FA0E18">
        <w:rPr>
          <w:rFonts w:ascii="Aptos" w:hAnsi="Aptos"/>
          <w:lang w:val="nl-NL"/>
        </w:rPr>
        <w:t>the</w:t>
      </w:r>
      <w:proofErr w:type="spellEnd"/>
      <w:r w:rsidRPr="00FA0E18">
        <w:rPr>
          <w:rFonts w:ascii="Aptos" w:hAnsi="Aptos"/>
          <w:lang w:val="nl-NL"/>
        </w:rPr>
        <w:t xml:space="preserve"> </w:t>
      </w:r>
      <w:proofErr w:type="spellStart"/>
      <w:r w:rsidRPr="00FA0E18">
        <w:rPr>
          <w:rFonts w:ascii="Aptos" w:hAnsi="Aptos"/>
          <w:lang w:val="nl-NL"/>
        </w:rPr>
        <w:t>results</w:t>
      </w:r>
      <w:proofErr w:type="spellEnd"/>
      <w:r w:rsidRPr="00FA0E18">
        <w:rPr>
          <w:rFonts w:ascii="Aptos" w:hAnsi="Aptos"/>
          <w:lang w:val="nl-NL"/>
        </w:rPr>
        <w:t>.</w:t>
      </w:r>
    </w:p>
    <w:p w14:paraId="4C35933B" w14:textId="77777777" w:rsidR="00FA0E18" w:rsidRPr="00FA0E18" w:rsidRDefault="00FA0E18" w:rsidP="00FA0E18">
      <w:pPr>
        <w:rPr>
          <w:rFonts w:ascii="Aptos" w:hAnsi="Aptos"/>
          <w:b/>
          <w:bCs/>
          <w:lang w:val="nl-NL"/>
        </w:rPr>
      </w:pPr>
      <w:proofErr w:type="spellStart"/>
      <w:r w:rsidRPr="00FA0E18">
        <w:rPr>
          <w:rFonts w:ascii="Aptos" w:hAnsi="Aptos"/>
          <w:b/>
          <w:bCs/>
          <w:lang w:val="nl-NL"/>
        </w:rPr>
        <w:t>Lessons</w:t>
      </w:r>
      <w:proofErr w:type="spellEnd"/>
      <w:r w:rsidRPr="00FA0E18">
        <w:rPr>
          <w:rFonts w:ascii="Aptos" w:hAnsi="Aptos"/>
          <w:b/>
          <w:bCs/>
          <w:lang w:val="nl-NL"/>
        </w:rPr>
        <w:t xml:space="preserve"> </w:t>
      </w:r>
      <w:proofErr w:type="spellStart"/>
      <w:r w:rsidRPr="00FA0E18">
        <w:rPr>
          <w:rFonts w:ascii="Aptos" w:hAnsi="Aptos"/>
          <w:b/>
          <w:bCs/>
          <w:lang w:val="nl-NL"/>
        </w:rPr>
        <w:t>learned</w:t>
      </w:r>
      <w:proofErr w:type="spellEnd"/>
    </w:p>
    <w:p w14:paraId="3E5E10B5" w14:textId="77777777" w:rsidR="00FA0E18" w:rsidRPr="00FA0E18" w:rsidRDefault="00FA0E18" w:rsidP="00FA0E18">
      <w:pPr>
        <w:rPr>
          <w:rFonts w:ascii="Aptos" w:hAnsi="Aptos"/>
          <w:lang w:val="nl-NL"/>
        </w:rPr>
      </w:pPr>
      <w:r w:rsidRPr="00FA0E18">
        <w:rPr>
          <w:rFonts w:ascii="Aptos" w:hAnsi="Aptos"/>
          <w:lang w:val="nl-NL"/>
        </w:rPr>
        <w:t xml:space="preserve">Teachers </w:t>
      </w:r>
      <w:proofErr w:type="spellStart"/>
      <w:r w:rsidRPr="00FA0E18">
        <w:rPr>
          <w:rFonts w:ascii="Aptos" w:hAnsi="Aptos"/>
          <w:lang w:val="nl-NL"/>
        </w:rPr>
        <w:t>reported</w:t>
      </w:r>
      <w:proofErr w:type="spellEnd"/>
      <w:r w:rsidRPr="00FA0E18">
        <w:rPr>
          <w:rFonts w:ascii="Aptos" w:hAnsi="Aptos"/>
          <w:lang w:val="nl-NL"/>
        </w:rPr>
        <w:t xml:space="preserve"> </w:t>
      </w:r>
      <w:proofErr w:type="spellStart"/>
      <w:r w:rsidRPr="00FA0E18">
        <w:rPr>
          <w:rFonts w:ascii="Aptos" w:hAnsi="Aptos"/>
          <w:lang w:val="nl-NL"/>
        </w:rPr>
        <w:t>that</w:t>
      </w:r>
      <w:proofErr w:type="spellEnd"/>
      <w:r w:rsidRPr="00FA0E18">
        <w:rPr>
          <w:rFonts w:ascii="Aptos" w:hAnsi="Aptos"/>
          <w:lang w:val="nl-NL"/>
        </w:rPr>
        <w:t xml:space="preserve"> </w:t>
      </w:r>
      <w:proofErr w:type="spellStart"/>
      <w:r w:rsidRPr="00FA0E18">
        <w:rPr>
          <w:rFonts w:ascii="Aptos" w:hAnsi="Aptos"/>
          <w:lang w:val="nl-NL"/>
        </w:rPr>
        <w:t>universal</w:t>
      </w:r>
      <w:proofErr w:type="spellEnd"/>
      <w:r w:rsidRPr="00FA0E18">
        <w:rPr>
          <w:rFonts w:ascii="Aptos" w:hAnsi="Aptos"/>
          <w:lang w:val="nl-NL"/>
        </w:rPr>
        <w:t xml:space="preserve"> screening </w:t>
      </w:r>
      <w:proofErr w:type="spellStart"/>
      <w:r w:rsidRPr="00FA0E18">
        <w:rPr>
          <w:rFonts w:ascii="Aptos" w:hAnsi="Aptos"/>
          <w:lang w:val="nl-NL"/>
        </w:rPr>
        <w:t>offered</w:t>
      </w:r>
      <w:proofErr w:type="spellEnd"/>
      <w:r w:rsidRPr="00FA0E18">
        <w:rPr>
          <w:rFonts w:ascii="Aptos" w:hAnsi="Aptos"/>
          <w:lang w:val="nl-NL"/>
        </w:rPr>
        <w:t xml:space="preserve"> </w:t>
      </w:r>
      <w:proofErr w:type="spellStart"/>
      <w:r w:rsidRPr="00FA0E18">
        <w:rPr>
          <w:rFonts w:ascii="Aptos" w:hAnsi="Aptos"/>
          <w:lang w:val="nl-NL"/>
        </w:rPr>
        <w:t>valuable</w:t>
      </w:r>
      <w:proofErr w:type="spellEnd"/>
      <w:r w:rsidRPr="00FA0E18">
        <w:rPr>
          <w:rFonts w:ascii="Aptos" w:hAnsi="Aptos"/>
          <w:lang w:val="nl-NL"/>
        </w:rPr>
        <w:t xml:space="preserve"> </w:t>
      </w:r>
      <w:proofErr w:type="spellStart"/>
      <w:r w:rsidRPr="00FA0E18">
        <w:rPr>
          <w:rFonts w:ascii="Aptos" w:hAnsi="Aptos"/>
          <w:lang w:val="nl-NL"/>
        </w:rPr>
        <w:t>additional</w:t>
      </w:r>
      <w:proofErr w:type="spellEnd"/>
      <w:r w:rsidRPr="00FA0E18">
        <w:rPr>
          <w:rFonts w:ascii="Aptos" w:hAnsi="Aptos"/>
          <w:lang w:val="nl-NL"/>
        </w:rPr>
        <w:t xml:space="preserve"> information </w:t>
      </w:r>
      <w:proofErr w:type="spellStart"/>
      <w:r w:rsidRPr="00FA0E18">
        <w:rPr>
          <w:rFonts w:ascii="Aptos" w:hAnsi="Aptos"/>
          <w:lang w:val="nl-NL"/>
        </w:rPr>
        <w:t>alongside</w:t>
      </w:r>
      <w:proofErr w:type="spellEnd"/>
      <w:r w:rsidRPr="00FA0E18">
        <w:rPr>
          <w:rFonts w:ascii="Aptos" w:hAnsi="Aptos"/>
          <w:lang w:val="nl-NL"/>
        </w:rPr>
        <w:t xml:space="preserve"> school performance </w:t>
      </w:r>
      <w:proofErr w:type="spellStart"/>
      <w:r w:rsidRPr="00FA0E18">
        <w:rPr>
          <w:rFonts w:ascii="Aptos" w:hAnsi="Aptos"/>
          <w:lang w:val="nl-NL"/>
        </w:rPr>
        <w:t>and</w:t>
      </w:r>
      <w:proofErr w:type="spellEnd"/>
      <w:r w:rsidRPr="00FA0E18">
        <w:rPr>
          <w:rFonts w:ascii="Aptos" w:hAnsi="Aptos"/>
          <w:lang w:val="nl-NL"/>
        </w:rPr>
        <w:t xml:space="preserve"> teacher </w:t>
      </w:r>
      <w:proofErr w:type="spellStart"/>
      <w:r w:rsidRPr="00FA0E18">
        <w:rPr>
          <w:rFonts w:ascii="Aptos" w:hAnsi="Aptos"/>
          <w:lang w:val="nl-NL"/>
        </w:rPr>
        <w:t>observations</w:t>
      </w:r>
      <w:proofErr w:type="spellEnd"/>
      <w:r w:rsidRPr="00FA0E18">
        <w:rPr>
          <w:rFonts w:ascii="Aptos" w:hAnsi="Aptos"/>
          <w:lang w:val="nl-NL"/>
        </w:rPr>
        <w:t xml:space="preserve">. The project </w:t>
      </w:r>
      <w:proofErr w:type="spellStart"/>
      <w:r w:rsidRPr="00FA0E18">
        <w:rPr>
          <w:rFonts w:ascii="Aptos" w:hAnsi="Aptos"/>
          <w:lang w:val="nl-NL"/>
        </w:rPr>
        <w:t>demonstrated</w:t>
      </w:r>
      <w:proofErr w:type="spellEnd"/>
      <w:r w:rsidRPr="00FA0E18">
        <w:rPr>
          <w:rFonts w:ascii="Aptos" w:hAnsi="Aptos"/>
          <w:lang w:val="nl-NL"/>
        </w:rPr>
        <w:t xml:space="preserve"> </w:t>
      </w:r>
      <w:proofErr w:type="spellStart"/>
      <w:r w:rsidRPr="00FA0E18">
        <w:rPr>
          <w:rFonts w:ascii="Aptos" w:hAnsi="Aptos"/>
          <w:lang w:val="nl-NL"/>
        </w:rPr>
        <w:t>that</w:t>
      </w:r>
      <w:proofErr w:type="spellEnd"/>
      <w:r w:rsidRPr="00FA0E18">
        <w:rPr>
          <w:rFonts w:ascii="Aptos" w:hAnsi="Aptos"/>
          <w:lang w:val="nl-NL"/>
        </w:rPr>
        <w:t xml:space="preserve"> </w:t>
      </w:r>
      <w:proofErr w:type="spellStart"/>
      <w:r w:rsidRPr="00FA0E18">
        <w:rPr>
          <w:rFonts w:ascii="Aptos" w:hAnsi="Aptos"/>
          <w:lang w:val="nl-NL"/>
        </w:rPr>
        <w:t>cognitive</w:t>
      </w:r>
      <w:proofErr w:type="spellEnd"/>
      <w:r w:rsidRPr="00FA0E18">
        <w:rPr>
          <w:rFonts w:ascii="Aptos" w:hAnsi="Aptos"/>
          <w:lang w:val="nl-NL"/>
        </w:rPr>
        <w:t xml:space="preserve"> </w:t>
      </w:r>
      <w:proofErr w:type="spellStart"/>
      <w:r w:rsidRPr="00FA0E18">
        <w:rPr>
          <w:rFonts w:ascii="Aptos" w:hAnsi="Aptos"/>
          <w:lang w:val="nl-NL"/>
        </w:rPr>
        <w:t>potential</w:t>
      </w:r>
      <w:proofErr w:type="spellEnd"/>
      <w:r w:rsidRPr="00FA0E18">
        <w:rPr>
          <w:rFonts w:ascii="Aptos" w:hAnsi="Aptos"/>
          <w:lang w:val="nl-NL"/>
        </w:rPr>
        <w:t xml:space="preserve"> is </w:t>
      </w:r>
      <w:proofErr w:type="spellStart"/>
      <w:r w:rsidRPr="00FA0E18">
        <w:rPr>
          <w:rFonts w:ascii="Aptos" w:hAnsi="Aptos"/>
          <w:lang w:val="nl-NL"/>
        </w:rPr>
        <w:t>not</w:t>
      </w:r>
      <w:proofErr w:type="spellEnd"/>
      <w:r w:rsidRPr="00FA0E18">
        <w:rPr>
          <w:rFonts w:ascii="Aptos" w:hAnsi="Aptos"/>
          <w:lang w:val="nl-NL"/>
        </w:rPr>
        <w:t xml:space="preserve"> </w:t>
      </w:r>
      <w:proofErr w:type="spellStart"/>
      <w:r w:rsidRPr="00FA0E18">
        <w:rPr>
          <w:rFonts w:ascii="Aptos" w:hAnsi="Aptos"/>
          <w:lang w:val="nl-NL"/>
        </w:rPr>
        <w:t>always</w:t>
      </w:r>
      <w:proofErr w:type="spellEnd"/>
      <w:r w:rsidRPr="00FA0E18">
        <w:rPr>
          <w:rFonts w:ascii="Aptos" w:hAnsi="Aptos"/>
          <w:lang w:val="nl-NL"/>
        </w:rPr>
        <w:t xml:space="preserve"> </w:t>
      </w:r>
      <w:proofErr w:type="spellStart"/>
      <w:r w:rsidRPr="00FA0E18">
        <w:rPr>
          <w:rFonts w:ascii="Aptos" w:hAnsi="Aptos"/>
          <w:lang w:val="nl-NL"/>
        </w:rPr>
        <w:t>reflected</w:t>
      </w:r>
      <w:proofErr w:type="spellEnd"/>
      <w:r w:rsidRPr="00FA0E18">
        <w:rPr>
          <w:rFonts w:ascii="Aptos" w:hAnsi="Aptos"/>
          <w:lang w:val="nl-NL"/>
        </w:rPr>
        <w:t xml:space="preserve"> in </w:t>
      </w:r>
      <w:proofErr w:type="spellStart"/>
      <w:r w:rsidRPr="00FA0E18">
        <w:rPr>
          <w:rFonts w:ascii="Aptos" w:hAnsi="Aptos"/>
          <w:lang w:val="nl-NL"/>
        </w:rPr>
        <w:t>grades</w:t>
      </w:r>
      <w:proofErr w:type="spellEnd"/>
      <w:r w:rsidRPr="00FA0E18">
        <w:rPr>
          <w:rFonts w:ascii="Aptos" w:hAnsi="Aptos"/>
          <w:lang w:val="nl-NL"/>
        </w:rPr>
        <w:t xml:space="preserve"> </w:t>
      </w:r>
      <w:proofErr w:type="spellStart"/>
      <w:r w:rsidRPr="00FA0E18">
        <w:rPr>
          <w:rFonts w:ascii="Aptos" w:hAnsi="Aptos"/>
          <w:lang w:val="nl-NL"/>
        </w:rPr>
        <w:t>alone</w:t>
      </w:r>
      <w:proofErr w:type="spellEnd"/>
      <w:r w:rsidRPr="00FA0E18">
        <w:rPr>
          <w:rFonts w:ascii="Aptos" w:hAnsi="Aptos"/>
          <w:lang w:val="nl-NL"/>
        </w:rPr>
        <w:t>.</w:t>
      </w:r>
    </w:p>
    <w:p w14:paraId="39B3B42A" w14:textId="77777777" w:rsidR="00FA0E18" w:rsidRPr="00FA0E18" w:rsidRDefault="00FA0E18" w:rsidP="00FA0E18">
      <w:pPr>
        <w:rPr>
          <w:rFonts w:ascii="Aptos" w:hAnsi="Aptos"/>
          <w:b/>
          <w:bCs/>
          <w:lang w:val="nl-NL"/>
        </w:rPr>
      </w:pPr>
      <w:proofErr w:type="spellStart"/>
      <w:r w:rsidRPr="00FA0E18">
        <w:rPr>
          <w:rFonts w:ascii="Aptos" w:hAnsi="Aptos"/>
          <w:b/>
          <w:bCs/>
          <w:lang w:val="nl-NL"/>
        </w:rPr>
        <w:t>Key</w:t>
      </w:r>
      <w:proofErr w:type="spellEnd"/>
      <w:r w:rsidRPr="00FA0E18">
        <w:rPr>
          <w:rFonts w:ascii="Aptos" w:hAnsi="Aptos"/>
          <w:b/>
          <w:bCs/>
          <w:lang w:val="nl-NL"/>
        </w:rPr>
        <w:t xml:space="preserve"> </w:t>
      </w:r>
      <w:proofErr w:type="spellStart"/>
      <w:r w:rsidRPr="00FA0E18">
        <w:rPr>
          <w:rFonts w:ascii="Aptos" w:hAnsi="Aptos"/>
          <w:b/>
          <w:bCs/>
          <w:lang w:val="nl-NL"/>
        </w:rPr>
        <w:t>takeaway</w:t>
      </w:r>
      <w:proofErr w:type="spellEnd"/>
    </w:p>
    <w:p w14:paraId="3E1382E1" w14:textId="77777777" w:rsidR="00FA0E18" w:rsidRPr="00FA0E18" w:rsidRDefault="00FA0E18" w:rsidP="00FA0E18">
      <w:pPr>
        <w:rPr>
          <w:rFonts w:ascii="Aptos" w:hAnsi="Aptos"/>
          <w:lang w:val="nl-NL"/>
        </w:rPr>
      </w:pPr>
      <w:r w:rsidRPr="00FA0E18">
        <w:rPr>
          <w:rFonts w:ascii="Aptos" w:hAnsi="Aptos"/>
          <w:b/>
          <w:bCs/>
          <w:lang w:val="nl-NL"/>
        </w:rPr>
        <w:t xml:space="preserve">Universal screening </w:t>
      </w:r>
      <w:proofErr w:type="spellStart"/>
      <w:r w:rsidRPr="00FA0E18">
        <w:rPr>
          <w:rFonts w:ascii="Aptos" w:hAnsi="Aptos"/>
          <w:b/>
          <w:bCs/>
          <w:lang w:val="nl-NL"/>
        </w:rPr>
        <w:t>can</w:t>
      </w:r>
      <w:proofErr w:type="spellEnd"/>
      <w:r w:rsidRPr="00FA0E18">
        <w:rPr>
          <w:rFonts w:ascii="Aptos" w:hAnsi="Aptos"/>
          <w:b/>
          <w:bCs/>
          <w:lang w:val="nl-NL"/>
        </w:rPr>
        <w:t xml:space="preserve"> </w:t>
      </w:r>
      <w:proofErr w:type="spellStart"/>
      <w:r w:rsidRPr="00FA0E18">
        <w:rPr>
          <w:rFonts w:ascii="Aptos" w:hAnsi="Aptos"/>
          <w:b/>
          <w:bCs/>
          <w:lang w:val="nl-NL"/>
        </w:rPr>
        <w:t>reveal</w:t>
      </w:r>
      <w:proofErr w:type="spellEnd"/>
      <w:r w:rsidRPr="00FA0E18">
        <w:rPr>
          <w:rFonts w:ascii="Aptos" w:hAnsi="Aptos"/>
          <w:b/>
          <w:bCs/>
          <w:lang w:val="nl-NL"/>
        </w:rPr>
        <w:t xml:space="preserve"> </w:t>
      </w:r>
      <w:proofErr w:type="spellStart"/>
      <w:r w:rsidRPr="00FA0E18">
        <w:rPr>
          <w:rFonts w:ascii="Aptos" w:hAnsi="Aptos"/>
          <w:b/>
          <w:bCs/>
          <w:lang w:val="nl-NL"/>
        </w:rPr>
        <w:t>hidden</w:t>
      </w:r>
      <w:proofErr w:type="spellEnd"/>
      <w:r w:rsidRPr="00FA0E18">
        <w:rPr>
          <w:rFonts w:ascii="Aptos" w:hAnsi="Aptos"/>
          <w:b/>
          <w:bCs/>
          <w:lang w:val="nl-NL"/>
        </w:rPr>
        <w:t xml:space="preserve"> </w:t>
      </w:r>
      <w:proofErr w:type="spellStart"/>
      <w:r w:rsidRPr="00FA0E18">
        <w:rPr>
          <w:rFonts w:ascii="Aptos" w:hAnsi="Aptos"/>
          <w:b/>
          <w:bCs/>
          <w:lang w:val="nl-NL"/>
        </w:rPr>
        <w:t>potential</w:t>
      </w:r>
      <w:proofErr w:type="spellEnd"/>
      <w:r w:rsidRPr="00FA0E18">
        <w:rPr>
          <w:rFonts w:ascii="Aptos" w:hAnsi="Aptos"/>
          <w:b/>
          <w:bCs/>
          <w:lang w:val="nl-NL"/>
        </w:rPr>
        <w:t xml:space="preserve"> </w:t>
      </w:r>
      <w:proofErr w:type="spellStart"/>
      <w:r w:rsidRPr="00FA0E18">
        <w:rPr>
          <w:rFonts w:ascii="Aptos" w:hAnsi="Aptos"/>
          <w:b/>
          <w:bCs/>
          <w:lang w:val="nl-NL"/>
        </w:rPr>
        <w:t>that</w:t>
      </w:r>
      <w:proofErr w:type="spellEnd"/>
      <w:r w:rsidRPr="00FA0E18">
        <w:rPr>
          <w:rFonts w:ascii="Aptos" w:hAnsi="Aptos"/>
          <w:b/>
          <w:bCs/>
          <w:lang w:val="nl-NL"/>
        </w:rPr>
        <w:t xml:space="preserve"> </w:t>
      </w:r>
      <w:proofErr w:type="spellStart"/>
      <w:r w:rsidRPr="00FA0E18">
        <w:rPr>
          <w:rFonts w:ascii="Aptos" w:hAnsi="Aptos"/>
          <w:b/>
          <w:bCs/>
          <w:lang w:val="nl-NL"/>
        </w:rPr>
        <w:t>might</w:t>
      </w:r>
      <w:proofErr w:type="spellEnd"/>
      <w:r w:rsidRPr="00FA0E18">
        <w:rPr>
          <w:rFonts w:ascii="Aptos" w:hAnsi="Aptos"/>
          <w:b/>
          <w:bCs/>
          <w:lang w:val="nl-NL"/>
        </w:rPr>
        <w:t xml:space="preserve"> </w:t>
      </w:r>
      <w:proofErr w:type="spellStart"/>
      <w:r w:rsidRPr="00FA0E18">
        <w:rPr>
          <w:rFonts w:ascii="Aptos" w:hAnsi="Aptos"/>
          <w:b/>
          <w:bCs/>
          <w:lang w:val="nl-NL"/>
        </w:rPr>
        <w:t>otherwise</w:t>
      </w:r>
      <w:proofErr w:type="spellEnd"/>
      <w:r w:rsidRPr="00FA0E18">
        <w:rPr>
          <w:rFonts w:ascii="Aptos" w:hAnsi="Aptos"/>
          <w:b/>
          <w:bCs/>
          <w:lang w:val="nl-NL"/>
        </w:rPr>
        <w:t xml:space="preserve"> </w:t>
      </w:r>
      <w:proofErr w:type="spellStart"/>
      <w:r w:rsidRPr="00FA0E18">
        <w:rPr>
          <w:rFonts w:ascii="Aptos" w:hAnsi="Aptos"/>
          <w:b/>
          <w:bCs/>
          <w:lang w:val="nl-NL"/>
        </w:rPr>
        <w:t>remain</w:t>
      </w:r>
      <w:proofErr w:type="spellEnd"/>
      <w:r w:rsidRPr="00FA0E18">
        <w:rPr>
          <w:rFonts w:ascii="Aptos" w:hAnsi="Aptos"/>
          <w:b/>
          <w:bCs/>
          <w:lang w:val="nl-NL"/>
        </w:rPr>
        <w:t xml:space="preserve"> </w:t>
      </w:r>
      <w:proofErr w:type="spellStart"/>
      <w:r w:rsidRPr="00FA0E18">
        <w:rPr>
          <w:rFonts w:ascii="Aptos" w:hAnsi="Aptos"/>
          <w:b/>
          <w:bCs/>
          <w:lang w:val="nl-NL"/>
        </w:rPr>
        <w:t>unnoticed</w:t>
      </w:r>
      <w:proofErr w:type="spellEnd"/>
      <w:r w:rsidRPr="00FA0E18">
        <w:rPr>
          <w:rFonts w:ascii="Aptos" w:hAnsi="Aptos"/>
          <w:b/>
          <w:bCs/>
          <w:lang w:val="nl-NL"/>
        </w:rPr>
        <w:t>.</w:t>
      </w:r>
    </w:p>
    <w:p w14:paraId="12D5664E" w14:textId="77777777" w:rsidR="00FA0E18" w:rsidRPr="00FA0E18" w:rsidRDefault="00FA0E18" w:rsidP="00FA0E18">
      <w:pPr>
        <w:rPr>
          <w:rFonts w:ascii="Aptos" w:hAnsi="Aptos"/>
        </w:rPr>
      </w:pPr>
    </w:p>
    <w:sectPr w:rsidR="00FA0E18" w:rsidRPr="00FA0E18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E09626" w14:textId="77777777" w:rsidR="008D4314" w:rsidRDefault="008D4314" w:rsidP="00B325EF">
      <w:pPr>
        <w:spacing w:after="0" w:line="240" w:lineRule="auto"/>
      </w:pPr>
      <w:r>
        <w:separator/>
      </w:r>
    </w:p>
  </w:endnote>
  <w:endnote w:type="continuationSeparator" w:id="0">
    <w:p w14:paraId="5D0EDBE2" w14:textId="77777777" w:rsidR="008D4314" w:rsidRDefault="008D4314" w:rsidP="00B32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84FD8F" w14:textId="77777777" w:rsidR="008D4314" w:rsidRDefault="008D4314" w:rsidP="00B325EF">
      <w:pPr>
        <w:spacing w:after="0" w:line="240" w:lineRule="auto"/>
      </w:pPr>
      <w:r>
        <w:separator/>
      </w:r>
    </w:p>
  </w:footnote>
  <w:footnote w:type="continuationSeparator" w:id="0">
    <w:p w14:paraId="174BF5E0" w14:textId="77777777" w:rsidR="008D4314" w:rsidRDefault="008D4314" w:rsidP="00B325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180A3" w14:textId="77777777" w:rsidR="00B325EF" w:rsidRDefault="00B325EF" w:rsidP="00B325EF">
    <w:pPr>
      <w:pStyle w:val="Koptekst"/>
    </w:pPr>
    <w:r w:rsidRPr="001C7088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B2F6652" wp14:editId="44753154">
              <wp:simplePos x="0" y="0"/>
              <wp:positionH relativeFrom="page">
                <wp:posOffset>0</wp:posOffset>
              </wp:positionH>
              <wp:positionV relativeFrom="paragraph">
                <wp:posOffset>-449580</wp:posOffset>
              </wp:positionV>
              <wp:extent cx="7767320" cy="2141220"/>
              <wp:effectExtent l="0" t="0" r="5080" b="0"/>
              <wp:wrapNone/>
              <wp:docPr id="828311949" name="Freeform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0" y="0"/>
                        <a:ext cx="7767320" cy="21412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1061467" h="3318440">
                            <a:moveTo>
                              <a:pt x="0" y="0"/>
                            </a:moveTo>
                            <a:lnTo>
                              <a:pt x="11061467" y="0"/>
                            </a:lnTo>
                            <a:lnTo>
                              <a:pt x="11061467" y="3318440"/>
                            </a:lnTo>
                            <a:lnTo>
                              <a:pt x="0" y="33184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D5CFAB" id="Freeform 5" o:spid="_x0000_s1026" style="position:absolute;margin-left:0;margin-top:-35.4pt;width:611.6pt;height:168.6pt;rotation:180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11061467,331844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" path="m,l11061467,r,3318440l,3318440,,xe" stroked="f">
              <v:fill r:id="rId3" o:title="" recolor="t" rotate="t" type="frame"/>
              <v:path arrowok="t"/>
              <w10:wrap anchorx="page"/>
            </v:shape>
          </w:pict>
        </mc:Fallback>
      </mc:AlternateContent>
    </w:r>
    <w:r w:rsidRPr="00D033B3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EF23FAD" wp14:editId="0E81B9BA">
              <wp:simplePos x="0" y="0"/>
              <wp:positionH relativeFrom="margin">
                <wp:align>right</wp:align>
              </wp:positionH>
              <wp:positionV relativeFrom="paragraph">
                <wp:posOffset>1905</wp:posOffset>
              </wp:positionV>
              <wp:extent cx="1684655" cy="457200"/>
              <wp:effectExtent l="0" t="0" r="0" b="0"/>
              <wp:wrapNone/>
              <wp:docPr id="1234306307" name="Freeform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1684655" cy="4572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368139" h="913608">
                            <a:moveTo>
                              <a:pt x="0" y="0"/>
                            </a:moveTo>
                            <a:lnTo>
                              <a:pt x="3368139" y="0"/>
                            </a:lnTo>
                            <a:lnTo>
                              <a:pt x="3368139" y="913608"/>
                            </a:lnTo>
                            <a:lnTo>
                              <a:pt x="0" y="913608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blipFill>
                        <a:blip r:embed="rId4"/>
                        <a:stretch>
                          <a:fillRect/>
                        </a:stretch>
                      </a:blipFill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6F7500E" id="Freeform 7" o:spid="_x0000_s1026" style="position:absolute;margin-left:81.45pt;margin-top:.15pt;width:132.65pt;height:36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coordsize="3368139,9136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" path="m,l3368139,r,913608l,913608,,xe" stroked="f">
              <v:fill r:id="rId5" o:title="" recolor="t" rotate="t" type="frame"/>
              <v:path arrowok="t"/>
              <o:lock v:ext="edit" aspectratio="t"/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inline distT="0" distB="0" distL="0" distR="0" wp14:anchorId="21BEBAF0" wp14:editId="2D163CAA">
              <wp:extent cx="2854325" cy="863600"/>
              <wp:effectExtent l="0" t="0" r="0" b="0"/>
              <wp:docPr id="785321558" name="Freeform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2854325" cy="8636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10442" h="1727409">
                            <a:moveTo>
                              <a:pt x="0" y="0"/>
                            </a:moveTo>
                            <a:lnTo>
                              <a:pt x="5710442" y="0"/>
                            </a:lnTo>
                            <a:lnTo>
                              <a:pt x="5710442" y="1727409"/>
                            </a:lnTo>
                            <a:lnTo>
                              <a:pt x="0" y="1727409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blipFill>
                        <a:blip r:embed="rId6"/>
                        <a:stretch>
                          <a:fillRect/>
                        </a:stretch>
                      </a:blipFill>
                    </wps:spPr>
                    <wps:bodyPr/>
                  </wps:wsp>
                </a:graphicData>
              </a:graphic>
            </wp:inline>
          </w:drawing>
        </mc:Choice>
        <mc:Fallback>
          <w:pict>
            <v:shape w14:anchorId="44F463A8" id="Freeform 6" o:spid="_x0000_s1026" style="width:224.75pt;height:6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5710442,17274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" path="m,l5710442,r,1727409l,1727409,,xe" stroked="f">
              <v:fill r:id="rId7" o:title="" recolor="t" rotate="t" type="frame"/>
              <v:path arrowok="t"/>
              <o:lock v:ext="edit" aspectratio="t"/>
              <w10:anchorlock/>
            </v:shape>
          </w:pict>
        </mc:Fallback>
      </mc:AlternateContent>
    </w:r>
  </w:p>
  <w:p w14:paraId="2750B812" w14:textId="77777777" w:rsidR="00B325EF" w:rsidRDefault="00B325EF" w:rsidP="00B325EF">
    <w:pPr>
      <w:pStyle w:val="Koptekst"/>
    </w:pPr>
  </w:p>
  <w:p w14:paraId="5EB24F9F" w14:textId="77777777" w:rsidR="00B325EF" w:rsidRDefault="00B325EF" w:rsidP="00B325EF">
    <w:pPr>
      <w:pStyle w:val="Koptekst"/>
    </w:pPr>
  </w:p>
  <w:p w14:paraId="79A572BB" w14:textId="77777777" w:rsidR="00B325EF" w:rsidRDefault="00B325EF" w:rsidP="00B325EF">
    <w:pPr>
      <w:pStyle w:val="Koptekst"/>
      <w:tabs>
        <w:tab w:val="left" w:pos="2160"/>
      </w:tabs>
    </w:pPr>
    <w:r>
      <w:tab/>
    </w:r>
  </w:p>
  <w:p w14:paraId="31890F0B" w14:textId="77777777" w:rsidR="00B325EF" w:rsidRDefault="00B325E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22567FD"/>
    <w:multiLevelType w:val="multilevel"/>
    <w:tmpl w:val="494C5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A6E48F9"/>
    <w:multiLevelType w:val="multilevel"/>
    <w:tmpl w:val="6226E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C246C39"/>
    <w:multiLevelType w:val="multilevel"/>
    <w:tmpl w:val="055C0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6C03AE3"/>
    <w:multiLevelType w:val="multilevel"/>
    <w:tmpl w:val="D2C09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A722EC"/>
    <w:multiLevelType w:val="multilevel"/>
    <w:tmpl w:val="00541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9D5330F"/>
    <w:multiLevelType w:val="multilevel"/>
    <w:tmpl w:val="0A42C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CB25C7C"/>
    <w:multiLevelType w:val="multilevel"/>
    <w:tmpl w:val="8E328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FAD46F0"/>
    <w:multiLevelType w:val="multilevel"/>
    <w:tmpl w:val="36887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3480F19"/>
    <w:multiLevelType w:val="multilevel"/>
    <w:tmpl w:val="EAF8F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3EE396B"/>
    <w:multiLevelType w:val="multilevel"/>
    <w:tmpl w:val="F864D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E7F2875"/>
    <w:multiLevelType w:val="multilevel"/>
    <w:tmpl w:val="91DE7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879891">
    <w:abstractNumId w:val="8"/>
  </w:num>
  <w:num w:numId="2" w16cid:durableId="656032599">
    <w:abstractNumId w:val="6"/>
  </w:num>
  <w:num w:numId="3" w16cid:durableId="1932934108">
    <w:abstractNumId w:val="5"/>
  </w:num>
  <w:num w:numId="4" w16cid:durableId="1791632678">
    <w:abstractNumId w:val="4"/>
  </w:num>
  <w:num w:numId="5" w16cid:durableId="1105032745">
    <w:abstractNumId w:val="7"/>
  </w:num>
  <w:num w:numId="6" w16cid:durableId="2005860886">
    <w:abstractNumId w:val="3"/>
  </w:num>
  <w:num w:numId="7" w16cid:durableId="1620606098">
    <w:abstractNumId w:val="2"/>
  </w:num>
  <w:num w:numId="8" w16cid:durableId="216169716">
    <w:abstractNumId w:val="1"/>
  </w:num>
  <w:num w:numId="9" w16cid:durableId="795681588">
    <w:abstractNumId w:val="0"/>
  </w:num>
  <w:num w:numId="10" w16cid:durableId="56443606">
    <w:abstractNumId w:val="17"/>
  </w:num>
  <w:num w:numId="11" w16cid:durableId="1810005102">
    <w:abstractNumId w:val="18"/>
  </w:num>
  <w:num w:numId="12" w16cid:durableId="512770296">
    <w:abstractNumId w:val="16"/>
  </w:num>
  <w:num w:numId="13" w16cid:durableId="1583755110">
    <w:abstractNumId w:val="12"/>
  </w:num>
  <w:num w:numId="14" w16cid:durableId="839199382">
    <w:abstractNumId w:val="10"/>
  </w:num>
  <w:num w:numId="15" w16cid:durableId="1063406865">
    <w:abstractNumId w:val="19"/>
  </w:num>
  <w:num w:numId="16" w16cid:durableId="1910652239">
    <w:abstractNumId w:val="15"/>
  </w:num>
  <w:num w:numId="17" w16cid:durableId="1281110994">
    <w:abstractNumId w:val="13"/>
  </w:num>
  <w:num w:numId="18" w16cid:durableId="1195189763">
    <w:abstractNumId w:val="14"/>
  </w:num>
  <w:num w:numId="19" w16cid:durableId="1008288885">
    <w:abstractNumId w:val="11"/>
  </w:num>
  <w:num w:numId="20" w16cid:durableId="13896484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2FC3"/>
    <w:rsid w:val="0006063C"/>
    <w:rsid w:val="00067BE9"/>
    <w:rsid w:val="000E325D"/>
    <w:rsid w:val="000E72F9"/>
    <w:rsid w:val="00114AB6"/>
    <w:rsid w:val="0015074B"/>
    <w:rsid w:val="001A6BD2"/>
    <w:rsid w:val="001D3570"/>
    <w:rsid w:val="001E5916"/>
    <w:rsid w:val="0025623B"/>
    <w:rsid w:val="0029639D"/>
    <w:rsid w:val="002B5351"/>
    <w:rsid w:val="00326F90"/>
    <w:rsid w:val="0033394F"/>
    <w:rsid w:val="003D1AE4"/>
    <w:rsid w:val="00554DED"/>
    <w:rsid w:val="005E7EE9"/>
    <w:rsid w:val="00633922"/>
    <w:rsid w:val="006805CF"/>
    <w:rsid w:val="0069563B"/>
    <w:rsid w:val="006C5817"/>
    <w:rsid w:val="006E0A3C"/>
    <w:rsid w:val="006F24D6"/>
    <w:rsid w:val="0072059F"/>
    <w:rsid w:val="00793051"/>
    <w:rsid w:val="007B68BD"/>
    <w:rsid w:val="008D4314"/>
    <w:rsid w:val="00916F35"/>
    <w:rsid w:val="00931733"/>
    <w:rsid w:val="009901B0"/>
    <w:rsid w:val="00A63C03"/>
    <w:rsid w:val="00AA1D8D"/>
    <w:rsid w:val="00AB04CD"/>
    <w:rsid w:val="00AB2855"/>
    <w:rsid w:val="00B325EF"/>
    <w:rsid w:val="00B47730"/>
    <w:rsid w:val="00B7089E"/>
    <w:rsid w:val="00BA2843"/>
    <w:rsid w:val="00BC6764"/>
    <w:rsid w:val="00BD0555"/>
    <w:rsid w:val="00BF0478"/>
    <w:rsid w:val="00BF25E4"/>
    <w:rsid w:val="00C03D77"/>
    <w:rsid w:val="00CB0664"/>
    <w:rsid w:val="00CC7A2D"/>
    <w:rsid w:val="00D677B8"/>
    <w:rsid w:val="00DA451B"/>
    <w:rsid w:val="00DA7196"/>
    <w:rsid w:val="00DB5F78"/>
    <w:rsid w:val="00E449CF"/>
    <w:rsid w:val="00E74FD7"/>
    <w:rsid w:val="00E777D7"/>
    <w:rsid w:val="00ED3212"/>
    <w:rsid w:val="00ED72FF"/>
    <w:rsid w:val="00EE326B"/>
    <w:rsid w:val="00EF4237"/>
    <w:rsid w:val="00FA0E1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3F1834"/>
  <w14:defaultImageDpi w14:val="300"/>
  <w15:docId w15:val="{250FB677-743D-45EF-992C-68211B9BE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kstopmerking">
    <w:name w:val="annotation text"/>
    <w:basedOn w:val="Standaard"/>
    <w:link w:val="TekstopmerkingChar"/>
    <w:uiPriority w:val="99"/>
    <w:unhideWhenUsed/>
    <w:rsid w:val="00DA719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A7196"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449CF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970a334-86b6-4444-8814-8e9d0e7c5bdc}" enabled="1" method="Standard" siteId="{1fd9250c-aad6-4af6-8690-29a2f266d4a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Birgit Broekhoven</cp:lastModifiedBy>
  <cp:revision>3</cp:revision>
  <cp:lastPrinted>2026-02-05T12:14:00Z</cp:lastPrinted>
  <dcterms:created xsi:type="dcterms:W3CDTF">2026-07-20T10:00:00Z</dcterms:created>
  <dcterms:modified xsi:type="dcterms:W3CDTF">2026-07-20T10:00:00Z</dcterms:modified>
  <cp:category/>
</cp:coreProperties>
</file>