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6859A" w14:textId="77777777" w:rsidR="00E777D7" w:rsidRDefault="00E777D7" w:rsidP="00E777D7">
      <w:pPr>
        <w:pStyle w:val="Kop1"/>
      </w:pPr>
    </w:p>
    <w:p w14:paraId="014CC327" w14:textId="305DF5AC" w:rsidR="00E777D7" w:rsidRPr="00E777D7" w:rsidRDefault="00E777D7" w:rsidP="00E777D7">
      <w:pPr>
        <w:pStyle w:val="Kop1"/>
        <w:rPr>
          <w:rFonts w:ascii="Aptos" w:hAnsi="Aptos"/>
        </w:rPr>
      </w:pPr>
      <w:r w:rsidRPr="00E777D7">
        <w:rPr>
          <w:rFonts w:ascii="Aptos" w:hAnsi="Aptos"/>
        </w:rPr>
        <w:t xml:space="preserve">Parent Reflection Form – EGE </w:t>
      </w:r>
      <w:proofErr w:type="spellStart"/>
      <w:r w:rsidRPr="00E777D7">
        <w:rPr>
          <w:rFonts w:ascii="Aptos" w:hAnsi="Aptos"/>
        </w:rPr>
        <w:t>Programme</w:t>
      </w:r>
      <w:proofErr w:type="spellEnd"/>
    </w:p>
    <w:p w14:paraId="0F9A5DAA" w14:textId="77777777" w:rsidR="00E777D7" w:rsidRDefault="00E777D7" w:rsidP="00E777D7">
      <w:pPr>
        <w:rPr>
          <w:rFonts w:ascii="Aptos" w:hAnsi="Aptos"/>
          <w:sz w:val="24"/>
          <w:szCs w:val="24"/>
        </w:rPr>
      </w:pPr>
    </w:p>
    <w:p w14:paraId="78E75634" w14:textId="07136F1D" w:rsidR="00E777D7" w:rsidRPr="00E777D7" w:rsidRDefault="00E777D7" w:rsidP="00E777D7">
      <w:p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Dear parent/guardian,</w:t>
      </w:r>
    </w:p>
    <w:p w14:paraId="5DE2FB15" w14:textId="77777777" w:rsidR="00E777D7" w:rsidRPr="00E777D7" w:rsidRDefault="00E777D7" w:rsidP="00E777D7">
      <w:p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 xml:space="preserve">Your child is participating in the EGE project at school. We would like to hear your opinion about the activities that have been </w:t>
      </w:r>
      <w:proofErr w:type="spellStart"/>
      <w:r w:rsidRPr="00E777D7">
        <w:rPr>
          <w:rFonts w:ascii="Aptos" w:hAnsi="Aptos"/>
          <w:sz w:val="24"/>
          <w:szCs w:val="24"/>
        </w:rPr>
        <w:t>organised</w:t>
      </w:r>
      <w:proofErr w:type="spellEnd"/>
      <w:r w:rsidRPr="00E777D7">
        <w:rPr>
          <w:rFonts w:ascii="Aptos" w:hAnsi="Aptos"/>
          <w:sz w:val="24"/>
          <w:szCs w:val="24"/>
        </w:rPr>
        <w:t xml:space="preserve"> so far. By completing this form, you help us improve the </w:t>
      </w:r>
      <w:proofErr w:type="spellStart"/>
      <w:r w:rsidRPr="00E777D7">
        <w:rPr>
          <w:rFonts w:ascii="Aptos" w:hAnsi="Aptos"/>
          <w:sz w:val="24"/>
          <w:szCs w:val="24"/>
        </w:rPr>
        <w:t>programme</w:t>
      </w:r>
      <w:proofErr w:type="spellEnd"/>
      <w:r w:rsidRPr="00E777D7">
        <w:rPr>
          <w:rFonts w:ascii="Aptos" w:hAnsi="Aptos"/>
          <w:sz w:val="24"/>
          <w:szCs w:val="24"/>
        </w:rPr>
        <w:t xml:space="preserve"> and ensure that it aligns with what parents find important.</w:t>
      </w:r>
    </w:p>
    <w:p w14:paraId="67C7331D" w14:textId="77777777" w:rsidR="00E777D7" w:rsidRPr="000E325D" w:rsidRDefault="00E777D7" w:rsidP="000E325D">
      <w:pPr>
        <w:pStyle w:val="Kop2"/>
        <w:rPr>
          <w:rFonts w:ascii="Aptos" w:hAnsi="Aptos"/>
        </w:rPr>
      </w:pPr>
      <w:r w:rsidRPr="000E325D">
        <w:rPr>
          <w:rFonts w:ascii="Aptos" w:hAnsi="Aptos"/>
        </w:rPr>
        <w:t>General information</w:t>
      </w:r>
    </w:p>
    <w:p w14:paraId="6000BB3F" w14:textId="77777777" w:rsidR="00E777D7" w:rsidRPr="00E777D7" w:rsidRDefault="00E777D7" w:rsidP="00E777D7">
      <w:p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Name of parent/guardian: ________________________________</w:t>
      </w:r>
      <w:r w:rsidRPr="00E777D7">
        <w:rPr>
          <w:rFonts w:ascii="Aptos" w:hAnsi="Aptos"/>
          <w:sz w:val="24"/>
          <w:szCs w:val="24"/>
        </w:rPr>
        <w:br/>
        <w:t>Name of child (optional): ________________________________</w:t>
      </w:r>
      <w:r w:rsidRPr="00E777D7">
        <w:rPr>
          <w:rFonts w:ascii="Aptos" w:hAnsi="Aptos"/>
          <w:sz w:val="24"/>
          <w:szCs w:val="24"/>
        </w:rPr>
        <w:br/>
        <w:t>School: _______________________________________________</w:t>
      </w:r>
      <w:r w:rsidRPr="00E777D7">
        <w:rPr>
          <w:rFonts w:ascii="Aptos" w:hAnsi="Aptos"/>
          <w:sz w:val="24"/>
          <w:szCs w:val="24"/>
        </w:rPr>
        <w:br/>
        <w:t>Date: _________________________________________________</w:t>
      </w:r>
    </w:p>
    <w:p w14:paraId="171C4651" w14:textId="77777777" w:rsidR="00E777D7" w:rsidRPr="000E325D" w:rsidRDefault="00E777D7" w:rsidP="000E325D">
      <w:pPr>
        <w:pStyle w:val="Kop2"/>
        <w:rPr>
          <w:rFonts w:ascii="Aptos" w:hAnsi="Aptos"/>
        </w:rPr>
      </w:pPr>
      <w:r w:rsidRPr="000E325D">
        <w:rPr>
          <w:rFonts w:ascii="Aptos" w:hAnsi="Aptos"/>
        </w:rPr>
        <w:t>Questions about the parent activity/activities</w:t>
      </w:r>
    </w:p>
    <w:p w14:paraId="32C25084" w14:textId="77777777" w:rsidR="00E777D7" w:rsidRPr="00E777D7" w:rsidRDefault="00E777D7" w:rsidP="00E777D7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Which activity/activities did you attend?</w:t>
      </w:r>
    </w:p>
    <w:p w14:paraId="6397AF8B" w14:textId="77777777" w:rsidR="00E777D7" w:rsidRPr="00E777D7" w:rsidRDefault="00E777D7" w:rsidP="00E777D7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What did you find valuable about this/these meeting(s)?</w:t>
      </w:r>
    </w:p>
    <w:p w14:paraId="4D364E4C" w14:textId="77777777" w:rsidR="00E777D7" w:rsidRPr="00E777D7" w:rsidRDefault="00E777D7" w:rsidP="00E777D7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What did you learn or reflect on?</w:t>
      </w:r>
    </w:p>
    <w:p w14:paraId="37669B8B" w14:textId="77777777" w:rsidR="00E777D7" w:rsidRPr="00E777D7" w:rsidRDefault="00E777D7" w:rsidP="00E777D7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Did you feel involved in what is happening at school for your child?</w:t>
      </w:r>
    </w:p>
    <w:p w14:paraId="7669E67B" w14:textId="77777777" w:rsidR="00E777D7" w:rsidRPr="00E777D7" w:rsidRDefault="00E777D7" w:rsidP="00E777D7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Do you have any suggestions or ideas for future parent activities?</w:t>
      </w:r>
    </w:p>
    <w:p w14:paraId="57BBE55B" w14:textId="77777777" w:rsidR="00E777D7" w:rsidRPr="00E777D7" w:rsidRDefault="00E777D7" w:rsidP="00E777D7">
      <w:pPr>
        <w:numPr>
          <w:ilvl w:val="0"/>
          <w:numId w:val="10"/>
        </w:numPr>
        <w:rPr>
          <w:rFonts w:ascii="Aptos" w:hAnsi="Aptos"/>
          <w:sz w:val="24"/>
          <w:szCs w:val="24"/>
          <w:lang w:val="nl-NL"/>
        </w:rPr>
      </w:pPr>
      <w:proofErr w:type="spellStart"/>
      <w:r w:rsidRPr="00E777D7">
        <w:rPr>
          <w:rFonts w:ascii="Aptos" w:hAnsi="Aptos"/>
          <w:sz w:val="24"/>
          <w:szCs w:val="24"/>
          <w:lang w:val="nl-NL"/>
        </w:rPr>
        <w:t>Additional</w:t>
      </w:r>
      <w:proofErr w:type="spellEnd"/>
      <w:r w:rsidRPr="00E777D7">
        <w:rPr>
          <w:rFonts w:ascii="Aptos" w:hAnsi="Aptos"/>
          <w:sz w:val="24"/>
          <w:szCs w:val="24"/>
          <w:lang w:val="nl-NL"/>
        </w:rPr>
        <w:t xml:space="preserve"> </w:t>
      </w:r>
      <w:proofErr w:type="spellStart"/>
      <w:r w:rsidRPr="00E777D7">
        <w:rPr>
          <w:rFonts w:ascii="Aptos" w:hAnsi="Aptos"/>
          <w:sz w:val="24"/>
          <w:szCs w:val="24"/>
          <w:lang w:val="nl-NL"/>
        </w:rPr>
        <w:t>comments</w:t>
      </w:r>
      <w:proofErr w:type="spellEnd"/>
      <w:r w:rsidRPr="00E777D7">
        <w:rPr>
          <w:rFonts w:ascii="Aptos" w:hAnsi="Aptos"/>
          <w:sz w:val="24"/>
          <w:szCs w:val="24"/>
          <w:lang w:val="nl-NL"/>
        </w:rPr>
        <w:t>:</w:t>
      </w:r>
    </w:p>
    <w:p w14:paraId="5E5ACAD2" w14:textId="77777777" w:rsidR="00E777D7" w:rsidRPr="00E777D7" w:rsidRDefault="00E777D7" w:rsidP="00E777D7">
      <w:p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 xml:space="preserve">Thank you for completing this form! Your feedback helps us further improve the </w:t>
      </w:r>
      <w:proofErr w:type="spellStart"/>
      <w:r w:rsidRPr="00E777D7">
        <w:rPr>
          <w:rFonts w:ascii="Aptos" w:hAnsi="Aptos"/>
          <w:sz w:val="24"/>
          <w:szCs w:val="24"/>
        </w:rPr>
        <w:t>programme</w:t>
      </w:r>
      <w:proofErr w:type="spellEnd"/>
      <w:r w:rsidRPr="00E777D7">
        <w:rPr>
          <w:rFonts w:ascii="Aptos" w:hAnsi="Aptos"/>
          <w:sz w:val="24"/>
          <w:szCs w:val="24"/>
        </w:rPr>
        <w:t>.</w:t>
      </w:r>
    </w:p>
    <w:p w14:paraId="3C895141" w14:textId="12BE54A6" w:rsidR="005E7EE9" w:rsidRPr="00E777D7" w:rsidRDefault="00E777D7" w:rsidP="000E325D">
      <w:pPr>
        <w:rPr>
          <w:rFonts w:ascii="Aptos" w:hAnsi="Aptos"/>
          <w:sz w:val="24"/>
          <w:szCs w:val="24"/>
        </w:rPr>
      </w:pPr>
      <w:r w:rsidRPr="00E777D7">
        <w:rPr>
          <w:rFonts w:ascii="Aptos" w:hAnsi="Aptos"/>
          <w:sz w:val="24"/>
          <w:szCs w:val="24"/>
        </w:rPr>
        <w:t>You can return the completed form to the school or send it digitally.</w:t>
      </w:r>
    </w:p>
    <w:sectPr w:rsidR="005E7EE9" w:rsidRPr="00E777D7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F308F" w14:textId="77777777" w:rsidR="007B15C3" w:rsidRDefault="007B15C3" w:rsidP="00B325EF">
      <w:pPr>
        <w:spacing w:after="0" w:line="240" w:lineRule="auto"/>
      </w:pPr>
      <w:r>
        <w:separator/>
      </w:r>
    </w:p>
  </w:endnote>
  <w:endnote w:type="continuationSeparator" w:id="0">
    <w:p w14:paraId="14E48EE6" w14:textId="77777777" w:rsidR="007B15C3" w:rsidRDefault="007B15C3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C9816" w14:textId="77777777" w:rsidR="007B15C3" w:rsidRDefault="007B15C3" w:rsidP="00B325EF">
      <w:pPr>
        <w:spacing w:after="0" w:line="240" w:lineRule="auto"/>
      </w:pPr>
      <w:r>
        <w:separator/>
      </w:r>
    </w:p>
  </w:footnote>
  <w:footnote w:type="continuationSeparator" w:id="0">
    <w:p w14:paraId="04D11E50" w14:textId="77777777" w:rsidR="007B15C3" w:rsidRDefault="007B15C3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ADCF7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B6A902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6A0BB11C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7BE9"/>
    <w:rsid w:val="000E2AFD"/>
    <w:rsid w:val="000E325D"/>
    <w:rsid w:val="0015074B"/>
    <w:rsid w:val="001E5916"/>
    <w:rsid w:val="0029639D"/>
    <w:rsid w:val="00326F90"/>
    <w:rsid w:val="005E7EE9"/>
    <w:rsid w:val="007B15C3"/>
    <w:rsid w:val="00916F35"/>
    <w:rsid w:val="00AA1D8D"/>
    <w:rsid w:val="00B325EF"/>
    <w:rsid w:val="00B47730"/>
    <w:rsid w:val="00CB0664"/>
    <w:rsid w:val="00E777D7"/>
    <w:rsid w:val="00EE326B"/>
    <w:rsid w:val="00F37FE7"/>
    <w:rsid w:val="00F420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2</cp:revision>
  <cp:lastPrinted>2026-02-05T12:14:00Z</cp:lastPrinted>
  <dcterms:created xsi:type="dcterms:W3CDTF">2026-07-22T13:53:00Z</dcterms:created>
  <dcterms:modified xsi:type="dcterms:W3CDTF">2026-07-22T13:53:00Z</dcterms:modified>
  <cp:category/>
</cp:coreProperties>
</file>