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5141" w14:textId="5EB9D4E3" w:rsidR="005E7EE9" w:rsidRPr="007C75D3" w:rsidRDefault="005E7EE9" w:rsidP="007C75D3">
      <w:pPr>
        <w:rPr>
          <w:rFonts w:ascii="Aptos" w:hAnsi="Aptos"/>
        </w:rPr>
      </w:pPr>
    </w:p>
    <w:p w14:paraId="29E7A906" w14:textId="77777777" w:rsidR="007C75D3" w:rsidRPr="007C75D3" w:rsidRDefault="007C75D3" w:rsidP="007C75D3">
      <w:pPr>
        <w:rPr>
          <w:rFonts w:ascii="Aptos" w:hAnsi="Aptos"/>
        </w:rPr>
      </w:pPr>
    </w:p>
    <w:p w14:paraId="4C293853" w14:textId="77777777" w:rsidR="007C75D3" w:rsidRPr="007C75D3" w:rsidRDefault="007C75D3" w:rsidP="007C75D3">
      <w:pPr>
        <w:rPr>
          <w:rFonts w:ascii="Aptos" w:hAnsi="Aptos"/>
          <w:b/>
          <w:bCs/>
          <w:sz w:val="28"/>
          <w:szCs w:val="28"/>
          <w:lang w:val="nl-NL"/>
        </w:rPr>
      </w:pPr>
      <w:proofErr w:type="spellStart"/>
      <w:r w:rsidRPr="007C75D3">
        <w:rPr>
          <w:rFonts w:ascii="Aptos" w:hAnsi="Aptos"/>
          <w:b/>
          <w:bCs/>
          <w:sz w:val="28"/>
          <w:szCs w:val="28"/>
          <w:lang w:val="nl-NL"/>
        </w:rPr>
        <w:t>Overview</w:t>
      </w:r>
      <w:proofErr w:type="spellEnd"/>
      <w:r w:rsidRPr="007C75D3">
        <w:rPr>
          <w:rFonts w:ascii="Aptos" w:hAnsi="Aptos"/>
          <w:b/>
          <w:bCs/>
          <w:sz w:val="28"/>
          <w:szCs w:val="28"/>
          <w:lang w:val="nl-NL"/>
        </w:rPr>
        <w:t xml:space="preserve"> of </w:t>
      </w:r>
      <w:proofErr w:type="spellStart"/>
      <w:r w:rsidRPr="007C75D3">
        <w:rPr>
          <w:rFonts w:ascii="Aptos" w:hAnsi="Aptos"/>
          <w:b/>
          <w:bCs/>
          <w:sz w:val="28"/>
          <w:szCs w:val="28"/>
          <w:lang w:val="nl-NL"/>
        </w:rPr>
        <w:t>the</w:t>
      </w:r>
      <w:proofErr w:type="spellEnd"/>
      <w:r w:rsidRPr="007C75D3">
        <w:rPr>
          <w:rFonts w:ascii="Aptos" w:hAnsi="Aptos"/>
          <w:b/>
          <w:bCs/>
          <w:sz w:val="28"/>
          <w:szCs w:val="28"/>
          <w:lang w:val="nl-NL"/>
        </w:rPr>
        <w:t xml:space="preserve"> </w:t>
      </w:r>
      <w:proofErr w:type="spellStart"/>
      <w:r w:rsidRPr="007C75D3">
        <w:rPr>
          <w:rFonts w:ascii="Aptos" w:hAnsi="Aptos"/>
          <w:b/>
          <w:bCs/>
          <w:sz w:val="28"/>
          <w:szCs w:val="28"/>
          <w:lang w:val="nl-NL"/>
        </w:rPr>
        <w:t>Identification</w:t>
      </w:r>
      <w:proofErr w:type="spellEnd"/>
      <w:r w:rsidRPr="007C75D3">
        <w:rPr>
          <w:rFonts w:ascii="Aptos" w:hAnsi="Aptos"/>
          <w:b/>
          <w:bCs/>
          <w:sz w:val="28"/>
          <w:szCs w:val="28"/>
          <w:lang w:val="nl-NL"/>
        </w:rPr>
        <w:t xml:space="preserve"> Approach</w:t>
      </w:r>
    </w:p>
    <w:p w14:paraId="64629793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proofErr w:type="spellStart"/>
      <w:r w:rsidRPr="007C75D3">
        <w:rPr>
          <w:rFonts w:ascii="Aptos" w:hAnsi="Aptos"/>
          <w:b/>
          <w:bCs/>
          <w:lang w:val="nl-NL"/>
        </w:rPr>
        <w:t>Looking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</w:t>
      </w:r>
      <w:proofErr w:type="spellStart"/>
      <w:r w:rsidRPr="007C75D3">
        <w:rPr>
          <w:rFonts w:ascii="Aptos" w:hAnsi="Aptos"/>
          <w:b/>
          <w:bCs/>
          <w:lang w:val="nl-NL"/>
        </w:rPr>
        <w:t>beyond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traditional </w:t>
      </w:r>
      <w:proofErr w:type="spellStart"/>
      <w:r w:rsidRPr="007C75D3">
        <w:rPr>
          <w:rFonts w:ascii="Aptos" w:hAnsi="Aptos"/>
          <w:b/>
          <w:bCs/>
          <w:lang w:val="nl-NL"/>
        </w:rPr>
        <w:t>identification</w:t>
      </w:r>
      <w:proofErr w:type="spellEnd"/>
    </w:p>
    <w:p w14:paraId="355DD0EC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Many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learners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remain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unnoticed</w:t>
      </w:r>
      <w:proofErr w:type="spellEnd"/>
      <w:r w:rsidRPr="007C75D3">
        <w:rPr>
          <w:rFonts w:ascii="Aptos" w:hAnsi="Aptos"/>
          <w:lang w:val="nl-NL"/>
        </w:rPr>
        <w:t xml:space="preserve"> in schools. Traditional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methods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often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rely</w:t>
      </w:r>
      <w:proofErr w:type="spellEnd"/>
      <w:r w:rsidRPr="007C75D3">
        <w:rPr>
          <w:rFonts w:ascii="Aptos" w:hAnsi="Aptos"/>
          <w:lang w:val="nl-NL"/>
        </w:rPr>
        <w:t xml:space="preserve"> on teacher </w:t>
      </w:r>
      <w:proofErr w:type="spellStart"/>
      <w:r w:rsidRPr="007C75D3">
        <w:rPr>
          <w:rFonts w:ascii="Aptos" w:hAnsi="Aptos"/>
          <w:lang w:val="nl-NL"/>
        </w:rPr>
        <w:t>nominations</w:t>
      </w:r>
      <w:proofErr w:type="spellEnd"/>
      <w:r w:rsidRPr="007C75D3">
        <w:rPr>
          <w:rFonts w:ascii="Aptos" w:hAnsi="Aptos"/>
          <w:lang w:val="nl-NL"/>
        </w:rPr>
        <w:t xml:space="preserve">, high </w:t>
      </w:r>
      <w:proofErr w:type="spellStart"/>
      <w:r w:rsidRPr="007C75D3">
        <w:rPr>
          <w:rFonts w:ascii="Aptos" w:hAnsi="Aptos"/>
          <w:lang w:val="nl-NL"/>
        </w:rPr>
        <w:t>academic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achievement</w:t>
      </w:r>
      <w:proofErr w:type="spellEnd"/>
      <w:r w:rsidRPr="007C75D3">
        <w:rPr>
          <w:rFonts w:ascii="Aptos" w:hAnsi="Aptos"/>
          <w:lang w:val="nl-NL"/>
        </w:rPr>
        <w:t xml:space="preserve"> or </w:t>
      </w:r>
      <w:proofErr w:type="spellStart"/>
      <w:r w:rsidRPr="007C75D3">
        <w:rPr>
          <w:rFonts w:ascii="Aptos" w:hAnsi="Aptos"/>
          <w:lang w:val="nl-NL"/>
        </w:rPr>
        <w:t>parental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advocacy</w:t>
      </w:r>
      <w:proofErr w:type="spellEnd"/>
      <w:r w:rsidRPr="007C75D3">
        <w:rPr>
          <w:rFonts w:ascii="Aptos" w:hAnsi="Aptos"/>
          <w:lang w:val="nl-NL"/>
        </w:rPr>
        <w:t xml:space="preserve">. </w:t>
      </w:r>
      <w:proofErr w:type="spellStart"/>
      <w:r w:rsidRPr="007C75D3">
        <w:rPr>
          <w:rFonts w:ascii="Aptos" w:hAnsi="Aptos"/>
          <w:lang w:val="nl-NL"/>
        </w:rPr>
        <w:t>While</w:t>
      </w:r>
      <w:proofErr w:type="spellEnd"/>
      <w:r w:rsidRPr="007C75D3">
        <w:rPr>
          <w:rFonts w:ascii="Aptos" w:hAnsi="Aptos"/>
          <w:lang w:val="nl-NL"/>
        </w:rPr>
        <w:t xml:space="preserve"> these approaches </w:t>
      </w:r>
      <w:proofErr w:type="spellStart"/>
      <w:r w:rsidRPr="007C75D3">
        <w:rPr>
          <w:rFonts w:ascii="Aptos" w:hAnsi="Aptos"/>
          <w:lang w:val="nl-NL"/>
        </w:rPr>
        <w:t>may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some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they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can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overlook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learners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whose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abilities</w:t>
      </w:r>
      <w:proofErr w:type="spellEnd"/>
      <w:r w:rsidRPr="007C75D3">
        <w:rPr>
          <w:rFonts w:ascii="Aptos" w:hAnsi="Aptos"/>
          <w:lang w:val="nl-NL"/>
        </w:rPr>
        <w:t xml:space="preserve"> are </w:t>
      </w:r>
      <w:proofErr w:type="spellStart"/>
      <w:r w:rsidRPr="007C75D3">
        <w:rPr>
          <w:rFonts w:ascii="Aptos" w:hAnsi="Aptos"/>
          <w:lang w:val="nl-NL"/>
        </w:rPr>
        <w:t>less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visible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because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language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barriers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socioeconomic</w:t>
      </w:r>
      <w:proofErr w:type="spellEnd"/>
      <w:r w:rsidRPr="007C75D3">
        <w:rPr>
          <w:rFonts w:ascii="Aptos" w:hAnsi="Aptos"/>
          <w:lang w:val="nl-NL"/>
        </w:rPr>
        <w:t xml:space="preserve"> disadvantage, </w:t>
      </w:r>
      <w:proofErr w:type="spellStart"/>
      <w:r w:rsidRPr="007C75D3">
        <w:rPr>
          <w:rFonts w:ascii="Aptos" w:hAnsi="Aptos"/>
          <w:lang w:val="nl-NL"/>
        </w:rPr>
        <w:t>cultural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differences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underachievement</w:t>
      </w:r>
      <w:proofErr w:type="spellEnd"/>
      <w:r w:rsidRPr="007C75D3">
        <w:rPr>
          <w:rFonts w:ascii="Aptos" w:hAnsi="Aptos"/>
          <w:lang w:val="nl-NL"/>
        </w:rPr>
        <w:t xml:space="preserve"> or </w:t>
      </w:r>
      <w:proofErr w:type="spellStart"/>
      <w:r w:rsidRPr="007C75D3">
        <w:rPr>
          <w:rFonts w:ascii="Aptos" w:hAnsi="Aptos"/>
          <w:lang w:val="nl-NL"/>
        </w:rPr>
        <w:t>limited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educational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opportunities</w:t>
      </w:r>
      <w:proofErr w:type="spellEnd"/>
      <w:r w:rsidRPr="007C75D3">
        <w:rPr>
          <w:rFonts w:ascii="Aptos" w:hAnsi="Aptos"/>
          <w:lang w:val="nl-NL"/>
        </w:rPr>
        <w:t>.</w:t>
      </w:r>
    </w:p>
    <w:p w14:paraId="6B24C480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The </w:t>
      </w:r>
      <w:proofErr w:type="spellStart"/>
      <w:r w:rsidRPr="007C75D3">
        <w:rPr>
          <w:rFonts w:ascii="Aptos" w:hAnsi="Aptos"/>
          <w:lang w:val="nl-NL"/>
        </w:rPr>
        <w:t>Equity</w:t>
      </w:r>
      <w:proofErr w:type="spellEnd"/>
      <w:r w:rsidRPr="007C75D3">
        <w:rPr>
          <w:rFonts w:ascii="Aptos" w:hAnsi="Aptos"/>
          <w:lang w:val="nl-NL"/>
        </w:rPr>
        <w:t xml:space="preserve"> in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Education</w:t>
      </w:r>
      <w:proofErr w:type="spellEnd"/>
      <w:r w:rsidRPr="007C75D3">
        <w:rPr>
          <w:rFonts w:ascii="Aptos" w:hAnsi="Aptos"/>
          <w:lang w:val="nl-NL"/>
        </w:rPr>
        <w:t xml:space="preserve"> (EGE) project was </w:t>
      </w:r>
      <w:proofErr w:type="spellStart"/>
      <w:r w:rsidRPr="007C75D3">
        <w:rPr>
          <w:rFonts w:ascii="Aptos" w:hAnsi="Aptos"/>
          <w:lang w:val="nl-NL"/>
        </w:rPr>
        <w:t>established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address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this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challenge</w:t>
      </w:r>
      <w:proofErr w:type="spellEnd"/>
      <w:r w:rsidRPr="007C75D3">
        <w:rPr>
          <w:rFonts w:ascii="Aptos" w:hAnsi="Aptos"/>
          <w:lang w:val="nl-NL"/>
        </w:rPr>
        <w:t xml:space="preserve">. </w:t>
      </w:r>
      <w:proofErr w:type="spellStart"/>
      <w:r w:rsidRPr="007C75D3">
        <w:rPr>
          <w:rFonts w:ascii="Aptos" w:hAnsi="Aptos"/>
          <w:lang w:val="nl-NL"/>
        </w:rPr>
        <w:t>Our</w:t>
      </w:r>
      <w:proofErr w:type="spellEnd"/>
      <w:r w:rsidRPr="007C75D3">
        <w:rPr>
          <w:rFonts w:ascii="Aptos" w:hAnsi="Aptos"/>
          <w:lang w:val="nl-NL"/>
        </w:rPr>
        <w:t xml:space="preserve"> goal is </w:t>
      </w:r>
      <w:proofErr w:type="spellStart"/>
      <w:r w:rsidRPr="007C75D3">
        <w:rPr>
          <w:rFonts w:ascii="Aptos" w:hAnsi="Aptos"/>
          <w:lang w:val="nl-NL"/>
        </w:rPr>
        <w:t>not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simply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identify</w:t>
      </w:r>
      <w:proofErr w:type="spellEnd"/>
      <w:r w:rsidRPr="007C75D3">
        <w:rPr>
          <w:rFonts w:ascii="Aptos" w:hAnsi="Aptos"/>
          <w:lang w:val="nl-NL"/>
        </w:rPr>
        <w:t xml:space="preserve"> more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, but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 more </w:t>
      </w:r>
      <w:proofErr w:type="spellStart"/>
      <w:r w:rsidRPr="007C75D3">
        <w:rPr>
          <w:rFonts w:ascii="Aptos" w:hAnsi="Aptos"/>
          <w:lang w:val="nl-NL"/>
        </w:rPr>
        <w:t>equitably</w:t>
      </w:r>
      <w:proofErr w:type="spellEnd"/>
      <w:r w:rsidRPr="007C75D3">
        <w:rPr>
          <w:rFonts w:ascii="Aptos" w:hAnsi="Aptos"/>
          <w:lang w:val="nl-NL"/>
        </w:rPr>
        <w:t>.</w:t>
      </w:r>
    </w:p>
    <w:p w14:paraId="7C934960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pict w14:anchorId="3B4937C0">
          <v:rect id="_x0000_i1067" style="width:0;height:1.5pt" o:hralign="center" o:hrstd="t" o:hr="t" fillcolor="#a0a0a0" stroked="f"/>
        </w:pict>
      </w:r>
    </w:p>
    <w:p w14:paraId="3972D0DA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r w:rsidRPr="007C75D3">
        <w:rPr>
          <w:rFonts w:ascii="Aptos" w:hAnsi="Aptos"/>
          <w:b/>
          <w:bCs/>
          <w:lang w:val="nl-NL"/>
        </w:rPr>
        <w:t xml:space="preserve">A </w:t>
      </w:r>
      <w:proofErr w:type="spellStart"/>
      <w:r w:rsidRPr="007C75D3">
        <w:rPr>
          <w:rFonts w:ascii="Aptos" w:hAnsi="Aptos"/>
          <w:b/>
          <w:bCs/>
          <w:lang w:val="nl-NL"/>
        </w:rPr>
        <w:t>strengths-based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approach</w:t>
      </w:r>
    </w:p>
    <w:p w14:paraId="04C3011B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The EGE project starts </w:t>
      </w:r>
      <w:proofErr w:type="spellStart"/>
      <w:r w:rsidRPr="007C75D3">
        <w:rPr>
          <w:rFonts w:ascii="Aptos" w:hAnsi="Aptos"/>
          <w:lang w:val="nl-NL"/>
        </w:rPr>
        <w:t>from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belief </w:t>
      </w:r>
      <w:proofErr w:type="spellStart"/>
      <w:r w:rsidRPr="007C75D3">
        <w:rPr>
          <w:rFonts w:ascii="Aptos" w:hAnsi="Aptos"/>
          <w:lang w:val="nl-NL"/>
        </w:rPr>
        <w:t>that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cognitive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distributed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across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all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groups</w:t>
      </w:r>
      <w:proofErr w:type="spellEnd"/>
      <w:r w:rsidRPr="007C75D3">
        <w:rPr>
          <w:rFonts w:ascii="Aptos" w:hAnsi="Aptos"/>
          <w:lang w:val="nl-NL"/>
        </w:rPr>
        <w:t xml:space="preserve"> in society. Every school </w:t>
      </w:r>
      <w:proofErr w:type="spellStart"/>
      <w:r w:rsidRPr="007C75D3">
        <w:rPr>
          <w:rFonts w:ascii="Aptos" w:hAnsi="Aptos"/>
          <w:lang w:val="nl-NL"/>
        </w:rPr>
        <w:t>contains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with</w:t>
      </w:r>
      <w:proofErr w:type="spellEnd"/>
      <w:r w:rsidRPr="007C75D3">
        <w:rPr>
          <w:rFonts w:ascii="Aptos" w:hAnsi="Aptos"/>
          <w:lang w:val="nl-NL"/>
        </w:rPr>
        <w:t xml:space="preserve"> high </w:t>
      </w:r>
      <w:proofErr w:type="spellStart"/>
      <w:r w:rsidRPr="007C75D3">
        <w:rPr>
          <w:rFonts w:ascii="Aptos" w:hAnsi="Aptos"/>
          <w:lang w:val="nl-NL"/>
        </w:rPr>
        <w:t>learning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regardless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their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linguistic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cultural</w:t>
      </w:r>
      <w:proofErr w:type="spellEnd"/>
      <w:r w:rsidRPr="007C75D3">
        <w:rPr>
          <w:rFonts w:ascii="Aptos" w:hAnsi="Aptos"/>
          <w:lang w:val="nl-NL"/>
        </w:rPr>
        <w:t xml:space="preserve"> or </w:t>
      </w:r>
      <w:proofErr w:type="spellStart"/>
      <w:r w:rsidRPr="007C75D3">
        <w:rPr>
          <w:rFonts w:ascii="Aptos" w:hAnsi="Aptos"/>
          <w:lang w:val="nl-NL"/>
        </w:rPr>
        <w:t>socioeconomic</w:t>
      </w:r>
      <w:proofErr w:type="spellEnd"/>
      <w:r w:rsidRPr="007C75D3">
        <w:rPr>
          <w:rFonts w:ascii="Aptos" w:hAnsi="Aptos"/>
          <w:lang w:val="nl-NL"/>
        </w:rPr>
        <w:t xml:space="preserve"> background.</w:t>
      </w:r>
    </w:p>
    <w:p w14:paraId="480E2E58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recognise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this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, schools </w:t>
      </w:r>
      <w:proofErr w:type="spellStart"/>
      <w:r w:rsidRPr="007C75D3">
        <w:rPr>
          <w:rFonts w:ascii="Aptos" w:hAnsi="Aptos"/>
          <w:lang w:val="nl-NL"/>
        </w:rPr>
        <w:t>need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procedures </w:t>
      </w:r>
      <w:proofErr w:type="spellStart"/>
      <w:r w:rsidRPr="007C75D3">
        <w:rPr>
          <w:rFonts w:ascii="Aptos" w:hAnsi="Aptos"/>
          <w:lang w:val="nl-NL"/>
        </w:rPr>
        <w:t>that</w:t>
      </w:r>
      <w:proofErr w:type="spellEnd"/>
      <w:r w:rsidRPr="007C75D3">
        <w:rPr>
          <w:rFonts w:ascii="Aptos" w:hAnsi="Aptos"/>
          <w:lang w:val="nl-NL"/>
        </w:rPr>
        <w:t xml:space="preserve"> minimise bias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focus on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' </w:t>
      </w:r>
      <w:proofErr w:type="spellStart"/>
      <w:r w:rsidRPr="007C75D3">
        <w:rPr>
          <w:rFonts w:ascii="Aptos" w:hAnsi="Aptos"/>
          <w:lang w:val="nl-NL"/>
        </w:rPr>
        <w:t>reasoning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abilities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rather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than</w:t>
      </w:r>
      <w:proofErr w:type="spellEnd"/>
      <w:r w:rsidRPr="007C75D3">
        <w:rPr>
          <w:rFonts w:ascii="Aptos" w:hAnsi="Aptos"/>
          <w:lang w:val="nl-NL"/>
        </w:rPr>
        <w:t xml:space="preserve"> on </w:t>
      </w:r>
      <w:proofErr w:type="spellStart"/>
      <w:r w:rsidRPr="007C75D3">
        <w:rPr>
          <w:rFonts w:ascii="Aptos" w:hAnsi="Aptos"/>
          <w:lang w:val="nl-NL"/>
        </w:rPr>
        <w:t>acquired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knowledge</w:t>
      </w:r>
      <w:proofErr w:type="spellEnd"/>
      <w:r w:rsidRPr="007C75D3">
        <w:rPr>
          <w:rFonts w:ascii="Aptos" w:hAnsi="Aptos"/>
          <w:lang w:val="nl-NL"/>
        </w:rPr>
        <w:t xml:space="preserve"> or </w:t>
      </w:r>
      <w:proofErr w:type="spellStart"/>
      <w:r w:rsidRPr="007C75D3">
        <w:rPr>
          <w:rFonts w:ascii="Aptos" w:hAnsi="Aptos"/>
          <w:lang w:val="nl-NL"/>
        </w:rPr>
        <w:t>academic</w:t>
      </w:r>
      <w:proofErr w:type="spellEnd"/>
      <w:r w:rsidRPr="007C75D3">
        <w:rPr>
          <w:rFonts w:ascii="Aptos" w:hAnsi="Aptos"/>
          <w:lang w:val="nl-NL"/>
        </w:rPr>
        <w:t xml:space="preserve"> performance </w:t>
      </w:r>
      <w:proofErr w:type="spellStart"/>
      <w:r w:rsidRPr="007C75D3">
        <w:rPr>
          <w:rFonts w:ascii="Aptos" w:hAnsi="Aptos"/>
          <w:lang w:val="nl-NL"/>
        </w:rPr>
        <w:t>alone</w:t>
      </w:r>
      <w:proofErr w:type="spellEnd"/>
      <w:r w:rsidRPr="007C75D3">
        <w:rPr>
          <w:rFonts w:ascii="Aptos" w:hAnsi="Aptos"/>
          <w:lang w:val="nl-NL"/>
        </w:rPr>
        <w:t>.</w:t>
      </w:r>
    </w:p>
    <w:p w14:paraId="6314AF06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pict w14:anchorId="02EC82EA">
          <v:rect id="_x0000_i1068" style="width:0;height:1.5pt" o:hralign="center" o:hrstd="t" o:hr="t" fillcolor="#a0a0a0" stroked="f"/>
        </w:pict>
      </w:r>
    </w:p>
    <w:p w14:paraId="2B8B56D7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r w:rsidRPr="007C75D3">
        <w:rPr>
          <w:rFonts w:ascii="Aptos" w:hAnsi="Aptos"/>
          <w:b/>
          <w:bCs/>
          <w:lang w:val="nl-NL"/>
        </w:rPr>
        <w:t>Universal screening</w:t>
      </w:r>
    </w:p>
    <w:p w14:paraId="1B8F51E5" w14:textId="77777777" w:rsidR="007C75D3" w:rsidRPr="00121E9D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Instead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relying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solely</w:t>
      </w:r>
      <w:proofErr w:type="spellEnd"/>
      <w:r w:rsidRPr="007C75D3">
        <w:rPr>
          <w:rFonts w:ascii="Aptos" w:hAnsi="Aptos"/>
          <w:lang w:val="nl-NL"/>
        </w:rPr>
        <w:t xml:space="preserve"> on </w:t>
      </w:r>
      <w:proofErr w:type="spellStart"/>
      <w:r w:rsidRPr="007C75D3">
        <w:rPr>
          <w:rFonts w:ascii="Aptos" w:hAnsi="Aptos"/>
          <w:lang w:val="nl-NL"/>
        </w:rPr>
        <w:t>referrals</w:t>
      </w:r>
      <w:proofErr w:type="spellEnd"/>
      <w:r w:rsidRPr="007C75D3">
        <w:rPr>
          <w:rFonts w:ascii="Aptos" w:hAnsi="Aptos"/>
          <w:lang w:val="nl-NL"/>
        </w:rPr>
        <w:t xml:space="preserve"> or </w:t>
      </w:r>
      <w:proofErr w:type="spellStart"/>
      <w:r w:rsidRPr="007C75D3">
        <w:rPr>
          <w:rFonts w:ascii="Aptos" w:hAnsi="Aptos"/>
          <w:lang w:val="nl-NL"/>
        </w:rPr>
        <w:t>nominations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EGE project </w:t>
      </w:r>
      <w:proofErr w:type="spellStart"/>
      <w:r w:rsidRPr="007C75D3">
        <w:rPr>
          <w:rFonts w:ascii="Aptos" w:hAnsi="Aptos"/>
          <w:lang w:val="nl-NL"/>
        </w:rPr>
        <w:t>promotes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universal</w:t>
      </w:r>
      <w:proofErr w:type="spellEnd"/>
      <w:r w:rsidRPr="00121E9D">
        <w:rPr>
          <w:rFonts w:ascii="Aptos" w:hAnsi="Aptos"/>
          <w:lang w:val="nl-NL"/>
        </w:rPr>
        <w:t xml:space="preserve"> screening </w:t>
      </w:r>
      <w:proofErr w:type="spellStart"/>
      <w:r w:rsidRPr="00121E9D">
        <w:rPr>
          <w:rFonts w:ascii="Aptos" w:hAnsi="Aptos"/>
          <w:lang w:val="nl-NL"/>
        </w:rPr>
        <w:t>wherever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possible</w:t>
      </w:r>
      <w:proofErr w:type="spellEnd"/>
      <w:r w:rsidRPr="00121E9D">
        <w:rPr>
          <w:rFonts w:ascii="Aptos" w:hAnsi="Aptos"/>
          <w:lang w:val="nl-NL"/>
        </w:rPr>
        <w:t>.</w:t>
      </w:r>
    </w:p>
    <w:p w14:paraId="0AB84607" w14:textId="77777777" w:rsidR="00121E9D" w:rsidRDefault="007C75D3" w:rsidP="007C75D3">
      <w:pPr>
        <w:rPr>
          <w:rFonts w:ascii="Aptos" w:hAnsi="Aptos"/>
          <w:lang w:val="nl-NL"/>
        </w:rPr>
      </w:pPr>
      <w:r w:rsidRPr="00121E9D">
        <w:rPr>
          <w:rFonts w:ascii="Aptos" w:hAnsi="Aptos"/>
          <w:lang w:val="nl-NL"/>
        </w:rPr>
        <w:t xml:space="preserve">Universal screening means </w:t>
      </w:r>
      <w:proofErr w:type="spellStart"/>
      <w:r w:rsidRPr="00121E9D">
        <w:rPr>
          <w:rFonts w:ascii="Aptos" w:hAnsi="Aptos"/>
          <w:lang w:val="nl-NL"/>
        </w:rPr>
        <w:t>that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all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students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within</w:t>
      </w:r>
      <w:proofErr w:type="spellEnd"/>
      <w:r w:rsidRPr="00121E9D">
        <w:rPr>
          <w:rFonts w:ascii="Aptos" w:hAnsi="Aptos"/>
          <w:lang w:val="nl-NL"/>
        </w:rPr>
        <w:t xml:space="preserve"> a </w:t>
      </w:r>
      <w:proofErr w:type="spellStart"/>
      <w:r w:rsidRPr="00121E9D">
        <w:rPr>
          <w:rFonts w:ascii="Aptos" w:hAnsi="Aptos"/>
          <w:lang w:val="nl-NL"/>
        </w:rPr>
        <w:t>selecte</w:t>
      </w:r>
      <w:r w:rsidRPr="007C75D3">
        <w:rPr>
          <w:rFonts w:ascii="Aptos" w:hAnsi="Aptos"/>
          <w:lang w:val="nl-NL"/>
        </w:rPr>
        <w:t>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age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group</w:t>
      </w:r>
      <w:proofErr w:type="spellEnd"/>
      <w:r w:rsidRPr="007C75D3">
        <w:rPr>
          <w:rFonts w:ascii="Aptos" w:hAnsi="Aptos"/>
          <w:lang w:val="nl-NL"/>
        </w:rPr>
        <w:t xml:space="preserve"> are </w:t>
      </w:r>
      <w:proofErr w:type="spellStart"/>
      <w:r w:rsidRPr="007C75D3">
        <w:rPr>
          <w:rFonts w:ascii="Aptos" w:hAnsi="Aptos"/>
          <w:lang w:val="nl-NL"/>
        </w:rPr>
        <w:t>given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opportunity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participate</w:t>
      </w:r>
      <w:proofErr w:type="spellEnd"/>
      <w:r w:rsidRPr="007C75D3">
        <w:rPr>
          <w:rFonts w:ascii="Aptos" w:hAnsi="Aptos"/>
          <w:lang w:val="nl-NL"/>
        </w:rPr>
        <w:t xml:space="preserve"> in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process</w:t>
      </w:r>
      <w:proofErr w:type="spellEnd"/>
      <w:r w:rsidRPr="007C75D3">
        <w:rPr>
          <w:rFonts w:ascii="Aptos" w:hAnsi="Aptos"/>
          <w:lang w:val="nl-NL"/>
        </w:rPr>
        <w:t xml:space="preserve">. </w:t>
      </w:r>
      <w:proofErr w:type="spellStart"/>
      <w:r w:rsidRPr="007C75D3">
        <w:rPr>
          <w:rFonts w:ascii="Aptos" w:hAnsi="Aptos"/>
          <w:lang w:val="nl-NL"/>
        </w:rPr>
        <w:t>This</w:t>
      </w:r>
      <w:proofErr w:type="spellEnd"/>
      <w:r w:rsidRPr="007C75D3">
        <w:rPr>
          <w:rFonts w:ascii="Aptos" w:hAnsi="Aptos"/>
          <w:lang w:val="nl-NL"/>
        </w:rPr>
        <w:t xml:space="preserve"> approach </w:t>
      </w:r>
      <w:proofErr w:type="spellStart"/>
      <w:r w:rsidRPr="007C75D3">
        <w:rPr>
          <w:rFonts w:ascii="Aptos" w:hAnsi="Aptos"/>
          <w:lang w:val="nl-NL"/>
        </w:rPr>
        <w:t>reduces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</w:p>
    <w:p w14:paraId="2C9288D7" w14:textId="77777777" w:rsidR="00121E9D" w:rsidRDefault="00121E9D" w:rsidP="007C75D3">
      <w:pPr>
        <w:rPr>
          <w:rFonts w:ascii="Aptos" w:hAnsi="Aptos"/>
          <w:lang w:val="nl-NL"/>
        </w:rPr>
      </w:pPr>
    </w:p>
    <w:p w14:paraId="64458539" w14:textId="4DD649C1" w:rsidR="007C75D3" w:rsidRPr="007C75D3" w:rsidRDefault="00121E9D" w:rsidP="007C75D3">
      <w:pPr>
        <w:rPr>
          <w:rFonts w:ascii="Aptos" w:hAnsi="Aptos"/>
          <w:lang w:val="nl-NL"/>
        </w:rPr>
      </w:pPr>
      <w:r>
        <w:rPr>
          <w:rFonts w:ascii="Aptos" w:hAnsi="Aptos"/>
          <w:lang w:val="nl-NL"/>
        </w:rPr>
        <w:lastRenderedPageBreak/>
        <w:br/>
      </w:r>
      <w:r>
        <w:rPr>
          <w:rFonts w:ascii="Aptos" w:hAnsi="Aptos"/>
          <w:lang w:val="nl-NL"/>
        </w:rPr>
        <w:br/>
      </w:r>
      <w:proofErr w:type="spellStart"/>
      <w:r w:rsidR="007C75D3" w:rsidRPr="007C75D3">
        <w:rPr>
          <w:rFonts w:ascii="Aptos" w:hAnsi="Aptos"/>
          <w:lang w:val="nl-NL"/>
        </w:rPr>
        <w:t>influence</w:t>
      </w:r>
      <w:proofErr w:type="spellEnd"/>
      <w:r w:rsidR="007C75D3" w:rsidRPr="007C75D3">
        <w:rPr>
          <w:rFonts w:ascii="Aptos" w:hAnsi="Aptos"/>
          <w:lang w:val="nl-NL"/>
        </w:rPr>
        <w:t xml:space="preserve"> of </w:t>
      </w:r>
      <w:proofErr w:type="spellStart"/>
      <w:r w:rsidR="007C75D3" w:rsidRPr="007C75D3">
        <w:rPr>
          <w:rFonts w:ascii="Aptos" w:hAnsi="Aptos"/>
          <w:lang w:val="nl-NL"/>
        </w:rPr>
        <w:t>unconscious</w:t>
      </w:r>
      <w:proofErr w:type="spellEnd"/>
      <w:r w:rsidR="007C75D3" w:rsidRPr="007C75D3">
        <w:rPr>
          <w:rFonts w:ascii="Aptos" w:hAnsi="Aptos"/>
          <w:lang w:val="nl-NL"/>
        </w:rPr>
        <w:t xml:space="preserve"> bias </w:t>
      </w:r>
      <w:proofErr w:type="spellStart"/>
      <w:r w:rsidR="007C75D3" w:rsidRPr="007C75D3">
        <w:rPr>
          <w:rFonts w:ascii="Aptos" w:hAnsi="Aptos"/>
          <w:lang w:val="nl-NL"/>
        </w:rPr>
        <w:t>and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increases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the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likelihood</w:t>
      </w:r>
      <w:proofErr w:type="spellEnd"/>
      <w:r w:rsidR="007C75D3" w:rsidRPr="007C75D3">
        <w:rPr>
          <w:rFonts w:ascii="Aptos" w:hAnsi="Aptos"/>
          <w:lang w:val="nl-NL"/>
        </w:rPr>
        <w:t xml:space="preserve"> of </w:t>
      </w:r>
      <w:proofErr w:type="spellStart"/>
      <w:r w:rsidR="007C75D3" w:rsidRPr="007C75D3">
        <w:rPr>
          <w:rFonts w:ascii="Aptos" w:hAnsi="Aptos"/>
          <w:lang w:val="nl-NL"/>
        </w:rPr>
        <w:t>identifying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students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whose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abilities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might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otherwise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remain</w:t>
      </w:r>
      <w:proofErr w:type="spellEnd"/>
      <w:r w:rsidR="007C75D3" w:rsidRPr="007C75D3">
        <w:rPr>
          <w:rFonts w:ascii="Aptos" w:hAnsi="Aptos"/>
          <w:lang w:val="nl-NL"/>
        </w:rPr>
        <w:t xml:space="preserve"> </w:t>
      </w:r>
      <w:proofErr w:type="spellStart"/>
      <w:r w:rsidR="007C75D3" w:rsidRPr="007C75D3">
        <w:rPr>
          <w:rFonts w:ascii="Aptos" w:hAnsi="Aptos"/>
          <w:lang w:val="nl-NL"/>
        </w:rPr>
        <w:t>hidden</w:t>
      </w:r>
      <w:proofErr w:type="spellEnd"/>
      <w:r w:rsidR="007C75D3" w:rsidRPr="007C75D3">
        <w:rPr>
          <w:rFonts w:ascii="Aptos" w:hAnsi="Aptos"/>
          <w:lang w:val="nl-NL"/>
        </w:rPr>
        <w:t>.</w:t>
      </w:r>
    </w:p>
    <w:p w14:paraId="5A14BD0A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Research has </w:t>
      </w:r>
      <w:proofErr w:type="spellStart"/>
      <w:r w:rsidRPr="007C75D3">
        <w:rPr>
          <w:rFonts w:ascii="Aptos" w:hAnsi="Aptos"/>
          <w:lang w:val="nl-NL"/>
        </w:rPr>
        <w:t>shown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that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universal</w:t>
      </w:r>
      <w:proofErr w:type="spellEnd"/>
      <w:r w:rsidRPr="007C75D3">
        <w:rPr>
          <w:rFonts w:ascii="Aptos" w:hAnsi="Aptos"/>
          <w:lang w:val="nl-NL"/>
        </w:rPr>
        <w:t xml:space="preserve"> screening leads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a more diverse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representative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learners</w:t>
      </w:r>
      <w:proofErr w:type="spellEnd"/>
      <w:r w:rsidRPr="007C75D3">
        <w:rPr>
          <w:rFonts w:ascii="Aptos" w:hAnsi="Aptos"/>
          <w:lang w:val="nl-NL"/>
        </w:rPr>
        <w:t>.</w:t>
      </w:r>
    </w:p>
    <w:p w14:paraId="68A50099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pict w14:anchorId="46670D65">
          <v:rect id="_x0000_i1069" style="width:0;height:1.5pt" o:hralign="center" o:hrstd="t" o:hr="t" fillcolor="#a0a0a0" stroked="f"/>
        </w:pict>
      </w:r>
    </w:p>
    <w:p w14:paraId="1D14D0DD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r w:rsidRPr="007C75D3">
        <w:rPr>
          <w:rFonts w:ascii="Aptos" w:hAnsi="Aptos"/>
          <w:b/>
          <w:bCs/>
          <w:lang w:val="nl-NL"/>
        </w:rPr>
        <w:t>The CHC Model of Intelligence</w:t>
      </w:r>
    </w:p>
    <w:p w14:paraId="429D7B9C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The EGE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approach is </w:t>
      </w:r>
      <w:proofErr w:type="spellStart"/>
      <w:r w:rsidRPr="007C75D3">
        <w:rPr>
          <w:rFonts w:ascii="Aptos" w:hAnsi="Aptos"/>
          <w:lang w:val="nl-NL"/>
        </w:rPr>
        <w:t>grounded</w:t>
      </w:r>
      <w:proofErr w:type="spellEnd"/>
      <w:r w:rsidRPr="007C75D3">
        <w:rPr>
          <w:rFonts w:ascii="Aptos" w:hAnsi="Aptos"/>
          <w:lang w:val="nl-NL"/>
        </w:rPr>
        <w:t xml:space="preserve"> in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Cattell</w:t>
      </w:r>
      <w:proofErr w:type="spellEnd"/>
      <w:r w:rsidRPr="00121E9D">
        <w:rPr>
          <w:rFonts w:ascii="Aptos" w:hAnsi="Aptos"/>
          <w:lang w:val="nl-NL"/>
        </w:rPr>
        <w:t xml:space="preserve">–Horn–Carroll (CHC) </w:t>
      </w:r>
      <w:proofErr w:type="spellStart"/>
      <w:r w:rsidRPr="00121E9D">
        <w:rPr>
          <w:rFonts w:ascii="Aptos" w:hAnsi="Aptos"/>
          <w:lang w:val="nl-NL"/>
        </w:rPr>
        <w:t>Theory</w:t>
      </w:r>
      <w:proofErr w:type="spellEnd"/>
      <w:r w:rsidRPr="00121E9D">
        <w:rPr>
          <w:rFonts w:ascii="Aptos" w:hAnsi="Aptos"/>
          <w:lang w:val="nl-NL"/>
        </w:rPr>
        <w:t xml:space="preserve"> of </w:t>
      </w:r>
      <w:proofErr w:type="spellStart"/>
      <w:r w:rsidRPr="00121E9D">
        <w:rPr>
          <w:rFonts w:ascii="Aptos" w:hAnsi="Aptos"/>
          <w:lang w:val="nl-NL"/>
        </w:rPr>
        <w:t>Cognitive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Abilities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one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most </w:t>
      </w:r>
      <w:proofErr w:type="spellStart"/>
      <w:r w:rsidRPr="007C75D3">
        <w:rPr>
          <w:rFonts w:ascii="Aptos" w:hAnsi="Aptos"/>
          <w:lang w:val="nl-NL"/>
        </w:rPr>
        <w:t>widely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accepted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models</w:t>
      </w:r>
      <w:proofErr w:type="spellEnd"/>
      <w:r w:rsidRPr="007C75D3">
        <w:rPr>
          <w:rFonts w:ascii="Aptos" w:hAnsi="Aptos"/>
          <w:lang w:val="nl-NL"/>
        </w:rPr>
        <w:t xml:space="preserve"> of human intelligence.</w:t>
      </w:r>
    </w:p>
    <w:p w14:paraId="2E9BFAE5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Rather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than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viewing</w:t>
      </w:r>
      <w:proofErr w:type="spellEnd"/>
      <w:r w:rsidRPr="007C75D3">
        <w:rPr>
          <w:rFonts w:ascii="Aptos" w:hAnsi="Aptos"/>
          <w:lang w:val="nl-NL"/>
        </w:rPr>
        <w:t xml:space="preserve"> intelligence as a single score,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CHC model </w:t>
      </w:r>
      <w:proofErr w:type="spellStart"/>
      <w:r w:rsidRPr="007C75D3">
        <w:rPr>
          <w:rFonts w:ascii="Aptos" w:hAnsi="Aptos"/>
          <w:lang w:val="nl-NL"/>
        </w:rPr>
        <w:t>recognises</w:t>
      </w:r>
      <w:proofErr w:type="spellEnd"/>
      <w:r w:rsidRPr="007C75D3">
        <w:rPr>
          <w:rFonts w:ascii="Aptos" w:hAnsi="Aptos"/>
          <w:lang w:val="nl-NL"/>
        </w:rPr>
        <w:t xml:space="preserve"> multiple </w:t>
      </w:r>
      <w:proofErr w:type="spellStart"/>
      <w:r w:rsidRPr="007C75D3">
        <w:rPr>
          <w:rFonts w:ascii="Aptos" w:hAnsi="Aptos"/>
          <w:lang w:val="nl-NL"/>
        </w:rPr>
        <w:t>broad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cognitive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abilities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that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contribute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learning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problem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solving</w:t>
      </w:r>
      <w:proofErr w:type="spellEnd"/>
      <w:r w:rsidRPr="007C75D3">
        <w:rPr>
          <w:rFonts w:ascii="Aptos" w:hAnsi="Aptos"/>
          <w:lang w:val="nl-NL"/>
        </w:rPr>
        <w:t>.</w:t>
      </w:r>
    </w:p>
    <w:p w14:paraId="30F4FA42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Within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EGE project, </w:t>
      </w:r>
      <w:proofErr w:type="spellStart"/>
      <w:r w:rsidRPr="007C75D3">
        <w:rPr>
          <w:rFonts w:ascii="Aptos" w:hAnsi="Aptos"/>
          <w:lang w:val="nl-NL"/>
        </w:rPr>
        <w:t>particular</w:t>
      </w:r>
      <w:proofErr w:type="spellEnd"/>
      <w:r w:rsidRPr="007C75D3">
        <w:rPr>
          <w:rFonts w:ascii="Aptos" w:hAnsi="Aptos"/>
          <w:lang w:val="nl-NL"/>
        </w:rPr>
        <w:t xml:space="preserve"> attention is </w:t>
      </w:r>
      <w:proofErr w:type="spellStart"/>
      <w:r w:rsidRPr="007C75D3">
        <w:rPr>
          <w:rFonts w:ascii="Aptos" w:hAnsi="Aptos"/>
          <w:lang w:val="nl-NL"/>
        </w:rPr>
        <w:t>given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Fluid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Reasoning</w:t>
      </w:r>
      <w:proofErr w:type="spellEnd"/>
      <w:r w:rsidRPr="00121E9D">
        <w:rPr>
          <w:rFonts w:ascii="Aptos" w:hAnsi="Aptos"/>
          <w:lang w:val="nl-NL"/>
        </w:rPr>
        <w:t xml:space="preserve"> (</w:t>
      </w:r>
      <w:proofErr w:type="spellStart"/>
      <w:r w:rsidRPr="00121E9D">
        <w:rPr>
          <w:rFonts w:ascii="Aptos" w:hAnsi="Aptos"/>
          <w:lang w:val="nl-NL"/>
        </w:rPr>
        <w:t>Gf</w:t>
      </w:r>
      <w:proofErr w:type="spellEnd"/>
      <w:r w:rsidRPr="00121E9D">
        <w:rPr>
          <w:rFonts w:ascii="Aptos" w:hAnsi="Aptos"/>
          <w:lang w:val="nl-NL"/>
        </w:rPr>
        <w:t>)—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ability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solve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unfamiliar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problems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recognise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patterns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think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flexibly</w:t>
      </w:r>
      <w:proofErr w:type="spellEnd"/>
      <w:r w:rsidRPr="007C75D3">
        <w:rPr>
          <w:rFonts w:ascii="Aptos" w:hAnsi="Aptos"/>
          <w:lang w:val="nl-NL"/>
        </w:rPr>
        <w:t xml:space="preserve"> in new </w:t>
      </w:r>
      <w:proofErr w:type="spellStart"/>
      <w:r w:rsidRPr="007C75D3">
        <w:rPr>
          <w:rFonts w:ascii="Aptos" w:hAnsi="Aptos"/>
          <w:lang w:val="nl-NL"/>
        </w:rPr>
        <w:t>situations</w:t>
      </w:r>
      <w:proofErr w:type="spellEnd"/>
      <w:r w:rsidRPr="007C75D3">
        <w:rPr>
          <w:rFonts w:ascii="Aptos" w:hAnsi="Aptos"/>
          <w:lang w:val="nl-NL"/>
        </w:rPr>
        <w:t xml:space="preserve">. </w:t>
      </w:r>
      <w:proofErr w:type="spellStart"/>
      <w:r w:rsidRPr="007C75D3">
        <w:rPr>
          <w:rFonts w:ascii="Aptos" w:hAnsi="Aptos"/>
          <w:lang w:val="nl-NL"/>
        </w:rPr>
        <w:t>Fluid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reasoning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considered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one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strongest</w:t>
      </w:r>
      <w:proofErr w:type="spellEnd"/>
      <w:r w:rsidRPr="007C75D3">
        <w:rPr>
          <w:rFonts w:ascii="Aptos" w:hAnsi="Aptos"/>
          <w:lang w:val="nl-NL"/>
        </w:rPr>
        <w:t xml:space="preserve"> indicators of </w:t>
      </w:r>
      <w:proofErr w:type="spellStart"/>
      <w:r w:rsidRPr="007C75D3">
        <w:rPr>
          <w:rFonts w:ascii="Aptos" w:hAnsi="Aptos"/>
          <w:lang w:val="nl-NL"/>
        </w:rPr>
        <w:t>learning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because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it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less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dependent</w:t>
      </w:r>
      <w:proofErr w:type="spellEnd"/>
      <w:r w:rsidRPr="007C75D3">
        <w:rPr>
          <w:rFonts w:ascii="Aptos" w:hAnsi="Aptos"/>
          <w:lang w:val="nl-NL"/>
        </w:rPr>
        <w:t xml:space="preserve"> on prior </w:t>
      </w:r>
      <w:proofErr w:type="spellStart"/>
      <w:r w:rsidRPr="007C75D3">
        <w:rPr>
          <w:rFonts w:ascii="Aptos" w:hAnsi="Aptos"/>
          <w:lang w:val="nl-NL"/>
        </w:rPr>
        <w:t>educational</w:t>
      </w:r>
      <w:proofErr w:type="spellEnd"/>
      <w:r w:rsidRPr="007C75D3">
        <w:rPr>
          <w:rFonts w:ascii="Aptos" w:hAnsi="Aptos"/>
          <w:lang w:val="nl-NL"/>
        </w:rPr>
        <w:t xml:space="preserve"> experiences </w:t>
      </w:r>
      <w:proofErr w:type="spellStart"/>
      <w:r w:rsidRPr="007C75D3">
        <w:rPr>
          <w:rFonts w:ascii="Aptos" w:hAnsi="Aptos"/>
          <w:lang w:val="nl-NL"/>
        </w:rPr>
        <w:t>than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measures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acquired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knowledge</w:t>
      </w:r>
      <w:proofErr w:type="spellEnd"/>
      <w:r w:rsidRPr="007C75D3">
        <w:rPr>
          <w:rFonts w:ascii="Aptos" w:hAnsi="Aptos"/>
          <w:lang w:val="nl-NL"/>
        </w:rPr>
        <w:t>.</w:t>
      </w:r>
    </w:p>
    <w:p w14:paraId="4131925D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pict w14:anchorId="7A79B2FB">
          <v:rect id="_x0000_i1070" style="width:0;height:1.5pt" o:hralign="center" o:hrstd="t" o:hr="t" fillcolor="#a0a0a0" stroked="f"/>
        </w:pict>
      </w:r>
    </w:p>
    <w:p w14:paraId="25C8D234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r w:rsidRPr="007C75D3">
        <w:rPr>
          <w:rFonts w:ascii="Aptos" w:hAnsi="Aptos"/>
          <w:b/>
          <w:bCs/>
          <w:lang w:val="nl-NL"/>
        </w:rPr>
        <w:t>The COVAT-3 (EGE Module)</w:t>
      </w:r>
    </w:p>
    <w:p w14:paraId="2434D542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assess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' </w:t>
      </w:r>
      <w:proofErr w:type="spellStart"/>
      <w:r w:rsidRPr="007C75D3">
        <w:rPr>
          <w:rFonts w:ascii="Aptos" w:hAnsi="Aptos"/>
          <w:lang w:val="nl-NL"/>
        </w:rPr>
        <w:t>cognitive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project </w:t>
      </w:r>
      <w:proofErr w:type="spellStart"/>
      <w:r w:rsidRPr="007C75D3">
        <w:rPr>
          <w:rFonts w:ascii="Aptos" w:hAnsi="Aptos"/>
          <w:lang w:val="nl-NL"/>
        </w:rPr>
        <w:t>uses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r w:rsidRPr="00121E9D">
        <w:rPr>
          <w:rFonts w:ascii="Aptos" w:hAnsi="Aptos"/>
          <w:lang w:val="nl-NL"/>
        </w:rPr>
        <w:t>COVAT-3 (EGE Module),</w:t>
      </w:r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developed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by</w:t>
      </w:r>
      <w:proofErr w:type="spellEnd"/>
      <w:r w:rsidRPr="007C75D3">
        <w:rPr>
          <w:rFonts w:ascii="Aptos" w:hAnsi="Aptos"/>
          <w:lang w:val="nl-NL"/>
        </w:rPr>
        <w:t xml:space="preserve"> Thomas More University of </w:t>
      </w:r>
      <w:proofErr w:type="spellStart"/>
      <w:r w:rsidRPr="007C75D3">
        <w:rPr>
          <w:rFonts w:ascii="Aptos" w:hAnsi="Aptos"/>
          <w:lang w:val="nl-NL"/>
        </w:rPr>
        <w:t>Applied</w:t>
      </w:r>
      <w:proofErr w:type="spellEnd"/>
      <w:r w:rsidRPr="007C75D3">
        <w:rPr>
          <w:rFonts w:ascii="Aptos" w:hAnsi="Aptos"/>
          <w:lang w:val="nl-NL"/>
        </w:rPr>
        <w:t xml:space="preserve"> Sciences.</w:t>
      </w:r>
    </w:p>
    <w:p w14:paraId="19E5F994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The EGE module </w:t>
      </w:r>
      <w:proofErr w:type="spellStart"/>
      <w:r w:rsidRPr="007C75D3">
        <w:rPr>
          <w:rFonts w:ascii="Aptos" w:hAnsi="Aptos"/>
          <w:lang w:val="nl-NL"/>
        </w:rPr>
        <w:t>consists</w:t>
      </w:r>
      <w:proofErr w:type="spellEnd"/>
      <w:r w:rsidRPr="007C75D3">
        <w:rPr>
          <w:rFonts w:ascii="Aptos" w:hAnsi="Aptos"/>
          <w:lang w:val="nl-NL"/>
        </w:rPr>
        <w:t xml:space="preserve"> of </w:t>
      </w:r>
      <w:proofErr w:type="spellStart"/>
      <w:r w:rsidRPr="007C75D3">
        <w:rPr>
          <w:rFonts w:ascii="Aptos" w:hAnsi="Aptos"/>
          <w:lang w:val="nl-NL"/>
        </w:rPr>
        <w:t>two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adaptive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reasoning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tasks</w:t>
      </w:r>
      <w:proofErr w:type="spellEnd"/>
      <w:r w:rsidRPr="007C75D3">
        <w:rPr>
          <w:rFonts w:ascii="Aptos" w:hAnsi="Aptos"/>
          <w:lang w:val="nl-NL"/>
        </w:rPr>
        <w:t>:</w:t>
      </w:r>
    </w:p>
    <w:p w14:paraId="26A469E0" w14:textId="77777777" w:rsidR="007C75D3" w:rsidRPr="00121E9D" w:rsidRDefault="007C75D3" w:rsidP="007C75D3">
      <w:pPr>
        <w:numPr>
          <w:ilvl w:val="0"/>
          <w:numId w:val="21"/>
        </w:numPr>
        <w:rPr>
          <w:rFonts w:ascii="Aptos" w:hAnsi="Aptos"/>
          <w:lang w:val="nl-NL"/>
        </w:rPr>
      </w:pPr>
      <w:proofErr w:type="spellStart"/>
      <w:r w:rsidRPr="00121E9D">
        <w:rPr>
          <w:rFonts w:ascii="Aptos" w:hAnsi="Aptos"/>
          <w:lang w:val="nl-NL"/>
        </w:rPr>
        <w:t>Pattern</w:t>
      </w:r>
      <w:proofErr w:type="spellEnd"/>
      <w:r w:rsidRPr="00121E9D">
        <w:rPr>
          <w:rFonts w:ascii="Aptos" w:hAnsi="Aptos"/>
          <w:lang w:val="nl-NL"/>
        </w:rPr>
        <w:t xml:space="preserve"> – </w:t>
      </w:r>
      <w:proofErr w:type="spellStart"/>
      <w:r w:rsidRPr="00121E9D">
        <w:rPr>
          <w:rFonts w:ascii="Aptos" w:hAnsi="Aptos"/>
          <w:lang w:val="nl-NL"/>
        </w:rPr>
        <w:t>assessing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inductive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and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deductive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reasoning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through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pattern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completion</w:t>
      </w:r>
      <w:proofErr w:type="spellEnd"/>
      <w:r w:rsidRPr="00121E9D">
        <w:rPr>
          <w:rFonts w:ascii="Aptos" w:hAnsi="Aptos"/>
          <w:lang w:val="nl-NL"/>
        </w:rPr>
        <w:t xml:space="preserve">. </w:t>
      </w:r>
    </w:p>
    <w:p w14:paraId="0C7E7851" w14:textId="77777777" w:rsidR="007C75D3" w:rsidRPr="007C75D3" w:rsidRDefault="007C75D3" w:rsidP="007C75D3">
      <w:pPr>
        <w:numPr>
          <w:ilvl w:val="0"/>
          <w:numId w:val="21"/>
        </w:numPr>
        <w:rPr>
          <w:rFonts w:ascii="Aptos" w:hAnsi="Aptos"/>
          <w:lang w:val="nl-NL"/>
        </w:rPr>
      </w:pPr>
      <w:proofErr w:type="spellStart"/>
      <w:r w:rsidRPr="00121E9D">
        <w:rPr>
          <w:rFonts w:ascii="Aptos" w:hAnsi="Aptos"/>
          <w:lang w:val="nl-NL"/>
        </w:rPr>
        <w:t>Shapes</w:t>
      </w:r>
      <w:proofErr w:type="spellEnd"/>
      <w:r w:rsidRPr="007C75D3">
        <w:rPr>
          <w:rFonts w:ascii="Aptos" w:hAnsi="Aptos"/>
          <w:lang w:val="nl-NL"/>
        </w:rPr>
        <w:t xml:space="preserve"> – </w:t>
      </w:r>
      <w:proofErr w:type="spellStart"/>
      <w:r w:rsidRPr="007C75D3">
        <w:rPr>
          <w:rFonts w:ascii="Aptos" w:hAnsi="Aptos"/>
          <w:lang w:val="nl-NL"/>
        </w:rPr>
        <w:t>assessing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quantitative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reasoning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identifying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relationships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between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symbolic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figures</w:t>
      </w:r>
      <w:proofErr w:type="spellEnd"/>
      <w:r w:rsidRPr="007C75D3">
        <w:rPr>
          <w:rFonts w:ascii="Aptos" w:hAnsi="Aptos"/>
          <w:lang w:val="nl-NL"/>
        </w:rPr>
        <w:t xml:space="preserve">. </w:t>
      </w:r>
    </w:p>
    <w:p w14:paraId="6ADA68E8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 first complete </w:t>
      </w:r>
      <w:proofErr w:type="spellStart"/>
      <w:r w:rsidRPr="007C75D3">
        <w:rPr>
          <w:rFonts w:ascii="Aptos" w:hAnsi="Aptos"/>
          <w:lang w:val="nl-NL"/>
        </w:rPr>
        <w:t>instructional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videos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practice</w:t>
      </w:r>
      <w:proofErr w:type="spellEnd"/>
      <w:r w:rsidRPr="007C75D3">
        <w:rPr>
          <w:rFonts w:ascii="Aptos" w:hAnsi="Aptos"/>
          <w:lang w:val="nl-NL"/>
        </w:rPr>
        <w:t xml:space="preserve"> items </w:t>
      </w:r>
      <w:proofErr w:type="spellStart"/>
      <w:r w:rsidRPr="007C75D3">
        <w:rPr>
          <w:rFonts w:ascii="Aptos" w:hAnsi="Aptos"/>
          <w:lang w:val="nl-NL"/>
        </w:rPr>
        <w:t>before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working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through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adaptive</w:t>
      </w:r>
      <w:proofErr w:type="spellEnd"/>
      <w:r w:rsidRPr="007C75D3">
        <w:rPr>
          <w:rFonts w:ascii="Aptos" w:hAnsi="Aptos"/>
          <w:lang w:val="nl-NL"/>
        </w:rPr>
        <w:t xml:space="preserve"> assessment. The digital format </w:t>
      </w:r>
      <w:proofErr w:type="spellStart"/>
      <w:r w:rsidRPr="007C75D3">
        <w:rPr>
          <w:rFonts w:ascii="Aptos" w:hAnsi="Aptos"/>
          <w:lang w:val="nl-NL"/>
        </w:rPr>
        <w:t>allows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each</w:t>
      </w:r>
      <w:proofErr w:type="spellEnd"/>
      <w:r w:rsidRPr="007C75D3">
        <w:rPr>
          <w:rFonts w:ascii="Aptos" w:hAnsi="Aptos"/>
          <w:lang w:val="nl-NL"/>
        </w:rPr>
        <w:t xml:space="preserve"> student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work</w:t>
      </w:r>
      <w:proofErr w:type="spellEnd"/>
      <w:r w:rsidRPr="007C75D3">
        <w:rPr>
          <w:rFonts w:ascii="Aptos" w:hAnsi="Aptos"/>
          <w:lang w:val="nl-NL"/>
        </w:rPr>
        <w:t xml:space="preserve"> at </w:t>
      </w:r>
      <w:proofErr w:type="spellStart"/>
      <w:r w:rsidRPr="007C75D3">
        <w:rPr>
          <w:rFonts w:ascii="Aptos" w:hAnsi="Aptos"/>
          <w:lang w:val="nl-NL"/>
        </w:rPr>
        <w:t>an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appropriate</w:t>
      </w:r>
      <w:proofErr w:type="spellEnd"/>
      <w:r w:rsidRPr="007C75D3">
        <w:rPr>
          <w:rFonts w:ascii="Aptos" w:hAnsi="Aptos"/>
          <w:lang w:val="nl-NL"/>
        </w:rPr>
        <w:t xml:space="preserve"> level of </w:t>
      </w:r>
      <w:proofErr w:type="spellStart"/>
      <w:r w:rsidRPr="007C75D3">
        <w:rPr>
          <w:rFonts w:ascii="Aptos" w:hAnsi="Aptos"/>
          <w:lang w:val="nl-NL"/>
        </w:rPr>
        <w:t>difficulty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while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reducing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unnecessary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testing</w:t>
      </w:r>
      <w:proofErr w:type="spellEnd"/>
      <w:r w:rsidRPr="007C75D3">
        <w:rPr>
          <w:rFonts w:ascii="Aptos" w:hAnsi="Aptos"/>
          <w:lang w:val="nl-NL"/>
        </w:rPr>
        <w:t xml:space="preserve"> time.</w:t>
      </w:r>
    </w:p>
    <w:p w14:paraId="740B2C75" w14:textId="77777777" w:rsidR="00121E9D" w:rsidRDefault="00121E9D" w:rsidP="007C75D3">
      <w:pPr>
        <w:rPr>
          <w:rFonts w:ascii="Aptos" w:hAnsi="Aptos"/>
          <w:lang w:val="nl-NL"/>
        </w:rPr>
      </w:pPr>
    </w:p>
    <w:p w14:paraId="2C4995BE" w14:textId="77777777" w:rsidR="00121E9D" w:rsidRDefault="00121E9D" w:rsidP="007C75D3">
      <w:pPr>
        <w:rPr>
          <w:rFonts w:ascii="Aptos" w:hAnsi="Aptos"/>
          <w:lang w:val="nl-NL"/>
        </w:rPr>
      </w:pPr>
    </w:p>
    <w:p w14:paraId="57F76FEF" w14:textId="6BB57B56" w:rsidR="007C75D3" w:rsidRPr="00121E9D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Detailed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instructions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for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administering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assessment are </w:t>
      </w:r>
      <w:proofErr w:type="spellStart"/>
      <w:r w:rsidRPr="007C75D3">
        <w:rPr>
          <w:rFonts w:ascii="Aptos" w:hAnsi="Aptos"/>
          <w:lang w:val="nl-NL"/>
        </w:rPr>
        <w:t>available</w:t>
      </w:r>
      <w:proofErr w:type="spellEnd"/>
      <w:r w:rsidRPr="007C75D3">
        <w:rPr>
          <w:rFonts w:ascii="Aptos" w:hAnsi="Aptos"/>
          <w:lang w:val="nl-NL"/>
        </w:rPr>
        <w:t xml:space="preserve"> in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r w:rsidRPr="00121E9D">
        <w:rPr>
          <w:rFonts w:ascii="Aptos" w:hAnsi="Aptos"/>
          <w:lang w:val="nl-NL"/>
        </w:rPr>
        <w:t>COVAT-3 (EGE Module) Administration Manual.</w:t>
      </w:r>
    </w:p>
    <w:p w14:paraId="4A8E1424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pict w14:anchorId="29D44F7B">
          <v:rect id="_x0000_i1071" style="width:0;height:1.5pt" o:hralign="center" o:hrstd="t" o:hr="t" fillcolor="#a0a0a0" stroked="f"/>
        </w:pict>
      </w:r>
    </w:p>
    <w:p w14:paraId="47A78DA2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proofErr w:type="spellStart"/>
      <w:r w:rsidRPr="007C75D3">
        <w:rPr>
          <w:rFonts w:ascii="Aptos" w:hAnsi="Aptos"/>
          <w:b/>
          <w:bCs/>
          <w:lang w:val="nl-NL"/>
        </w:rPr>
        <w:t>Considering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</w:t>
      </w:r>
      <w:proofErr w:type="spellStart"/>
      <w:r w:rsidRPr="007C75D3">
        <w:rPr>
          <w:rFonts w:ascii="Aptos" w:hAnsi="Aptos"/>
          <w:b/>
          <w:bCs/>
          <w:lang w:val="nl-NL"/>
        </w:rPr>
        <w:t>Educational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Opportunity</w:t>
      </w:r>
    </w:p>
    <w:p w14:paraId="01F1508E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Identifying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cognitive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only</w:t>
      </w:r>
      <w:proofErr w:type="spellEnd"/>
      <w:r w:rsidRPr="007C75D3">
        <w:rPr>
          <w:rFonts w:ascii="Aptos" w:hAnsi="Aptos"/>
          <w:lang w:val="nl-NL"/>
        </w:rPr>
        <w:t xml:space="preserve"> part of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picture.</w:t>
      </w:r>
    </w:p>
    <w:p w14:paraId="21ABFCC1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better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understand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' </w:t>
      </w:r>
      <w:proofErr w:type="spellStart"/>
      <w:r w:rsidRPr="007C75D3">
        <w:rPr>
          <w:rFonts w:ascii="Aptos" w:hAnsi="Aptos"/>
          <w:lang w:val="nl-NL"/>
        </w:rPr>
        <w:t>educational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opportunities</w:t>
      </w:r>
      <w:proofErr w:type="spellEnd"/>
      <w:r w:rsidRPr="007C75D3">
        <w:rPr>
          <w:rFonts w:ascii="Aptos" w:hAnsi="Aptos"/>
          <w:lang w:val="nl-NL"/>
        </w:rPr>
        <w:t xml:space="preserve">,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EGE project </w:t>
      </w:r>
      <w:proofErr w:type="spellStart"/>
      <w:r w:rsidRPr="007C75D3">
        <w:rPr>
          <w:rFonts w:ascii="Aptos" w:hAnsi="Aptos"/>
          <w:lang w:val="nl-NL"/>
        </w:rPr>
        <w:t>also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collects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contextual</w:t>
      </w:r>
      <w:proofErr w:type="spellEnd"/>
      <w:r w:rsidRPr="007C75D3">
        <w:rPr>
          <w:rFonts w:ascii="Aptos" w:hAnsi="Aptos"/>
          <w:lang w:val="nl-NL"/>
        </w:rPr>
        <w:t xml:space="preserve"> information </w:t>
      </w:r>
      <w:proofErr w:type="spellStart"/>
      <w:r w:rsidRPr="007C75D3">
        <w:rPr>
          <w:rFonts w:ascii="Aptos" w:hAnsi="Aptos"/>
          <w:lang w:val="nl-NL"/>
        </w:rPr>
        <w:t>related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Socioeconomic</w:t>
      </w:r>
      <w:proofErr w:type="spellEnd"/>
      <w:r w:rsidRPr="00121E9D">
        <w:rPr>
          <w:rFonts w:ascii="Aptos" w:hAnsi="Aptos"/>
          <w:lang w:val="nl-NL"/>
        </w:rPr>
        <w:t xml:space="preserve"> Status (SES).</w:t>
      </w:r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This</w:t>
      </w:r>
      <w:proofErr w:type="spellEnd"/>
      <w:r w:rsidRPr="007C75D3">
        <w:rPr>
          <w:rFonts w:ascii="Aptos" w:hAnsi="Aptos"/>
          <w:lang w:val="nl-NL"/>
        </w:rPr>
        <w:t xml:space="preserve"> information is </w:t>
      </w:r>
      <w:proofErr w:type="spellStart"/>
      <w:r w:rsidRPr="007C75D3">
        <w:rPr>
          <w:rFonts w:ascii="Aptos" w:hAnsi="Aptos"/>
          <w:lang w:val="nl-NL"/>
        </w:rPr>
        <w:t>not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used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determine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ability</w:t>
      </w:r>
      <w:proofErr w:type="spellEnd"/>
      <w:r w:rsidRPr="007C75D3">
        <w:rPr>
          <w:rFonts w:ascii="Aptos" w:hAnsi="Aptos"/>
          <w:lang w:val="nl-NL"/>
        </w:rPr>
        <w:t xml:space="preserve">, but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help </w:t>
      </w:r>
      <w:proofErr w:type="spellStart"/>
      <w:r w:rsidRPr="007C75D3">
        <w:rPr>
          <w:rFonts w:ascii="Aptos" w:hAnsi="Aptos"/>
          <w:lang w:val="nl-NL"/>
        </w:rPr>
        <w:t>interpret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results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within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broader</w:t>
      </w:r>
      <w:proofErr w:type="spellEnd"/>
      <w:r w:rsidRPr="007C75D3">
        <w:rPr>
          <w:rFonts w:ascii="Aptos" w:hAnsi="Aptos"/>
          <w:lang w:val="nl-NL"/>
        </w:rPr>
        <w:t xml:space="preserve"> context of </w:t>
      </w:r>
      <w:proofErr w:type="spellStart"/>
      <w:r w:rsidRPr="007C75D3">
        <w:rPr>
          <w:rFonts w:ascii="Aptos" w:hAnsi="Aptos"/>
          <w:lang w:val="nl-NL"/>
        </w:rPr>
        <w:t>students</w:t>
      </w:r>
      <w:proofErr w:type="spellEnd"/>
      <w:r w:rsidRPr="007C75D3">
        <w:rPr>
          <w:rFonts w:ascii="Aptos" w:hAnsi="Aptos"/>
          <w:lang w:val="nl-NL"/>
        </w:rPr>
        <w:t xml:space="preserve">' </w:t>
      </w:r>
      <w:proofErr w:type="spellStart"/>
      <w:r w:rsidRPr="007C75D3">
        <w:rPr>
          <w:rFonts w:ascii="Aptos" w:hAnsi="Aptos"/>
          <w:lang w:val="nl-NL"/>
        </w:rPr>
        <w:t>learning</w:t>
      </w:r>
      <w:proofErr w:type="spellEnd"/>
      <w:r w:rsidRPr="007C75D3">
        <w:rPr>
          <w:rFonts w:ascii="Aptos" w:hAnsi="Aptos"/>
          <w:lang w:val="nl-NL"/>
        </w:rPr>
        <w:t xml:space="preserve"> environments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opportunities</w:t>
      </w:r>
      <w:proofErr w:type="spellEnd"/>
      <w:r w:rsidRPr="007C75D3">
        <w:rPr>
          <w:rFonts w:ascii="Aptos" w:hAnsi="Aptos"/>
          <w:lang w:val="nl-NL"/>
        </w:rPr>
        <w:t>.</w:t>
      </w:r>
    </w:p>
    <w:p w14:paraId="5E0C2F30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Combining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cognitive</w:t>
      </w:r>
      <w:proofErr w:type="spellEnd"/>
      <w:r w:rsidRPr="007C75D3">
        <w:rPr>
          <w:rFonts w:ascii="Aptos" w:hAnsi="Aptos"/>
          <w:lang w:val="nl-NL"/>
        </w:rPr>
        <w:t xml:space="preserve"> assessment </w:t>
      </w:r>
      <w:proofErr w:type="spellStart"/>
      <w:r w:rsidRPr="007C75D3">
        <w:rPr>
          <w:rFonts w:ascii="Aptos" w:hAnsi="Aptos"/>
          <w:lang w:val="nl-NL"/>
        </w:rPr>
        <w:t>with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contextual</w:t>
      </w:r>
      <w:proofErr w:type="spellEnd"/>
      <w:r w:rsidRPr="007C75D3">
        <w:rPr>
          <w:rFonts w:ascii="Aptos" w:hAnsi="Aptos"/>
          <w:lang w:val="nl-NL"/>
        </w:rPr>
        <w:t xml:space="preserve"> information </w:t>
      </w:r>
      <w:proofErr w:type="spellStart"/>
      <w:r w:rsidRPr="007C75D3">
        <w:rPr>
          <w:rFonts w:ascii="Aptos" w:hAnsi="Aptos"/>
          <w:lang w:val="nl-NL"/>
        </w:rPr>
        <w:t>enables</w:t>
      </w:r>
      <w:proofErr w:type="spellEnd"/>
      <w:r w:rsidRPr="007C75D3">
        <w:rPr>
          <w:rFonts w:ascii="Aptos" w:hAnsi="Aptos"/>
          <w:lang w:val="nl-NL"/>
        </w:rPr>
        <w:t xml:space="preserve"> schools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make more </w:t>
      </w:r>
      <w:proofErr w:type="spellStart"/>
      <w:r w:rsidRPr="007C75D3">
        <w:rPr>
          <w:rFonts w:ascii="Aptos" w:hAnsi="Aptos"/>
          <w:lang w:val="nl-NL"/>
        </w:rPr>
        <w:t>informed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decisions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contributes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fairer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procedures.</w:t>
      </w:r>
    </w:p>
    <w:p w14:paraId="147B2253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pict w14:anchorId="50F9E4BE">
          <v:rect id="_x0000_i1072" style="width:0;height:1.5pt" o:hralign="center" o:hrstd="t" o:hr="t" fillcolor="#a0a0a0" stroked="f"/>
        </w:pict>
      </w:r>
    </w:p>
    <w:p w14:paraId="52E0947B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proofErr w:type="spellStart"/>
      <w:r w:rsidRPr="007C75D3">
        <w:rPr>
          <w:rFonts w:ascii="Aptos" w:hAnsi="Aptos"/>
          <w:b/>
          <w:bCs/>
          <w:lang w:val="nl-NL"/>
        </w:rPr>
        <w:t>From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</w:t>
      </w:r>
      <w:proofErr w:type="spellStart"/>
      <w:r w:rsidRPr="007C75D3">
        <w:rPr>
          <w:rFonts w:ascii="Aptos" w:hAnsi="Aptos"/>
          <w:b/>
          <w:bCs/>
          <w:lang w:val="nl-NL"/>
        </w:rPr>
        <w:t>Identification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</w:t>
      </w:r>
      <w:proofErr w:type="spellStart"/>
      <w:r w:rsidRPr="007C75D3">
        <w:rPr>
          <w:rFonts w:ascii="Aptos" w:hAnsi="Aptos"/>
          <w:b/>
          <w:bCs/>
          <w:lang w:val="nl-NL"/>
        </w:rPr>
        <w:t>to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Support</w:t>
      </w:r>
    </w:p>
    <w:p w14:paraId="0CAD13B8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not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final</w:t>
      </w:r>
      <w:proofErr w:type="spellEnd"/>
      <w:r w:rsidRPr="007C75D3">
        <w:rPr>
          <w:rFonts w:ascii="Aptos" w:hAnsi="Aptos"/>
          <w:lang w:val="nl-NL"/>
        </w:rPr>
        <w:t xml:space="preserve"> goal—</w:t>
      </w:r>
      <w:proofErr w:type="spellStart"/>
      <w:r w:rsidRPr="007C75D3">
        <w:rPr>
          <w:rFonts w:ascii="Aptos" w:hAnsi="Aptos"/>
          <w:lang w:val="nl-NL"/>
        </w:rPr>
        <w:t>it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starting</w:t>
      </w:r>
      <w:proofErr w:type="spellEnd"/>
      <w:r w:rsidRPr="007C75D3">
        <w:rPr>
          <w:rFonts w:ascii="Aptos" w:hAnsi="Aptos"/>
          <w:lang w:val="nl-NL"/>
        </w:rPr>
        <w:t xml:space="preserve"> point.</w:t>
      </w:r>
    </w:p>
    <w:p w14:paraId="66DA35EF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Within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EGE project,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is </w:t>
      </w:r>
      <w:proofErr w:type="spellStart"/>
      <w:r w:rsidRPr="007C75D3">
        <w:rPr>
          <w:rFonts w:ascii="Aptos" w:hAnsi="Aptos"/>
          <w:lang w:val="nl-NL"/>
        </w:rPr>
        <w:t>directly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connected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appropriate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educational</w:t>
      </w:r>
      <w:proofErr w:type="spellEnd"/>
      <w:r w:rsidRPr="007C75D3">
        <w:rPr>
          <w:rFonts w:ascii="Aptos" w:hAnsi="Aptos"/>
          <w:lang w:val="nl-NL"/>
        </w:rPr>
        <w:t xml:space="preserve"> support </w:t>
      </w:r>
      <w:proofErr w:type="spellStart"/>
      <w:r w:rsidRPr="007C75D3">
        <w:rPr>
          <w:rFonts w:ascii="Aptos" w:hAnsi="Aptos"/>
          <w:lang w:val="nl-NL"/>
        </w:rPr>
        <w:t>through</w:t>
      </w:r>
      <w:proofErr w:type="spellEnd"/>
      <w:r w:rsidRPr="007C75D3">
        <w:rPr>
          <w:rFonts w:ascii="Aptos" w:hAnsi="Aptos"/>
          <w:lang w:val="nl-NL"/>
        </w:rPr>
        <w:t>:</w:t>
      </w:r>
    </w:p>
    <w:p w14:paraId="5C540596" w14:textId="77777777" w:rsidR="007C75D3" w:rsidRPr="00121E9D" w:rsidRDefault="007C75D3" w:rsidP="007C75D3">
      <w:pPr>
        <w:numPr>
          <w:ilvl w:val="0"/>
          <w:numId w:val="22"/>
        </w:num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Academic</w:t>
      </w:r>
      <w:proofErr w:type="spellEnd"/>
      <w:r w:rsidRPr="00121E9D">
        <w:rPr>
          <w:rFonts w:ascii="Aptos" w:hAnsi="Aptos"/>
          <w:lang w:val="nl-NL"/>
        </w:rPr>
        <w:t xml:space="preserve"> Language </w:t>
      </w:r>
      <w:proofErr w:type="spellStart"/>
      <w:r w:rsidRPr="00121E9D">
        <w:rPr>
          <w:rFonts w:ascii="Aptos" w:hAnsi="Aptos"/>
          <w:lang w:val="nl-NL"/>
        </w:rPr>
        <w:t>Programme</w:t>
      </w:r>
      <w:proofErr w:type="spellEnd"/>
      <w:r w:rsidRPr="00121E9D">
        <w:rPr>
          <w:rFonts w:ascii="Aptos" w:hAnsi="Aptos"/>
          <w:lang w:val="nl-NL"/>
        </w:rPr>
        <w:t xml:space="preserve"> (ALP), </w:t>
      </w:r>
      <w:proofErr w:type="spellStart"/>
      <w:r w:rsidRPr="00121E9D">
        <w:rPr>
          <w:rFonts w:ascii="Aptos" w:hAnsi="Aptos"/>
          <w:lang w:val="nl-NL"/>
        </w:rPr>
        <w:t>helping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students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develop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the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language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needed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for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academic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success</w:t>
      </w:r>
      <w:proofErr w:type="spellEnd"/>
      <w:r w:rsidRPr="00121E9D">
        <w:rPr>
          <w:rFonts w:ascii="Aptos" w:hAnsi="Aptos"/>
          <w:lang w:val="nl-NL"/>
        </w:rPr>
        <w:t xml:space="preserve">; </w:t>
      </w:r>
    </w:p>
    <w:p w14:paraId="1E673DAF" w14:textId="77777777" w:rsidR="007C75D3" w:rsidRPr="007C75D3" w:rsidRDefault="007C75D3" w:rsidP="007C75D3">
      <w:pPr>
        <w:numPr>
          <w:ilvl w:val="0"/>
          <w:numId w:val="22"/>
        </w:numPr>
        <w:rPr>
          <w:rFonts w:ascii="Aptos" w:hAnsi="Aptos"/>
          <w:lang w:val="nl-NL"/>
        </w:rPr>
      </w:pPr>
      <w:proofErr w:type="spellStart"/>
      <w:r w:rsidRPr="00121E9D">
        <w:rPr>
          <w:rFonts w:ascii="Aptos" w:hAnsi="Aptos"/>
          <w:lang w:val="nl-NL"/>
        </w:rPr>
        <w:t>the</w:t>
      </w:r>
      <w:proofErr w:type="spellEnd"/>
      <w:r w:rsidRPr="00121E9D">
        <w:rPr>
          <w:rFonts w:ascii="Aptos" w:hAnsi="Aptos"/>
          <w:lang w:val="nl-NL"/>
        </w:rPr>
        <w:t xml:space="preserve"> Parent </w:t>
      </w:r>
      <w:proofErr w:type="spellStart"/>
      <w:r w:rsidRPr="00121E9D">
        <w:rPr>
          <w:rFonts w:ascii="Aptos" w:hAnsi="Aptos"/>
          <w:lang w:val="nl-NL"/>
        </w:rPr>
        <w:t>Participation</w:t>
      </w:r>
      <w:proofErr w:type="spellEnd"/>
      <w:r w:rsidRPr="00121E9D">
        <w:rPr>
          <w:rFonts w:ascii="Aptos" w:hAnsi="Aptos"/>
          <w:lang w:val="nl-NL"/>
        </w:rPr>
        <w:t xml:space="preserve"> </w:t>
      </w:r>
      <w:proofErr w:type="spellStart"/>
      <w:r w:rsidRPr="00121E9D">
        <w:rPr>
          <w:rFonts w:ascii="Aptos" w:hAnsi="Aptos"/>
          <w:lang w:val="nl-NL"/>
        </w:rPr>
        <w:t>Programme</w:t>
      </w:r>
      <w:proofErr w:type="spellEnd"/>
      <w:r w:rsidRPr="00121E9D">
        <w:rPr>
          <w:rFonts w:ascii="Aptos" w:hAnsi="Aptos"/>
          <w:lang w:val="nl-NL"/>
        </w:rPr>
        <w:t xml:space="preserve"> (PPP),</w:t>
      </w:r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strengthening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collaboration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between</w:t>
      </w:r>
      <w:proofErr w:type="spellEnd"/>
      <w:r w:rsidRPr="007C75D3">
        <w:rPr>
          <w:rFonts w:ascii="Aptos" w:hAnsi="Aptos"/>
          <w:lang w:val="nl-NL"/>
        </w:rPr>
        <w:t xml:space="preserve"> schools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families; </w:t>
      </w:r>
    </w:p>
    <w:p w14:paraId="79B63584" w14:textId="77777777" w:rsidR="007C75D3" w:rsidRPr="007C75D3" w:rsidRDefault="007C75D3" w:rsidP="007C75D3">
      <w:pPr>
        <w:numPr>
          <w:ilvl w:val="0"/>
          <w:numId w:val="22"/>
        </w:num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teacher professional development </w:t>
      </w:r>
      <w:proofErr w:type="spellStart"/>
      <w:r w:rsidRPr="007C75D3">
        <w:rPr>
          <w:rFonts w:ascii="Aptos" w:hAnsi="Aptos"/>
          <w:lang w:val="nl-NL"/>
        </w:rPr>
        <w:t>focused</w:t>
      </w:r>
      <w:proofErr w:type="spellEnd"/>
      <w:r w:rsidRPr="007C75D3">
        <w:rPr>
          <w:rFonts w:ascii="Aptos" w:hAnsi="Aptos"/>
          <w:lang w:val="nl-NL"/>
        </w:rPr>
        <w:t xml:space="preserve"> on </w:t>
      </w:r>
      <w:proofErr w:type="spellStart"/>
      <w:r w:rsidRPr="007C75D3">
        <w:rPr>
          <w:rFonts w:ascii="Aptos" w:hAnsi="Aptos"/>
          <w:lang w:val="nl-NL"/>
        </w:rPr>
        <w:t>recognising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supporting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gifted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learners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from</w:t>
      </w:r>
      <w:proofErr w:type="spellEnd"/>
      <w:r w:rsidRPr="007C75D3">
        <w:rPr>
          <w:rFonts w:ascii="Aptos" w:hAnsi="Aptos"/>
          <w:lang w:val="nl-NL"/>
        </w:rPr>
        <w:t xml:space="preserve"> diverse </w:t>
      </w:r>
      <w:proofErr w:type="spellStart"/>
      <w:r w:rsidRPr="007C75D3">
        <w:rPr>
          <w:rFonts w:ascii="Aptos" w:hAnsi="Aptos"/>
          <w:lang w:val="nl-NL"/>
        </w:rPr>
        <w:t>backgrounds</w:t>
      </w:r>
      <w:proofErr w:type="spellEnd"/>
      <w:r w:rsidRPr="007C75D3">
        <w:rPr>
          <w:rFonts w:ascii="Aptos" w:hAnsi="Aptos"/>
          <w:lang w:val="nl-NL"/>
        </w:rPr>
        <w:t xml:space="preserve">. </w:t>
      </w:r>
    </w:p>
    <w:p w14:paraId="5E300C13" w14:textId="77777777" w:rsidR="007C75D3" w:rsidRPr="007C75D3" w:rsidRDefault="007C75D3" w:rsidP="007C75D3">
      <w:p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Together</w:t>
      </w:r>
      <w:proofErr w:type="spellEnd"/>
      <w:r w:rsidRPr="007C75D3">
        <w:rPr>
          <w:rFonts w:ascii="Aptos" w:hAnsi="Aptos"/>
          <w:lang w:val="nl-NL"/>
        </w:rPr>
        <w:t xml:space="preserve">, these </w:t>
      </w:r>
      <w:proofErr w:type="spellStart"/>
      <w:r w:rsidRPr="007C75D3">
        <w:rPr>
          <w:rFonts w:ascii="Aptos" w:hAnsi="Aptos"/>
          <w:lang w:val="nl-NL"/>
        </w:rPr>
        <w:t>components</w:t>
      </w:r>
      <w:proofErr w:type="spellEnd"/>
      <w:r w:rsidRPr="007C75D3">
        <w:rPr>
          <w:rFonts w:ascii="Aptos" w:hAnsi="Aptos"/>
          <w:lang w:val="nl-NL"/>
        </w:rPr>
        <w:t xml:space="preserve"> form </w:t>
      </w:r>
      <w:proofErr w:type="spellStart"/>
      <w:r w:rsidRPr="007C75D3">
        <w:rPr>
          <w:rFonts w:ascii="Aptos" w:hAnsi="Aptos"/>
          <w:lang w:val="nl-NL"/>
        </w:rPr>
        <w:t>an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integrated</w:t>
      </w:r>
      <w:proofErr w:type="spellEnd"/>
      <w:r w:rsidRPr="007C75D3">
        <w:rPr>
          <w:rFonts w:ascii="Aptos" w:hAnsi="Aptos"/>
          <w:lang w:val="nl-NL"/>
        </w:rPr>
        <w:t xml:space="preserve"> approach </w:t>
      </w:r>
      <w:proofErr w:type="spellStart"/>
      <w:r w:rsidRPr="007C75D3">
        <w:rPr>
          <w:rFonts w:ascii="Aptos" w:hAnsi="Aptos"/>
          <w:lang w:val="nl-NL"/>
        </w:rPr>
        <w:t>that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helps</w:t>
      </w:r>
      <w:proofErr w:type="spellEnd"/>
      <w:r w:rsidRPr="007C75D3">
        <w:rPr>
          <w:rFonts w:ascii="Aptos" w:hAnsi="Aptos"/>
          <w:lang w:val="nl-NL"/>
        </w:rPr>
        <w:t xml:space="preserve"> schools move </w:t>
      </w:r>
      <w:proofErr w:type="spellStart"/>
      <w:r w:rsidRPr="007C75D3">
        <w:rPr>
          <w:rFonts w:ascii="Aptos" w:hAnsi="Aptos"/>
          <w:lang w:val="nl-NL"/>
        </w:rPr>
        <w:t>from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recognising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hidden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potential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to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nurturing</w:t>
      </w:r>
      <w:proofErr w:type="spellEnd"/>
      <w:r w:rsidRPr="007C75D3">
        <w:rPr>
          <w:rFonts w:ascii="Aptos" w:hAnsi="Aptos"/>
          <w:lang w:val="nl-NL"/>
        </w:rPr>
        <w:t xml:space="preserve"> it.</w:t>
      </w:r>
    </w:p>
    <w:p w14:paraId="744C304E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lastRenderedPageBreak/>
        <w:pict w14:anchorId="1DC93CAB">
          <v:rect id="_x0000_i1073" style="width:0;height:1.5pt" o:hralign="center" o:hrstd="t" o:hr="t" fillcolor="#a0a0a0" stroked="f"/>
        </w:pict>
      </w:r>
    </w:p>
    <w:p w14:paraId="29E626C2" w14:textId="77777777" w:rsidR="007C75D3" w:rsidRPr="007C75D3" w:rsidRDefault="007C75D3" w:rsidP="007C75D3">
      <w:pPr>
        <w:rPr>
          <w:rFonts w:ascii="Aptos" w:hAnsi="Aptos"/>
          <w:b/>
          <w:bCs/>
          <w:lang w:val="nl-NL"/>
        </w:rPr>
      </w:pPr>
      <w:proofErr w:type="spellStart"/>
      <w:r w:rsidRPr="007C75D3">
        <w:rPr>
          <w:rFonts w:ascii="Aptos" w:hAnsi="Aptos"/>
          <w:b/>
          <w:bCs/>
          <w:lang w:val="nl-NL"/>
        </w:rPr>
        <w:t>Learn</w:t>
      </w:r>
      <w:proofErr w:type="spellEnd"/>
      <w:r w:rsidRPr="007C75D3">
        <w:rPr>
          <w:rFonts w:ascii="Aptos" w:hAnsi="Aptos"/>
          <w:b/>
          <w:bCs/>
          <w:lang w:val="nl-NL"/>
        </w:rPr>
        <w:t xml:space="preserve"> More</w:t>
      </w:r>
    </w:p>
    <w:p w14:paraId="7D69B538" w14:textId="77777777" w:rsidR="007C75D3" w:rsidRPr="007C75D3" w:rsidRDefault="007C75D3" w:rsidP="007C75D3">
      <w:p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The resources below </w:t>
      </w:r>
      <w:proofErr w:type="spellStart"/>
      <w:r w:rsidRPr="007C75D3">
        <w:rPr>
          <w:rFonts w:ascii="Aptos" w:hAnsi="Aptos"/>
          <w:lang w:val="nl-NL"/>
        </w:rPr>
        <w:t>provide</w:t>
      </w:r>
      <w:proofErr w:type="spellEnd"/>
      <w:r w:rsidRPr="007C75D3">
        <w:rPr>
          <w:rFonts w:ascii="Aptos" w:hAnsi="Aptos"/>
          <w:lang w:val="nl-NL"/>
        </w:rPr>
        <w:t xml:space="preserve"> practical </w:t>
      </w:r>
      <w:proofErr w:type="spellStart"/>
      <w:r w:rsidRPr="007C75D3">
        <w:rPr>
          <w:rFonts w:ascii="Aptos" w:hAnsi="Aptos"/>
          <w:lang w:val="nl-NL"/>
        </w:rPr>
        <w:t>guidance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for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implementing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EGE </w:t>
      </w:r>
      <w:proofErr w:type="spellStart"/>
      <w:r w:rsidRPr="007C75D3">
        <w:rPr>
          <w:rFonts w:ascii="Aptos" w:hAnsi="Aptos"/>
          <w:lang w:val="nl-NL"/>
        </w:rPr>
        <w:t>identification</w:t>
      </w:r>
      <w:proofErr w:type="spellEnd"/>
      <w:r w:rsidRPr="007C75D3">
        <w:rPr>
          <w:rFonts w:ascii="Aptos" w:hAnsi="Aptos"/>
          <w:lang w:val="nl-NL"/>
        </w:rPr>
        <w:t xml:space="preserve"> approach:</w:t>
      </w:r>
    </w:p>
    <w:p w14:paraId="5B5A0FE4" w14:textId="77777777" w:rsidR="007C75D3" w:rsidRPr="007C75D3" w:rsidRDefault="007C75D3" w:rsidP="007C75D3">
      <w:pPr>
        <w:numPr>
          <w:ilvl w:val="0"/>
          <w:numId w:val="23"/>
        </w:num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COVAT-3 (EGE Module) Administration Manual </w:t>
      </w:r>
    </w:p>
    <w:p w14:paraId="2920830F" w14:textId="77777777" w:rsidR="007C75D3" w:rsidRPr="007C75D3" w:rsidRDefault="007C75D3" w:rsidP="007C75D3">
      <w:pPr>
        <w:numPr>
          <w:ilvl w:val="0"/>
          <w:numId w:val="23"/>
        </w:num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SES Questionnaire </w:t>
      </w:r>
    </w:p>
    <w:p w14:paraId="5F509922" w14:textId="77777777" w:rsidR="007C75D3" w:rsidRPr="007C75D3" w:rsidRDefault="007C75D3" w:rsidP="007C75D3">
      <w:pPr>
        <w:numPr>
          <w:ilvl w:val="0"/>
          <w:numId w:val="23"/>
        </w:numPr>
        <w:rPr>
          <w:rFonts w:ascii="Aptos" w:hAnsi="Aptos"/>
          <w:lang w:val="nl-NL"/>
        </w:rPr>
      </w:pPr>
      <w:r w:rsidRPr="007C75D3">
        <w:rPr>
          <w:rFonts w:ascii="Aptos" w:hAnsi="Aptos"/>
          <w:lang w:val="nl-NL"/>
        </w:rPr>
        <w:t xml:space="preserve">Research Publications </w:t>
      </w:r>
    </w:p>
    <w:p w14:paraId="320FA084" w14:textId="77777777" w:rsidR="007C75D3" w:rsidRPr="007C75D3" w:rsidRDefault="007C75D3" w:rsidP="007C75D3">
      <w:pPr>
        <w:numPr>
          <w:ilvl w:val="0"/>
          <w:numId w:val="23"/>
        </w:numPr>
        <w:rPr>
          <w:rFonts w:ascii="Aptos" w:hAnsi="Aptos"/>
          <w:lang w:val="nl-NL"/>
        </w:rPr>
      </w:pPr>
      <w:proofErr w:type="spellStart"/>
      <w:r w:rsidRPr="007C75D3">
        <w:rPr>
          <w:rFonts w:ascii="Aptos" w:hAnsi="Aptos"/>
          <w:lang w:val="nl-NL"/>
        </w:rPr>
        <w:t>Practice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Examples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from</w:t>
      </w:r>
      <w:proofErr w:type="spellEnd"/>
      <w:r w:rsidRPr="007C75D3">
        <w:rPr>
          <w:rFonts w:ascii="Aptos" w:hAnsi="Aptos"/>
          <w:lang w:val="nl-NL"/>
        </w:rPr>
        <w:t xml:space="preserve"> Belgium, Ireland, Kosovo </w:t>
      </w:r>
      <w:proofErr w:type="spellStart"/>
      <w:r w:rsidRPr="007C75D3">
        <w:rPr>
          <w:rFonts w:ascii="Aptos" w:hAnsi="Aptos"/>
          <w:lang w:val="nl-NL"/>
        </w:rPr>
        <w:t>and</w:t>
      </w:r>
      <w:proofErr w:type="spellEnd"/>
      <w:r w:rsidRPr="007C75D3">
        <w:rPr>
          <w:rFonts w:ascii="Aptos" w:hAnsi="Aptos"/>
          <w:lang w:val="nl-NL"/>
        </w:rPr>
        <w:t xml:space="preserve"> </w:t>
      </w:r>
      <w:proofErr w:type="spellStart"/>
      <w:r w:rsidRPr="007C75D3">
        <w:rPr>
          <w:rFonts w:ascii="Aptos" w:hAnsi="Aptos"/>
          <w:lang w:val="nl-NL"/>
        </w:rPr>
        <w:t>the</w:t>
      </w:r>
      <w:proofErr w:type="spellEnd"/>
      <w:r w:rsidRPr="007C75D3">
        <w:rPr>
          <w:rFonts w:ascii="Aptos" w:hAnsi="Aptos"/>
          <w:lang w:val="nl-NL"/>
        </w:rPr>
        <w:t xml:space="preserve"> Netherlands </w:t>
      </w:r>
    </w:p>
    <w:p w14:paraId="7A32FC2A" w14:textId="1BE28F7B" w:rsidR="007C75D3" w:rsidRPr="007C75D3" w:rsidRDefault="008C67FE" w:rsidP="008C67FE">
      <w:pPr>
        <w:rPr>
          <w:rFonts w:ascii="Aptos" w:hAnsi="Aptos"/>
        </w:rPr>
      </w:pPr>
      <w:r w:rsidRPr="008C67FE">
        <w:rPr>
          <w:rFonts w:ascii="Aptos" w:hAnsi="Aptos"/>
          <w:b/>
          <w:bCs/>
        </w:rPr>
        <w:t>Prepared by:</w:t>
      </w:r>
      <w:r w:rsidRPr="008C67FE">
        <w:rPr>
          <w:rFonts w:ascii="Aptos" w:hAnsi="Aptos"/>
        </w:rPr>
        <w:br/>
      </w:r>
      <w:r w:rsidRPr="008C67FE">
        <w:rPr>
          <w:rFonts w:ascii="Aptos" w:hAnsi="Aptos"/>
          <w:b/>
          <w:bCs/>
        </w:rPr>
        <w:t xml:space="preserve">Marlies </w:t>
      </w:r>
      <w:proofErr w:type="spellStart"/>
      <w:r w:rsidRPr="008C67FE">
        <w:rPr>
          <w:rFonts w:ascii="Aptos" w:hAnsi="Aptos"/>
          <w:b/>
          <w:bCs/>
        </w:rPr>
        <w:t>Tierens</w:t>
      </w:r>
      <w:proofErr w:type="spellEnd"/>
      <w:r w:rsidRPr="008C67FE">
        <w:rPr>
          <w:rFonts w:ascii="Aptos" w:hAnsi="Aptos"/>
        </w:rPr>
        <w:t xml:space="preserve"> (Thomas More University of Applied Sciences)</w:t>
      </w:r>
      <w:r w:rsidRPr="008C67FE">
        <w:rPr>
          <w:rFonts w:ascii="Aptos" w:hAnsi="Aptos"/>
        </w:rPr>
        <w:br/>
      </w:r>
      <w:r w:rsidRPr="008C67FE">
        <w:rPr>
          <w:rFonts w:ascii="Aptos" w:hAnsi="Aptos"/>
          <w:i/>
          <w:iCs/>
        </w:rPr>
        <w:t>with contributions from the Erasmus+ Equity in Gifted Education Consortium.</w:t>
      </w:r>
    </w:p>
    <w:sectPr w:rsidR="007C75D3" w:rsidRPr="007C75D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90FC" w14:textId="77777777" w:rsidR="00D87606" w:rsidRDefault="00D87606" w:rsidP="00B325EF">
      <w:pPr>
        <w:spacing w:after="0" w:line="240" w:lineRule="auto"/>
      </w:pPr>
      <w:r>
        <w:separator/>
      </w:r>
    </w:p>
  </w:endnote>
  <w:endnote w:type="continuationSeparator" w:id="0">
    <w:p w14:paraId="554AE3D0" w14:textId="77777777" w:rsidR="00D87606" w:rsidRDefault="00D87606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7B9D6" w14:textId="77777777" w:rsidR="00D87606" w:rsidRDefault="00D87606" w:rsidP="00B325EF">
      <w:pPr>
        <w:spacing w:after="0" w:line="240" w:lineRule="auto"/>
      </w:pPr>
      <w:r>
        <w:separator/>
      </w:r>
    </w:p>
  </w:footnote>
  <w:footnote w:type="continuationSeparator" w:id="0">
    <w:p w14:paraId="0304E7F2" w14:textId="77777777" w:rsidR="00D87606" w:rsidRDefault="00D87606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C1A6E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E53C6E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3A7BFF75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20"/>
  </w:num>
  <w:num w:numId="11" w16cid:durableId="1810005102">
    <w:abstractNumId w:val="21"/>
  </w:num>
  <w:num w:numId="12" w16cid:durableId="512770296">
    <w:abstractNumId w:val="18"/>
  </w:num>
  <w:num w:numId="13" w16cid:durableId="1583755110">
    <w:abstractNumId w:val="13"/>
  </w:num>
  <w:num w:numId="14" w16cid:durableId="839199382">
    <w:abstractNumId w:val="11"/>
  </w:num>
  <w:num w:numId="15" w16cid:durableId="1063406865">
    <w:abstractNumId w:val="22"/>
  </w:num>
  <w:num w:numId="16" w16cid:durableId="1910652239">
    <w:abstractNumId w:val="17"/>
  </w:num>
  <w:num w:numId="17" w16cid:durableId="1281110994">
    <w:abstractNumId w:val="14"/>
  </w:num>
  <w:num w:numId="18" w16cid:durableId="1195189763">
    <w:abstractNumId w:val="15"/>
  </w:num>
  <w:num w:numId="19" w16cid:durableId="1008288885">
    <w:abstractNumId w:val="12"/>
  </w:num>
  <w:num w:numId="20" w16cid:durableId="1389648426">
    <w:abstractNumId w:val="9"/>
  </w:num>
  <w:num w:numId="21" w16cid:durableId="1334409422">
    <w:abstractNumId w:val="10"/>
  </w:num>
  <w:num w:numId="22" w16cid:durableId="203754882">
    <w:abstractNumId w:val="16"/>
  </w:num>
  <w:num w:numId="23" w16cid:durableId="11480864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5074B"/>
    <w:rsid w:val="001A6BD2"/>
    <w:rsid w:val="001D3570"/>
    <w:rsid w:val="001E5916"/>
    <w:rsid w:val="0025623B"/>
    <w:rsid w:val="0029639D"/>
    <w:rsid w:val="002B5351"/>
    <w:rsid w:val="00326F90"/>
    <w:rsid w:val="0033394F"/>
    <w:rsid w:val="003D1AE4"/>
    <w:rsid w:val="00554DED"/>
    <w:rsid w:val="0058216A"/>
    <w:rsid w:val="005E7EE9"/>
    <w:rsid w:val="00633922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27A2A"/>
    <w:rsid w:val="008C67FE"/>
    <w:rsid w:val="00916F35"/>
    <w:rsid w:val="00931733"/>
    <w:rsid w:val="009901B0"/>
    <w:rsid w:val="00A63C03"/>
    <w:rsid w:val="00AA1D8D"/>
    <w:rsid w:val="00AB04CD"/>
    <w:rsid w:val="00AB2855"/>
    <w:rsid w:val="00B325EF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D87606"/>
    <w:rsid w:val="00DA451B"/>
    <w:rsid w:val="00DA7196"/>
    <w:rsid w:val="00DB5F78"/>
    <w:rsid w:val="00E449CF"/>
    <w:rsid w:val="00E74FD7"/>
    <w:rsid w:val="00E777D7"/>
    <w:rsid w:val="00ED3212"/>
    <w:rsid w:val="00ED72FF"/>
    <w:rsid w:val="00EE326B"/>
    <w:rsid w:val="00EF4237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747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6</cp:revision>
  <cp:lastPrinted>2026-02-05T12:14:00Z</cp:lastPrinted>
  <dcterms:created xsi:type="dcterms:W3CDTF">2026-07-20T09:23:00Z</dcterms:created>
  <dcterms:modified xsi:type="dcterms:W3CDTF">2026-07-20T09:28:00Z</dcterms:modified>
  <cp:category/>
</cp:coreProperties>
</file>