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FC2A" w14:textId="0166E4EF" w:rsidR="007C75D3" w:rsidRPr="0088488E" w:rsidRDefault="007C75D3" w:rsidP="0088488E">
      <w:pPr>
        <w:rPr>
          <w:rFonts w:ascii="Aptos" w:hAnsi="Aptos"/>
        </w:rPr>
      </w:pPr>
    </w:p>
    <w:p w14:paraId="0E7FBC57" w14:textId="77777777" w:rsidR="0088488E" w:rsidRPr="0088488E" w:rsidRDefault="0088488E" w:rsidP="0088488E">
      <w:pPr>
        <w:rPr>
          <w:rFonts w:ascii="Aptos" w:hAnsi="Aptos"/>
        </w:rPr>
      </w:pPr>
    </w:p>
    <w:p w14:paraId="1DFBEE75" w14:textId="77777777" w:rsidR="0088488E" w:rsidRPr="0088488E" w:rsidRDefault="0088488E" w:rsidP="0088488E">
      <w:pPr>
        <w:rPr>
          <w:rFonts w:ascii="Aptos" w:hAnsi="Aptos"/>
          <w:b/>
          <w:bCs/>
          <w:sz w:val="28"/>
          <w:szCs w:val="28"/>
          <w:lang w:val="nl-NL"/>
        </w:rPr>
      </w:pPr>
      <w:proofErr w:type="spellStart"/>
      <w:r w:rsidRPr="0088488E">
        <w:rPr>
          <w:rFonts w:ascii="Aptos" w:hAnsi="Aptos"/>
          <w:b/>
          <w:bCs/>
          <w:sz w:val="28"/>
          <w:szCs w:val="28"/>
          <w:lang w:val="nl-NL"/>
        </w:rPr>
        <w:t>Academic</w:t>
      </w:r>
      <w:proofErr w:type="spellEnd"/>
      <w:r w:rsidRPr="0088488E">
        <w:rPr>
          <w:rFonts w:ascii="Aptos" w:hAnsi="Aptos"/>
          <w:b/>
          <w:bCs/>
          <w:sz w:val="28"/>
          <w:szCs w:val="28"/>
          <w:lang w:val="nl-NL"/>
        </w:rPr>
        <w:t xml:space="preserve"> Language </w:t>
      </w:r>
      <w:proofErr w:type="spellStart"/>
      <w:r w:rsidRPr="0088488E">
        <w:rPr>
          <w:rFonts w:ascii="Aptos" w:hAnsi="Aptos"/>
          <w:b/>
          <w:bCs/>
          <w:sz w:val="28"/>
          <w:szCs w:val="28"/>
          <w:lang w:val="nl-NL"/>
        </w:rPr>
        <w:t>Programme</w:t>
      </w:r>
      <w:proofErr w:type="spellEnd"/>
    </w:p>
    <w:p w14:paraId="64F7D20C" w14:textId="77777777" w:rsidR="0088488E" w:rsidRPr="0088488E" w:rsidRDefault="0088488E" w:rsidP="0088488E">
      <w:pPr>
        <w:rPr>
          <w:rFonts w:ascii="Aptos" w:hAnsi="Aptos"/>
          <w:b/>
          <w:bCs/>
          <w:lang w:val="nl-NL"/>
        </w:rPr>
      </w:pPr>
      <w:proofErr w:type="spellStart"/>
      <w:r w:rsidRPr="0088488E">
        <w:rPr>
          <w:rFonts w:ascii="Aptos" w:hAnsi="Aptos"/>
          <w:b/>
          <w:bCs/>
          <w:lang w:val="nl-NL"/>
        </w:rPr>
        <w:t>Supporting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8488E">
        <w:rPr>
          <w:rFonts w:ascii="Aptos" w:hAnsi="Aptos"/>
          <w:b/>
          <w:bCs/>
          <w:lang w:val="nl-NL"/>
        </w:rPr>
        <w:t>Equity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Through </w:t>
      </w:r>
      <w:proofErr w:type="spellStart"/>
      <w:r w:rsidRPr="0088488E">
        <w:rPr>
          <w:rFonts w:ascii="Aptos" w:hAnsi="Aptos"/>
          <w:b/>
          <w:bCs/>
          <w:lang w:val="nl-NL"/>
        </w:rPr>
        <w:t>Academic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Language</w:t>
      </w:r>
    </w:p>
    <w:p w14:paraId="12420482" w14:textId="77777777" w:rsidR="0088488E" w:rsidRPr="0088488E" w:rsidRDefault="0088488E" w:rsidP="0088488E">
      <w:p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lang w:val="nl-NL"/>
        </w:rPr>
        <w:t>Many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cognitively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able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students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from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disadvantaged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socioeconomic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cultural</w:t>
      </w:r>
      <w:proofErr w:type="spellEnd"/>
      <w:r w:rsidRPr="0088488E">
        <w:rPr>
          <w:rFonts w:ascii="Aptos" w:hAnsi="Aptos"/>
          <w:lang w:val="nl-NL"/>
        </w:rPr>
        <w:t xml:space="preserve"> or </w:t>
      </w:r>
      <w:proofErr w:type="spellStart"/>
      <w:r w:rsidRPr="0088488E">
        <w:rPr>
          <w:rFonts w:ascii="Aptos" w:hAnsi="Aptos"/>
          <w:lang w:val="nl-NL"/>
        </w:rPr>
        <w:t>linguistic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backgrounds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remain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underidentified</w:t>
      </w:r>
      <w:proofErr w:type="spellEnd"/>
      <w:r w:rsidRPr="0088488E">
        <w:rPr>
          <w:rFonts w:ascii="Aptos" w:hAnsi="Aptos"/>
          <w:lang w:val="nl-NL"/>
        </w:rPr>
        <w:t xml:space="preserve"> in </w:t>
      </w:r>
      <w:proofErr w:type="spellStart"/>
      <w:r w:rsidRPr="0088488E">
        <w:rPr>
          <w:rFonts w:ascii="Aptos" w:hAnsi="Aptos"/>
          <w:lang w:val="nl-NL"/>
        </w:rPr>
        <w:t>education</w:t>
      </w:r>
      <w:proofErr w:type="spellEnd"/>
      <w:r w:rsidRPr="0088488E">
        <w:rPr>
          <w:rFonts w:ascii="Aptos" w:hAnsi="Aptos"/>
          <w:lang w:val="nl-NL"/>
        </w:rPr>
        <w:t xml:space="preserve">. </w:t>
      </w:r>
      <w:proofErr w:type="spellStart"/>
      <w:r w:rsidRPr="0088488E">
        <w:rPr>
          <w:rFonts w:ascii="Aptos" w:hAnsi="Aptos"/>
          <w:lang w:val="nl-NL"/>
        </w:rPr>
        <w:t>One</w:t>
      </w:r>
      <w:proofErr w:type="spellEnd"/>
      <w:r w:rsidRPr="0088488E">
        <w:rPr>
          <w:rFonts w:ascii="Aptos" w:hAnsi="Aptos"/>
          <w:lang w:val="nl-NL"/>
        </w:rPr>
        <w:t xml:space="preserve"> important </w:t>
      </w:r>
      <w:proofErr w:type="spellStart"/>
      <w:r w:rsidRPr="0088488E">
        <w:rPr>
          <w:rFonts w:ascii="Aptos" w:hAnsi="Aptos"/>
          <w:lang w:val="nl-NL"/>
        </w:rPr>
        <w:t>reason</w:t>
      </w:r>
      <w:proofErr w:type="spellEnd"/>
      <w:r w:rsidRPr="0088488E">
        <w:rPr>
          <w:rFonts w:ascii="Aptos" w:hAnsi="Aptos"/>
          <w:lang w:val="nl-NL"/>
        </w:rPr>
        <w:t xml:space="preserve"> is </w:t>
      </w:r>
      <w:proofErr w:type="spellStart"/>
      <w:r w:rsidRPr="0088488E">
        <w:rPr>
          <w:rFonts w:ascii="Aptos" w:hAnsi="Aptos"/>
          <w:lang w:val="nl-NL"/>
        </w:rPr>
        <w:t>that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may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not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yet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possess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academic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language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needed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to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demonstrate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their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abilities</w:t>
      </w:r>
      <w:proofErr w:type="spellEnd"/>
      <w:r w:rsidRPr="0088488E">
        <w:rPr>
          <w:rFonts w:ascii="Aptos" w:hAnsi="Aptos"/>
          <w:lang w:val="nl-NL"/>
        </w:rPr>
        <w:t xml:space="preserve"> in school. </w:t>
      </w:r>
      <w:proofErr w:type="spellStart"/>
      <w:r w:rsidRPr="0088488E">
        <w:rPr>
          <w:rFonts w:ascii="Aptos" w:hAnsi="Aptos"/>
          <w:lang w:val="nl-NL"/>
        </w:rPr>
        <w:t>Although</w:t>
      </w:r>
      <w:proofErr w:type="spellEnd"/>
      <w:r w:rsidRPr="0088488E">
        <w:rPr>
          <w:rFonts w:ascii="Aptos" w:hAnsi="Aptos"/>
          <w:lang w:val="nl-NL"/>
        </w:rPr>
        <w:t xml:space="preserve"> these </w:t>
      </w:r>
      <w:proofErr w:type="spellStart"/>
      <w:r w:rsidRPr="0088488E">
        <w:rPr>
          <w:rFonts w:ascii="Aptos" w:hAnsi="Aptos"/>
          <w:lang w:val="nl-NL"/>
        </w:rPr>
        <w:t>students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often</w:t>
      </w:r>
      <w:proofErr w:type="spellEnd"/>
      <w:r w:rsidRPr="0088488E">
        <w:rPr>
          <w:rFonts w:ascii="Aptos" w:hAnsi="Aptos"/>
          <w:lang w:val="nl-NL"/>
        </w:rPr>
        <w:t xml:space="preserve"> have strong </w:t>
      </w:r>
      <w:proofErr w:type="spellStart"/>
      <w:r w:rsidRPr="0088488E">
        <w:rPr>
          <w:rFonts w:ascii="Aptos" w:hAnsi="Aptos"/>
          <w:lang w:val="nl-NL"/>
        </w:rPr>
        <w:t>reasoning</w:t>
      </w:r>
      <w:proofErr w:type="spellEnd"/>
      <w:r w:rsidRPr="0088488E">
        <w:rPr>
          <w:rFonts w:ascii="Aptos" w:hAnsi="Aptos"/>
          <w:lang w:val="nl-NL"/>
        </w:rPr>
        <w:t xml:space="preserve"> skills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learning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potential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limited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familiarity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with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language</w:t>
      </w:r>
      <w:proofErr w:type="spellEnd"/>
      <w:r w:rsidRPr="0088488E">
        <w:rPr>
          <w:rFonts w:ascii="Aptos" w:hAnsi="Aptos"/>
          <w:lang w:val="nl-NL"/>
        </w:rPr>
        <w:t xml:space="preserve"> of </w:t>
      </w:r>
      <w:proofErr w:type="spellStart"/>
      <w:r w:rsidRPr="0088488E">
        <w:rPr>
          <w:rFonts w:ascii="Aptos" w:hAnsi="Aptos"/>
          <w:lang w:val="nl-NL"/>
        </w:rPr>
        <w:t>schooling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can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prevent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them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from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fully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participating</w:t>
      </w:r>
      <w:proofErr w:type="spellEnd"/>
      <w:r w:rsidRPr="0088488E">
        <w:rPr>
          <w:rFonts w:ascii="Aptos" w:hAnsi="Aptos"/>
          <w:lang w:val="nl-NL"/>
        </w:rPr>
        <w:t xml:space="preserve"> in classroom </w:t>
      </w:r>
      <w:proofErr w:type="spellStart"/>
      <w:r w:rsidRPr="0088488E">
        <w:rPr>
          <w:rFonts w:ascii="Aptos" w:hAnsi="Aptos"/>
          <w:lang w:val="nl-NL"/>
        </w:rPr>
        <w:t>discussions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understanding</w:t>
      </w:r>
      <w:proofErr w:type="spellEnd"/>
      <w:r w:rsidRPr="0088488E">
        <w:rPr>
          <w:rFonts w:ascii="Aptos" w:hAnsi="Aptos"/>
          <w:lang w:val="nl-NL"/>
        </w:rPr>
        <w:t xml:space="preserve"> complex </w:t>
      </w:r>
      <w:proofErr w:type="spellStart"/>
      <w:r w:rsidRPr="0088488E">
        <w:rPr>
          <w:rFonts w:ascii="Aptos" w:hAnsi="Aptos"/>
          <w:lang w:val="nl-NL"/>
        </w:rPr>
        <w:t>instructions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showing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what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know</w:t>
      </w:r>
      <w:proofErr w:type="spellEnd"/>
      <w:r w:rsidRPr="0088488E">
        <w:rPr>
          <w:rFonts w:ascii="Aptos" w:hAnsi="Aptos"/>
          <w:lang w:val="nl-NL"/>
        </w:rPr>
        <w:t>.</w:t>
      </w:r>
    </w:p>
    <w:p w14:paraId="09B3A328" w14:textId="77777777" w:rsidR="0088488E" w:rsidRPr="0088488E" w:rsidRDefault="0088488E" w:rsidP="0088488E">
      <w:pPr>
        <w:rPr>
          <w:rFonts w:ascii="Aptos" w:hAnsi="Aptos"/>
          <w:lang w:val="nl-NL"/>
        </w:rPr>
      </w:pPr>
      <w:r w:rsidRPr="00D64664">
        <w:rPr>
          <w:rFonts w:ascii="Aptos" w:hAnsi="Aptos"/>
          <w:lang w:val="nl-NL"/>
        </w:rPr>
        <w:t xml:space="preserve">The </w:t>
      </w:r>
      <w:proofErr w:type="spellStart"/>
      <w:r w:rsidRPr="00D64664">
        <w:rPr>
          <w:rFonts w:ascii="Aptos" w:hAnsi="Aptos"/>
          <w:lang w:val="nl-NL"/>
        </w:rPr>
        <w:t>Academic</w:t>
      </w:r>
      <w:proofErr w:type="spellEnd"/>
      <w:r w:rsidRPr="00D64664">
        <w:rPr>
          <w:rFonts w:ascii="Aptos" w:hAnsi="Aptos"/>
          <w:lang w:val="nl-NL"/>
        </w:rPr>
        <w:t xml:space="preserve"> Language </w:t>
      </w:r>
      <w:proofErr w:type="spellStart"/>
      <w:r w:rsidRPr="00D64664">
        <w:rPr>
          <w:rFonts w:ascii="Aptos" w:hAnsi="Aptos"/>
          <w:lang w:val="nl-NL"/>
        </w:rPr>
        <w:t>Programme</w:t>
      </w:r>
      <w:proofErr w:type="spellEnd"/>
      <w:r w:rsidRPr="00D64664">
        <w:rPr>
          <w:rFonts w:ascii="Aptos" w:hAnsi="Aptos"/>
          <w:lang w:val="nl-NL"/>
        </w:rPr>
        <w:t xml:space="preserve"> (ALP) was </w:t>
      </w:r>
      <w:proofErr w:type="spellStart"/>
      <w:r w:rsidRPr="00D64664">
        <w:rPr>
          <w:rFonts w:ascii="Aptos" w:hAnsi="Aptos"/>
          <w:lang w:val="nl-NL"/>
        </w:rPr>
        <w:t>developed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within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the</w:t>
      </w:r>
      <w:proofErr w:type="spellEnd"/>
      <w:r w:rsidRPr="00D64664">
        <w:rPr>
          <w:rFonts w:ascii="Aptos" w:hAnsi="Aptos"/>
          <w:lang w:val="nl-NL"/>
        </w:rPr>
        <w:t xml:space="preserve"> Erasmus+ project </w:t>
      </w:r>
      <w:proofErr w:type="spellStart"/>
      <w:r w:rsidRPr="00D64664">
        <w:rPr>
          <w:rFonts w:ascii="Aptos" w:hAnsi="Aptos"/>
          <w:lang w:val="nl-NL"/>
        </w:rPr>
        <w:t>Equity</w:t>
      </w:r>
      <w:proofErr w:type="spellEnd"/>
      <w:r w:rsidRPr="00D64664">
        <w:rPr>
          <w:rFonts w:ascii="Aptos" w:hAnsi="Aptos"/>
          <w:lang w:val="nl-NL"/>
        </w:rPr>
        <w:t xml:space="preserve"> in </w:t>
      </w:r>
      <w:proofErr w:type="spellStart"/>
      <w:r w:rsidRPr="00D64664">
        <w:rPr>
          <w:rFonts w:ascii="Aptos" w:hAnsi="Aptos"/>
          <w:lang w:val="nl-NL"/>
        </w:rPr>
        <w:t>Gifted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Education</w:t>
      </w:r>
      <w:proofErr w:type="spellEnd"/>
      <w:r w:rsidRPr="00D64664">
        <w:rPr>
          <w:rFonts w:ascii="Aptos" w:hAnsi="Aptos"/>
          <w:lang w:val="nl-NL"/>
        </w:rPr>
        <w:t xml:space="preserve"> (EGE) </w:t>
      </w:r>
      <w:proofErr w:type="spellStart"/>
      <w:r w:rsidRPr="00D64664">
        <w:rPr>
          <w:rFonts w:ascii="Aptos" w:hAnsi="Aptos"/>
          <w:lang w:val="nl-NL"/>
        </w:rPr>
        <w:t>to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address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this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challenge</w:t>
      </w:r>
      <w:proofErr w:type="spellEnd"/>
      <w:r w:rsidRPr="00D64664">
        <w:rPr>
          <w:rFonts w:ascii="Aptos" w:hAnsi="Aptos"/>
          <w:lang w:val="nl-NL"/>
        </w:rPr>
        <w:t xml:space="preserve">. </w:t>
      </w:r>
      <w:proofErr w:type="spellStart"/>
      <w:r w:rsidRPr="00D64664">
        <w:rPr>
          <w:rFonts w:ascii="Aptos" w:hAnsi="Aptos"/>
          <w:lang w:val="nl-NL"/>
        </w:rPr>
        <w:t>Rather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than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focusing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solely</w:t>
      </w:r>
      <w:proofErr w:type="spellEnd"/>
      <w:r w:rsidRPr="00D64664">
        <w:rPr>
          <w:rFonts w:ascii="Aptos" w:hAnsi="Aptos"/>
          <w:lang w:val="nl-NL"/>
        </w:rPr>
        <w:t xml:space="preserve"> on subject-</w:t>
      </w:r>
      <w:proofErr w:type="spellStart"/>
      <w:r w:rsidRPr="00D64664">
        <w:rPr>
          <w:rFonts w:ascii="Aptos" w:hAnsi="Aptos"/>
          <w:lang w:val="nl-NL"/>
        </w:rPr>
        <w:t>specific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terminology</w:t>
      </w:r>
      <w:proofErr w:type="spellEnd"/>
      <w:r w:rsidRPr="00D64664">
        <w:rPr>
          <w:rFonts w:ascii="Aptos" w:hAnsi="Aptos"/>
          <w:lang w:val="nl-NL"/>
        </w:rPr>
        <w:t xml:space="preserve">, </w:t>
      </w:r>
      <w:proofErr w:type="spellStart"/>
      <w:r w:rsidRPr="00D64664">
        <w:rPr>
          <w:rFonts w:ascii="Aptos" w:hAnsi="Aptos"/>
          <w:lang w:val="nl-NL"/>
        </w:rPr>
        <w:t>the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programme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explicitly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teaches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general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academic</w:t>
      </w:r>
      <w:proofErr w:type="spellEnd"/>
      <w:r w:rsidRPr="00D64664">
        <w:rPr>
          <w:rFonts w:ascii="Aptos" w:hAnsi="Aptos"/>
          <w:lang w:val="nl-NL"/>
        </w:rPr>
        <w:t xml:space="preserve"> </w:t>
      </w:r>
      <w:proofErr w:type="spellStart"/>
      <w:r w:rsidRPr="00D64664">
        <w:rPr>
          <w:rFonts w:ascii="Aptos" w:hAnsi="Aptos"/>
          <w:lang w:val="nl-NL"/>
        </w:rPr>
        <w:t>vocabulary</w:t>
      </w:r>
      <w:proofErr w:type="spellEnd"/>
      <w:r w:rsidRPr="0088488E">
        <w:rPr>
          <w:rFonts w:ascii="Aptos" w:hAnsi="Aptos"/>
          <w:lang w:val="nl-NL"/>
        </w:rPr>
        <w:t>—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words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students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encounter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across</w:t>
      </w:r>
      <w:proofErr w:type="spellEnd"/>
      <w:r w:rsidRPr="0088488E">
        <w:rPr>
          <w:rFonts w:ascii="Aptos" w:hAnsi="Aptos"/>
          <w:lang w:val="nl-NL"/>
        </w:rPr>
        <w:t xml:space="preserve"> subjects </w:t>
      </w:r>
      <w:proofErr w:type="spellStart"/>
      <w:r w:rsidRPr="0088488E">
        <w:rPr>
          <w:rFonts w:ascii="Aptos" w:hAnsi="Aptos"/>
          <w:lang w:val="nl-NL"/>
        </w:rPr>
        <w:t>when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they</w:t>
      </w:r>
      <w:proofErr w:type="spellEnd"/>
      <w:r w:rsidRPr="0088488E">
        <w:rPr>
          <w:rFonts w:ascii="Aptos" w:hAnsi="Aptos"/>
          <w:lang w:val="nl-NL"/>
        </w:rPr>
        <w:t xml:space="preserve"> are </w:t>
      </w:r>
      <w:proofErr w:type="spellStart"/>
      <w:r w:rsidRPr="0088488E">
        <w:rPr>
          <w:rFonts w:ascii="Aptos" w:hAnsi="Aptos"/>
          <w:lang w:val="nl-NL"/>
        </w:rPr>
        <w:t>asked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to</w:t>
      </w:r>
      <w:proofErr w:type="spellEnd"/>
      <w:r w:rsidRPr="0088488E">
        <w:rPr>
          <w:rFonts w:ascii="Aptos" w:hAnsi="Aptos"/>
          <w:lang w:val="nl-NL"/>
        </w:rPr>
        <w:t xml:space="preserve"> analyse, </w:t>
      </w:r>
      <w:proofErr w:type="spellStart"/>
      <w:r w:rsidRPr="0088488E">
        <w:rPr>
          <w:rFonts w:ascii="Aptos" w:hAnsi="Aptos"/>
          <w:lang w:val="nl-NL"/>
        </w:rPr>
        <w:t>compare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justify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evaluate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interpret</w:t>
      </w:r>
      <w:proofErr w:type="spellEnd"/>
      <w:r w:rsidRPr="0088488E">
        <w:rPr>
          <w:rFonts w:ascii="Aptos" w:hAnsi="Aptos"/>
          <w:lang w:val="nl-NL"/>
        </w:rPr>
        <w:t xml:space="preserve"> or </w:t>
      </w:r>
      <w:proofErr w:type="spellStart"/>
      <w:r w:rsidRPr="0088488E">
        <w:rPr>
          <w:rFonts w:ascii="Aptos" w:hAnsi="Aptos"/>
          <w:lang w:val="nl-NL"/>
        </w:rPr>
        <w:t>conclude</w:t>
      </w:r>
      <w:proofErr w:type="spellEnd"/>
      <w:r w:rsidRPr="0088488E">
        <w:rPr>
          <w:rFonts w:ascii="Aptos" w:hAnsi="Aptos"/>
          <w:lang w:val="nl-NL"/>
        </w:rPr>
        <w:t xml:space="preserve">. </w:t>
      </w:r>
      <w:proofErr w:type="spellStart"/>
      <w:r w:rsidRPr="0088488E">
        <w:rPr>
          <w:rFonts w:ascii="Aptos" w:hAnsi="Aptos"/>
          <w:lang w:val="nl-NL"/>
        </w:rPr>
        <w:t>Strengthening</w:t>
      </w:r>
      <w:proofErr w:type="spellEnd"/>
      <w:r w:rsidRPr="0088488E">
        <w:rPr>
          <w:rFonts w:ascii="Aptos" w:hAnsi="Aptos"/>
          <w:lang w:val="nl-NL"/>
        </w:rPr>
        <w:t xml:space="preserve"> these </w:t>
      </w:r>
      <w:proofErr w:type="spellStart"/>
      <w:r w:rsidRPr="0088488E">
        <w:rPr>
          <w:rFonts w:ascii="Aptos" w:hAnsi="Aptos"/>
          <w:lang w:val="nl-NL"/>
        </w:rPr>
        <w:t>language</w:t>
      </w:r>
      <w:proofErr w:type="spellEnd"/>
      <w:r w:rsidRPr="0088488E">
        <w:rPr>
          <w:rFonts w:ascii="Aptos" w:hAnsi="Aptos"/>
          <w:lang w:val="nl-NL"/>
        </w:rPr>
        <w:t xml:space="preserve"> skills </w:t>
      </w:r>
      <w:proofErr w:type="spellStart"/>
      <w:r w:rsidRPr="0088488E">
        <w:rPr>
          <w:rFonts w:ascii="Aptos" w:hAnsi="Aptos"/>
          <w:lang w:val="nl-NL"/>
        </w:rPr>
        <w:t>helps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students</w:t>
      </w:r>
      <w:proofErr w:type="spellEnd"/>
      <w:r w:rsidRPr="0088488E">
        <w:rPr>
          <w:rFonts w:ascii="Aptos" w:hAnsi="Aptos"/>
          <w:lang w:val="nl-NL"/>
        </w:rPr>
        <w:t xml:space="preserve"> access </w:t>
      </w:r>
      <w:proofErr w:type="spellStart"/>
      <w:r w:rsidRPr="0088488E">
        <w:rPr>
          <w:rFonts w:ascii="Aptos" w:hAnsi="Aptos"/>
          <w:lang w:val="nl-NL"/>
        </w:rPr>
        <w:t>learning</w:t>
      </w:r>
      <w:proofErr w:type="spellEnd"/>
      <w:r w:rsidRPr="0088488E">
        <w:rPr>
          <w:rFonts w:ascii="Aptos" w:hAnsi="Aptos"/>
          <w:lang w:val="nl-NL"/>
        </w:rPr>
        <w:t xml:space="preserve"> more </w:t>
      </w:r>
      <w:proofErr w:type="spellStart"/>
      <w:r w:rsidRPr="0088488E">
        <w:rPr>
          <w:rFonts w:ascii="Aptos" w:hAnsi="Aptos"/>
          <w:lang w:val="nl-NL"/>
        </w:rPr>
        <w:t>effectively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provides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fairer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opportunities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to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demonstrate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their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cognitive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potential</w:t>
      </w:r>
      <w:proofErr w:type="spellEnd"/>
      <w:r w:rsidRPr="0088488E">
        <w:rPr>
          <w:rFonts w:ascii="Aptos" w:hAnsi="Aptos"/>
          <w:lang w:val="nl-NL"/>
        </w:rPr>
        <w:t xml:space="preserve">. </w:t>
      </w:r>
    </w:p>
    <w:p w14:paraId="4B86E449" w14:textId="77777777" w:rsidR="0088488E" w:rsidRPr="0088488E" w:rsidRDefault="0088488E" w:rsidP="0088488E">
      <w:pPr>
        <w:rPr>
          <w:rFonts w:ascii="Aptos" w:hAnsi="Aptos"/>
          <w:b/>
          <w:bCs/>
          <w:lang w:val="nl-NL"/>
        </w:rPr>
      </w:pPr>
      <w:r w:rsidRPr="0088488E">
        <w:rPr>
          <w:rFonts w:ascii="Aptos" w:hAnsi="Aptos"/>
          <w:b/>
          <w:bCs/>
          <w:lang w:val="nl-NL"/>
        </w:rPr>
        <w:t>A Research-</w:t>
      </w:r>
      <w:proofErr w:type="spellStart"/>
      <w:r w:rsidRPr="0088488E">
        <w:rPr>
          <w:rFonts w:ascii="Aptos" w:hAnsi="Aptos"/>
          <w:b/>
          <w:bCs/>
          <w:lang w:val="nl-NL"/>
        </w:rPr>
        <w:t>Informed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Approach</w:t>
      </w:r>
    </w:p>
    <w:p w14:paraId="10F0AB8D" w14:textId="77777777" w:rsidR="0088488E" w:rsidRPr="0088488E" w:rsidRDefault="0088488E" w:rsidP="0088488E">
      <w:pPr>
        <w:rPr>
          <w:rFonts w:ascii="Aptos" w:hAnsi="Aptos"/>
          <w:lang w:val="nl-NL"/>
        </w:rPr>
      </w:pPr>
      <w:r w:rsidRPr="0088488E">
        <w:rPr>
          <w:rFonts w:ascii="Aptos" w:hAnsi="Aptos"/>
          <w:lang w:val="nl-NL"/>
        </w:rPr>
        <w:t xml:space="preserve">The </w:t>
      </w:r>
      <w:proofErr w:type="spellStart"/>
      <w:r w:rsidRPr="0088488E">
        <w:rPr>
          <w:rFonts w:ascii="Aptos" w:hAnsi="Aptos"/>
          <w:lang w:val="nl-NL"/>
        </w:rPr>
        <w:t>Academic</w:t>
      </w:r>
      <w:proofErr w:type="spellEnd"/>
      <w:r w:rsidRPr="0088488E">
        <w:rPr>
          <w:rFonts w:ascii="Aptos" w:hAnsi="Aptos"/>
          <w:lang w:val="nl-NL"/>
        </w:rPr>
        <w:t xml:space="preserve"> Language </w:t>
      </w:r>
      <w:proofErr w:type="spellStart"/>
      <w:r w:rsidRPr="0088488E">
        <w:rPr>
          <w:rFonts w:ascii="Aptos" w:hAnsi="Aptos"/>
          <w:lang w:val="nl-NL"/>
        </w:rPr>
        <w:t>Programme</w:t>
      </w:r>
      <w:proofErr w:type="spellEnd"/>
      <w:r w:rsidRPr="0088488E">
        <w:rPr>
          <w:rFonts w:ascii="Aptos" w:hAnsi="Aptos"/>
          <w:lang w:val="nl-NL"/>
        </w:rPr>
        <w:t xml:space="preserve"> combines </w:t>
      </w:r>
      <w:proofErr w:type="spellStart"/>
      <w:r w:rsidRPr="0088488E">
        <w:rPr>
          <w:rFonts w:ascii="Aptos" w:hAnsi="Aptos"/>
          <w:lang w:val="nl-NL"/>
        </w:rPr>
        <w:t>insights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from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educational</w:t>
      </w:r>
      <w:proofErr w:type="spellEnd"/>
      <w:r w:rsidRPr="0088488E">
        <w:rPr>
          <w:rFonts w:ascii="Aptos" w:hAnsi="Aptos"/>
          <w:lang w:val="nl-NL"/>
        </w:rPr>
        <w:t xml:space="preserve"> research </w:t>
      </w:r>
      <w:proofErr w:type="spellStart"/>
      <w:r w:rsidRPr="0088488E">
        <w:rPr>
          <w:rFonts w:ascii="Aptos" w:hAnsi="Aptos"/>
          <w:lang w:val="nl-NL"/>
        </w:rPr>
        <w:t>with</w:t>
      </w:r>
      <w:proofErr w:type="spellEnd"/>
      <w:r w:rsidRPr="0088488E">
        <w:rPr>
          <w:rFonts w:ascii="Aptos" w:hAnsi="Aptos"/>
          <w:lang w:val="nl-NL"/>
        </w:rPr>
        <w:t xml:space="preserve"> practical classroom experience </w:t>
      </w:r>
      <w:proofErr w:type="spellStart"/>
      <w:r w:rsidRPr="0088488E">
        <w:rPr>
          <w:rFonts w:ascii="Aptos" w:hAnsi="Aptos"/>
          <w:lang w:val="nl-NL"/>
        </w:rPr>
        <w:t>gained</w:t>
      </w:r>
      <w:proofErr w:type="spellEnd"/>
      <w:r w:rsidRPr="0088488E">
        <w:rPr>
          <w:rFonts w:ascii="Aptos" w:hAnsi="Aptos"/>
          <w:lang w:val="nl-NL"/>
        </w:rPr>
        <w:t xml:space="preserve"> in Belgium, Ireland, Kosovo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Netherlands. </w:t>
      </w:r>
      <w:proofErr w:type="spellStart"/>
      <w:r w:rsidRPr="0088488E">
        <w:rPr>
          <w:rFonts w:ascii="Aptos" w:hAnsi="Aptos"/>
          <w:lang w:val="nl-NL"/>
        </w:rPr>
        <w:t>Throughout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project, </w:t>
      </w:r>
      <w:proofErr w:type="spellStart"/>
      <w:r w:rsidRPr="0088488E">
        <w:rPr>
          <w:rFonts w:ascii="Aptos" w:hAnsi="Aptos"/>
          <w:lang w:val="nl-NL"/>
        </w:rPr>
        <w:t>teachers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implemented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refined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academic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language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lessons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while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researchers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evaluated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their</w:t>
      </w:r>
      <w:proofErr w:type="spellEnd"/>
      <w:r w:rsidRPr="0088488E">
        <w:rPr>
          <w:rFonts w:ascii="Aptos" w:hAnsi="Aptos"/>
          <w:lang w:val="nl-NL"/>
        </w:rPr>
        <w:t xml:space="preserve"> impact on student </w:t>
      </w:r>
      <w:proofErr w:type="spellStart"/>
      <w:r w:rsidRPr="0088488E">
        <w:rPr>
          <w:rFonts w:ascii="Aptos" w:hAnsi="Aptos"/>
          <w:lang w:val="nl-NL"/>
        </w:rPr>
        <w:t>participation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confidence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learning</w:t>
      </w:r>
      <w:proofErr w:type="spellEnd"/>
      <w:r w:rsidRPr="0088488E">
        <w:rPr>
          <w:rFonts w:ascii="Aptos" w:hAnsi="Aptos"/>
          <w:lang w:val="nl-NL"/>
        </w:rPr>
        <w:t>.</w:t>
      </w:r>
    </w:p>
    <w:p w14:paraId="7BF1EA54" w14:textId="77777777" w:rsidR="0088488E" w:rsidRPr="0088488E" w:rsidRDefault="0088488E" w:rsidP="0088488E">
      <w:pPr>
        <w:rPr>
          <w:rFonts w:ascii="Aptos" w:hAnsi="Aptos"/>
          <w:lang w:val="nl-NL"/>
        </w:rPr>
      </w:pPr>
      <w:r w:rsidRPr="0088488E">
        <w:rPr>
          <w:rFonts w:ascii="Aptos" w:hAnsi="Aptos"/>
          <w:lang w:val="nl-NL"/>
        </w:rPr>
        <w:t xml:space="preserve">The </w:t>
      </w:r>
      <w:proofErr w:type="spellStart"/>
      <w:r w:rsidRPr="0088488E">
        <w:rPr>
          <w:rFonts w:ascii="Aptos" w:hAnsi="Aptos"/>
          <w:lang w:val="nl-NL"/>
        </w:rPr>
        <w:t>programme</w:t>
      </w:r>
      <w:proofErr w:type="spellEnd"/>
      <w:r w:rsidRPr="0088488E">
        <w:rPr>
          <w:rFonts w:ascii="Aptos" w:hAnsi="Aptos"/>
          <w:lang w:val="nl-NL"/>
        </w:rPr>
        <w:t xml:space="preserve"> is built </w:t>
      </w:r>
      <w:proofErr w:type="spellStart"/>
      <w:r w:rsidRPr="0088488E">
        <w:rPr>
          <w:rFonts w:ascii="Aptos" w:hAnsi="Aptos"/>
          <w:lang w:val="nl-NL"/>
        </w:rPr>
        <w:t>around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four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evidence-informed</w:t>
      </w:r>
      <w:proofErr w:type="spellEnd"/>
      <w:r w:rsidRPr="0088488E">
        <w:rPr>
          <w:rFonts w:ascii="Aptos" w:hAnsi="Aptos"/>
          <w:lang w:val="nl-NL"/>
        </w:rPr>
        <w:t xml:space="preserve"> teaching steps:</w:t>
      </w:r>
    </w:p>
    <w:p w14:paraId="0AB79BDE" w14:textId="77777777" w:rsidR="0088488E" w:rsidRPr="0088488E" w:rsidRDefault="0088488E" w:rsidP="0088488E">
      <w:pPr>
        <w:numPr>
          <w:ilvl w:val="0"/>
          <w:numId w:val="24"/>
        </w:numPr>
        <w:rPr>
          <w:rFonts w:ascii="Aptos" w:hAnsi="Aptos"/>
          <w:lang w:val="nl-NL"/>
        </w:rPr>
      </w:pPr>
      <w:r w:rsidRPr="0088488E">
        <w:rPr>
          <w:rFonts w:ascii="Aptos" w:hAnsi="Aptos"/>
          <w:b/>
          <w:bCs/>
          <w:lang w:val="nl-NL"/>
        </w:rPr>
        <w:t>Present</w:t>
      </w:r>
      <w:r w:rsidRPr="0088488E">
        <w:rPr>
          <w:rFonts w:ascii="Aptos" w:hAnsi="Aptos"/>
          <w:lang w:val="nl-NL"/>
        </w:rPr>
        <w:t xml:space="preserve"> new </w:t>
      </w:r>
      <w:proofErr w:type="spellStart"/>
      <w:r w:rsidRPr="0088488E">
        <w:rPr>
          <w:rFonts w:ascii="Aptos" w:hAnsi="Aptos"/>
          <w:lang w:val="nl-NL"/>
        </w:rPr>
        <w:t>academic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vocabulary</w:t>
      </w:r>
      <w:proofErr w:type="spellEnd"/>
      <w:r w:rsidRPr="0088488E">
        <w:rPr>
          <w:rFonts w:ascii="Aptos" w:hAnsi="Aptos"/>
          <w:lang w:val="nl-NL"/>
        </w:rPr>
        <w:t xml:space="preserve"> in </w:t>
      </w:r>
      <w:proofErr w:type="spellStart"/>
      <w:r w:rsidRPr="0088488E">
        <w:rPr>
          <w:rFonts w:ascii="Aptos" w:hAnsi="Aptos"/>
          <w:lang w:val="nl-NL"/>
        </w:rPr>
        <w:t>meaningful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contexts</w:t>
      </w:r>
      <w:proofErr w:type="spellEnd"/>
      <w:r w:rsidRPr="0088488E">
        <w:rPr>
          <w:rFonts w:ascii="Aptos" w:hAnsi="Aptos"/>
          <w:lang w:val="nl-NL"/>
        </w:rPr>
        <w:t xml:space="preserve">. </w:t>
      </w:r>
    </w:p>
    <w:p w14:paraId="40E35729" w14:textId="77777777" w:rsidR="0088488E" w:rsidRPr="0088488E" w:rsidRDefault="0088488E" w:rsidP="0088488E">
      <w:pPr>
        <w:numPr>
          <w:ilvl w:val="0"/>
          <w:numId w:val="24"/>
        </w:num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b/>
          <w:bCs/>
          <w:lang w:val="nl-NL"/>
        </w:rPr>
        <w:t>Explain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words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explicitly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using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examples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visualisation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discussion</w:t>
      </w:r>
      <w:proofErr w:type="spellEnd"/>
      <w:r w:rsidRPr="0088488E">
        <w:rPr>
          <w:rFonts w:ascii="Aptos" w:hAnsi="Aptos"/>
          <w:lang w:val="nl-NL"/>
        </w:rPr>
        <w:t xml:space="preserve">. </w:t>
      </w:r>
    </w:p>
    <w:p w14:paraId="6C938C9E" w14:textId="77777777" w:rsidR="0088488E" w:rsidRPr="0088488E" w:rsidRDefault="0088488E" w:rsidP="0088488E">
      <w:pPr>
        <w:numPr>
          <w:ilvl w:val="0"/>
          <w:numId w:val="24"/>
        </w:num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b/>
          <w:bCs/>
          <w:lang w:val="nl-NL"/>
        </w:rPr>
        <w:t>Consolidate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understanding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through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varied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engaging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activities</w:t>
      </w:r>
      <w:proofErr w:type="spellEnd"/>
      <w:r w:rsidRPr="0088488E">
        <w:rPr>
          <w:rFonts w:ascii="Aptos" w:hAnsi="Aptos"/>
          <w:lang w:val="nl-NL"/>
        </w:rPr>
        <w:t xml:space="preserve">. </w:t>
      </w:r>
    </w:p>
    <w:p w14:paraId="73868999" w14:textId="77777777" w:rsidR="0088488E" w:rsidRPr="0088488E" w:rsidRDefault="0088488E" w:rsidP="0088488E">
      <w:pPr>
        <w:numPr>
          <w:ilvl w:val="0"/>
          <w:numId w:val="24"/>
        </w:numPr>
        <w:rPr>
          <w:rFonts w:ascii="Aptos" w:hAnsi="Aptos"/>
          <w:lang w:val="nl-NL"/>
        </w:rPr>
      </w:pPr>
      <w:r w:rsidRPr="0088488E">
        <w:rPr>
          <w:rFonts w:ascii="Aptos" w:hAnsi="Aptos"/>
          <w:b/>
          <w:bCs/>
          <w:lang w:val="nl-NL"/>
        </w:rPr>
        <w:t>Check</w:t>
      </w:r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both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passive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understanding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active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use</w:t>
      </w:r>
      <w:proofErr w:type="spellEnd"/>
      <w:r w:rsidRPr="0088488E">
        <w:rPr>
          <w:rFonts w:ascii="Aptos" w:hAnsi="Aptos"/>
          <w:lang w:val="nl-NL"/>
        </w:rPr>
        <w:t xml:space="preserve"> of 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vocabulary</w:t>
      </w:r>
      <w:proofErr w:type="spellEnd"/>
      <w:r w:rsidRPr="0088488E">
        <w:rPr>
          <w:rFonts w:ascii="Aptos" w:hAnsi="Aptos"/>
          <w:lang w:val="nl-NL"/>
        </w:rPr>
        <w:t xml:space="preserve">. </w:t>
      </w:r>
    </w:p>
    <w:p w14:paraId="64573FEA" w14:textId="77777777" w:rsidR="00A87E8E" w:rsidRDefault="00A87E8E" w:rsidP="0088488E">
      <w:pPr>
        <w:rPr>
          <w:rFonts w:ascii="Aptos" w:hAnsi="Aptos"/>
          <w:lang w:val="nl-NL"/>
        </w:rPr>
      </w:pPr>
    </w:p>
    <w:p w14:paraId="0B59AAB2" w14:textId="6A7D4F47" w:rsidR="0088488E" w:rsidRPr="0088488E" w:rsidRDefault="0088488E" w:rsidP="0088488E">
      <w:p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lang w:val="nl-NL"/>
        </w:rPr>
        <w:t>This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structured</w:t>
      </w:r>
      <w:proofErr w:type="spellEnd"/>
      <w:r w:rsidRPr="0088488E">
        <w:rPr>
          <w:rFonts w:ascii="Aptos" w:hAnsi="Aptos"/>
          <w:lang w:val="nl-NL"/>
        </w:rPr>
        <w:t xml:space="preserve"> approach supports </w:t>
      </w:r>
      <w:proofErr w:type="spellStart"/>
      <w:r w:rsidRPr="0088488E">
        <w:rPr>
          <w:rFonts w:ascii="Aptos" w:hAnsi="Aptos"/>
          <w:lang w:val="nl-NL"/>
        </w:rPr>
        <w:t>deep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vocabulary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learning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while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encouraging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collaboration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reflection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active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participation</w:t>
      </w:r>
      <w:proofErr w:type="spellEnd"/>
      <w:r w:rsidRPr="0088488E">
        <w:rPr>
          <w:rFonts w:ascii="Aptos" w:hAnsi="Aptos"/>
          <w:lang w:val="nl-NL"/>
        </w:rPr>
        <w:t xml:space="preserve">. </w:t>
      </w:r>
    </w:p>
    <w:p w14:paraId="09F628BD" w14:textId="77777777" w:rsidR="0088488E" w:rsidRPr="0088488E" w:rsidRDefault="0088488E" w:rsidP="0088488E">
      <w:pPr>
        <w:rPr>
          <w:rFonts w:ascii="Aptos" w:hAnsi="Aptos"/>
          <w:b/>
          <w:bCs/>
          <w:lang w:val="nl-NL"/>
        </w:rPr>
      </w:pPr>
      <w:proofErr w:type="spellStart"/>
      <w:r w:rsidRPr="0088488E">
        <w:rPr>
          <w:rFonts w:ascii="Aptos" w:hAnsi="Aptos"/>
          <w:b/>
          <w:bCs/>
          <w:lang w:val="nl-NL"/>
        </w:rPr>
        <w:t>From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8488E">
        <w:rPr>
          <w:rFonts w:ascii="Aptos" w:hAnsi="Aptos"/>
          <w:b/>
          <w:bCs/>
          <w:lang w:val="nl-NL"/>
        </w:rPr>
        <w:t>Vocabulary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8488E">
        <w:rPr>
          <w:rFonts w:ascii="Aptos" w:hAnsi="Aptos"/>
          <w:b/>
          <w:bCs/>
          <w:lang w:val="nl-NL"/>
        </w:rPr>
        <w:t>to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Opportunity</w:t>
      </w:r>
    </w:p>
    <w:p w14:paraId="4385855F" w14:textId="77777777" w:rsidR="0088488E" w:rsidRPr="0088488E" w:rsidRDefault="0088488E" w:rsidP="0088488E">
      <w:pPr>
        <w:rPr>
          <w:rFonts w:ascii="Aptos" w:hAnsi="Aptos"/>
          <w:lang w:val="nl-NL"/>
        </w:rPr>
      </w:pPr>
      <w:r w:rsidRPr="0088488E">
        <w:rPr>
          <w:rFonts w:ascii="Aptos" w:hAnsi="Aptos"/>
          <w:lang w:val="nl-NL"/>
        </w:rPr>
        <w:t xml:space="preserve">The </w:t>
      </w:r>
      <w:proofErr w:type="spellStart"/>
      <w:r w:rsidRPr="0088488E">
        <w:rPr>
          <w:rFonts w:ascii="Aptos" w:hAnsi="Aptos"/>
          <w:lang w:val="nl-NL"/>
        </w:rPr>
        <w:t>programme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encourages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teachers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to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organise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vocabulary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around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meaningful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themes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such</w:t>
      </w:r>
      <w:proofErr w:type="spellEnd"/>
      <w:r w:rsidRPr="0088488E">
        <w:rPr>
          <w:rFonts w:ascii="Aptos" w:hAnsi="Aptos"/>
          <w:lang w:val="nl-NL"/>
        </w:rPr>
        <w:t xml:space="preserve"> as research skills, </w:t>
      </w:r>
      <w:proofErr w:type="spellStart"/>
      <w:r w:rsidRPr="0088488E">
        <w:rPr>
          <w:rFonts w:ascii="Aptos" w:hAnsi="Aptos"/>
          <w:lang w:val="nl-NL"/>
        </w:rPr>
        <w:t>critical</w:t>
      </w:r>
      <w:proofErr w:type="spellEnd"/>
      <w:r w:rsidRPr="0088488E">
        <w:rPr>
          <w:rFonts w:ascii="Aptos" w:hAnsi="Aptos"/>
          <w:lang w:val="nl-NL"/>
        </w:rPr>
        <w:t xml:space="preserve"> thinking, </w:t>
      </w:r>
      <w:proofErr w:type="spellStart"/>
      <w:r w:rsidRPr="0088488E">
        <w:rPr>
          <w:rFonts w:ascii="Aptos" w:hAnsi="Aptos"/>
          <w:lang w:val="nl-NL"/>
        </w:rPr>
        <w:t>collaboration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presentation</w:t>
      </w:r>
      <w:proofErr w:type="spellEnd"/>
      <w:r w:rsidRPr="0088488E">
        <w:rPr>
          <w:rFonts w:ascii="Aptos" w:hAnsi="Aptos"/>
          <w:lang w:val="nl-NL"/>
        </w:rPr>
        <w:t xml:space="preserve"> skills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future </w:t>
      </w:r>
      <w:proofErr w:type="spellStart"/>
      <w:r w:rsidRPr="0088488E">
        <w:rPr>
          <w:rFonts w:ascii="Aptos" w:hAnsi="Aptos"/>
          <w:lang w:val="nl-NL"/>
        </w:rPr>
        <w:t>careers</w:t>
      </w:r>
      <w:proofErr w:type="spellEnd"/>
      <w:r w:rsidRPr="0088488E">
        <w:rPr>
          <w:rFonts w:ascii="Aptos" w:hAnsi="Aptos"/>
          <w:lang w:val="nl-NL"/>
        </w:rPr>
        <w:t xml:space="preserve">. </w:t>
      </w:r>
      <w:proofErr w:type="spellStart"/>
      <w:r w:rsidRPr="0088488E">
        <w:rPr>
          <w:rFonts w:ascii="Aptos" w:hAnsi="Aptos"/>
          <w:lang w:val="nl-NL"/>
        </w:rPr>
        <w:t>Students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actively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apply</w:t>
      </w:r>
      <w:proofErr w:type="spellEnd"/>
      <w:r w:rsidRPr="0088488E">
        <w:rPr>
          <w:rFonts w:ascii="Aptos" w:hAnsi="Aptos"/>
          <w:lang w:val="nl-NL"/>
        </w:rPr>
        <w:t xml:space="preserve"> new </w:t>
      </w:r>
      <w:proofErr w:type="spellStart"/>
      <w:r w:rsidRPr="0088488E">
        <w:rPr>
          <w:rFonts w:ascii="Aptos" w:hAnsi="Aptos"/>
          <w:lang w:val="nl-NL"/>
        </w:rPr>
        <w:t>vocabulary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through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discussions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presentations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writing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assignments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problem-solving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tasks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collaborative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learning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activities</w:t>
      </w:r>
      <w:proofErr w:type="spellEnd"/>
      <w:r w:rsidRPr="0088488E">
        <w:rPr>
          <w:rFonts w:ascii="Aptos" w:hAnsi="Aptos"/>
          <w:lang w:val="nl-NL"/>
        </w:rPr>
        <w:t xml:space="preserve">, making </w:t>
      </w:r>
      <w:proofErr w:type="spellStart"/>
      <w:r w:rsidRPr="0088488E">
        <w:rPr>
          <w:rFonts w:ascii="Aptos" w:hAnsi="Aptos"/>
          <w:lang w:val="nl-NL"/>
        </w:rPr>
        <w:t>academic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language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both</w:t>
      </w:r>
      <w:proofErr w:type="spellEnd"/>
      <w:r w:rsidRPr="0088488E">
        <w:rPr>
          <w:rFonts w:ascii="Aptos" w:hAnsi="Aptos"/>
          <w:lang w:val="nl-NL"/>
        </w:rPr>
        <w:t xml:space="preserve"> relevant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transferable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across</w:t>
      </w:r>
      <w:proofErr w:type="spellEnd"/>
      <w:r w:rsidRPr="0088488E">
        <w:rPr>
          <w:rFonts w:ascii="Aptos" w:hAnsi="Aptos"/>
          <w:lang w:val="nl-NL"/>
        </w:rPr>
        <w:t xml:space="preserve"> subjects. </w:t>
      </w:r>
    </w:p>
    <w:p w14:paraId="745A5584" w14:textId="77777777" w:rsidR="0088488E" w:rsidRPr="0088488E" w:rsidRDefault="0088488E" w:rsidP="0088488E">
      <w:pPr>
        <w:rPr>
          <w:rFonts w:ascii="Aptos" w:hAnsi="Aptos"/>
          <w:lang w:val="nl-NL"/>
        </w:rPr>
      </w:pPr>
      <w:r w:rsidRPr="0088488E">
        <w:rPr>
          <w:rFonts w:ascii="Aptos" w:hAnsi="Aptos"/>
          <w:lang w:val="nl-NL"/>
        </w:rPr>
        <w:t xml:space="preserve">An important feature of 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programme</w:t>
      </w:r>
      <w:proofErr w:type="spellEnd"/>
      <w:r w:rsidRPr="0088488E">
        <w:rPr>
          <w:rFonts w:ascii="Aptos" w:hAnsi="Aptos"/>
          <w:lang w:val="nl-NL"/>
        </w:rPr>
        <w:t xml:space="preserve"> is </w:t>
      </w:r>
      <w:proofErr w:type="spellStart"/>
      <w:r w:rsidRPr="00A87E8E">
        <w:rPr>
          <w:rFonts w:ascii="Aptos" w:hAnsi="Aptos"/>
          <w:lang w:val="nl-NL"/>
        </w:rPr>
        <w:t>differentiated</w:t>
      </w:r>
      <w:proofErr w:type="spellEnd"/>
      <w:r w:rsidRPr="00A87E8E">
        <w:rPr>
          <w:rFonts w:ascii="Aptos" w:hAnsi="Aptos"/>
          <w:lang w:val="nl-NL"/>
        </w:rPr>
        <w:t xml:space="preserve"> </w:t>
      </w:r>
      <w:proofErr w:type="spellStart"/>
      <w:r w:rsidRPr="00A87E8E">
        <w:rPr>
          <w:rFonts w:ascii="Aptos" w:hAnsi="Aptos"/>
          <w:lang w:val="nl-NL"/>
        </w:rPr>
        <w:t>instruction</w:t>
      </w:r>
      <w:proofErr w:type="spellEnd"/>
      <w:r w:rsidRPr="0088488E">
        <w:rPr>
          <w:rFonts w:ascii="Aptos" w:hAnsi="Aptos"/>
          <w:lang w:val="nl-NL"/>
        </w:rPr>
        <w:t xml:space="preserve">. </w:t>
      </w:r>
      <w:proofErr w:type="spellStart"/>
      <w:r w:rsidRPr="0088488E">
        <w:rPr>
          <w:rFonts w:ascii="Aptos" w:hAnsi="Aptos"/>
          <w:lang w:val="nl-NL"/>
        </w:rPr>
        <w:t>Students</w:t>
      </w:r>
      <w:proofErr w:type="spellEnd"/>
      <w:r w:rsidRPr="0088488E">
        <w:rPr>
          <w:rFonts w:ascii="Aptos" w:hAnsi="Aptos"/>
          <w:lang w:val="nl-NL"/>
        </w:rPr>
        <w:t xml:space="preserve"> enter school </w:t>
      </w:r>
      <w:proofErr w:type="spellStart"/>
      <w:r w:rsidRPr="0088488E">
        <w:rPr>
          <w:rFonts w:ascii="Aptos" w:hAnsi="Aptos"/>
          <w:lang w:val="nl-NL"/>
        </w:rPr>
        <w:t>with</w:t>
      </w:r>
      <w:proofErr w:type="spellEnd"/>
      <w:r w:rsidRPr="0088488E">
        <w:rPr>
          <w:rFonts w:ascii="Aptos" w:hAnsi="Aptos"/>
          <w:lang w:val="nl-NL"/>
        </w:rPr>
        <w:t xml:space="preserve"> different levels of exposure </w:t>
      </w:r>
      <w:proofErr w:type="spellStart"/>
      <w:r w:rsidRPr="0088488E">
        <w:rPr>
          <w:rFonts w:ascii="Aptos" w:hAnsi="Aptos"/>
          <w:lang w:val="nl-NL"/>
        </w:rPr>
        <w:t>to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academic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language</w:t>
      </w:r>
      <w:proofErr w:type="spellEnd"/>
      <w:r w:rsidRPr="0088488E">
        <w:rPr>
          <w:rFonts w:ascii="Aptos" w:hAnsi="Aptos"/>
          <w:lang w:val="nl-NL"/>
        </w:rPr>
        <w:t xml:space="preserve">, even </w:t>
      </w:r>
      <w:proofErr w:type="spellStart"/>
      <w:r w:rsidRPr="0088488E">
        <w:rPr>
          <w:rFonts w:ascii="Aptos" w:hAnsi="Aptos"/>
          <w:lang w:val="nl-NL"/>
        </w:rPr>
        <w:t>when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they</w:t>
      </w:r>
      <w:proofErr w:type="spellEnd"/>
      <w:r w:rsidRPr="0088488E">
        <w:rPr>
          <w:rFonts w:ascii="Aptos" w:hAnsi="Aptos"/>
          <w:lang w:val="nl-NL"/>
        </w:rPr>
        <w:t xml:space="preserve"> have </w:t>
      </w:r>
      <w:proofErr w:type="spellStart"/>
      <w:r w:rsidRPr="0088488E">
        <w:rPr>
          <w:rFonts w:ascii="Aptos" w:hAnsi="Aptos"/>
          <w:lang w:val="nl-NL"/>
        </w:rPr>
        <w:t>similar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cognitive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abilities</w:t>
      </w:r>
      <w:proofErr w:type="spellEnd"/>
      <w:r w:rsidRPr="0088488E">
        <w:rPr>
          <w:rFonts w:ascii="Aptos" w:hAnsi="Aptos"/>
          <w:lang w:val="nl-NL"/>
        </w:rPr>
        <w:t xml:space="preserve">. </w:t>
      </w:r>
      <w:proofErr w:type="spellStart"/>
      <w:r w:rsidRPr="0088488E">
        <w:rPr>
          <w:rFonts w:ascii="Aptos" w:hAnsi="Aptos"/>
          <w:lang w:val="nl-NL"/>
        </w:rPr>
        <w:t>By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assessing</w:t>
      </w:r>
      <w:proofErr w:type="spellEnd"/>
      <w:r w:rsidRPr="0088488E">
        <w:rPr>
          <w:rFonts w:ascii="Aptos" w:hAnsi="Aptos"/>
          <w:lang w:val="nl-NL"/>
        </w:rPr>
        <w:t xml:space="preserve"> prior </w:t>
      </w:r>
      <w:proofErr w:type="spellStart"/>
      <w:r w:rsidRPr="0088488E">
        <w:rPr>
          <w:rFonts w:ascii="Aptos" w:hAnsi="Aptos"/>
          <w:lang w:val="nl-NL"/>
        </w:rPr>
        <w:t>knowledge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adapting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instruction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providing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appropriate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challenge</w:t>
      </w:r>
      <w:proofErr w:type="spellEnd"/>
      <w:r w:rsidRPr="0088488E">
        <w:rPr>
          <w:rFonts w:ascii="Aptos" w:hAnsi="Aptos"/>
          <w:lang w:val="nl-NL"/>
        </w:rPr>
        <w:t xml:space="preserve">, </w:t>
      </w:r>
      <w:proofErr w:type="spellStart"/>
      <w:r w:rsidRPr="0088488E">
        <w:rPr>
          <w:rFonts w:ascii="Aptos" w:hAnsi="Aptos"/>
          <w:lang w:val="nl-NL"/>
        </w:rPr>
        <w:t>teachers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can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ensure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that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every</w:t>
      </w:r>
      <w:proofErr w:type="spellEnd"/>
      <w:r w:rsidRPr="0088488E">
        <w:rPr>
          <w:rFonts w:ascii="Aptos" w:hAnsi="Aptos"/>
          <w:lang w:val="nl-NL"/>
        </w:rPr>
        <w:t xml:space="preserve"> student </w:t>
      </w:r>
      <w:proofErr w:type="spellStart"/>
      <w:r w:rsidRPr="0088488E">
        <w:rPr>
          <w:rFonts w:ascii="Aptos" w:hAnsi="Aptos"/>
          <w:lang w:val="nl-NL"/>
        </w:rPr>
        <w:t>continues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to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learn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develop</w:t>
      </w:r>
      <w:proofErr w:type="spellEnd"/>
      <w:r w:rsidRPr="0088488E">
        <w:rPr>
          <w:rFonts w:ascii="Aptos" w:hAnsi="Aptos"/>
          <w:lang w:val="nl-NL"/>
        </w:rPr>
        <w:t xml:space="preserve">. In </w:t>
      </w:r>
      <w:proofErr w:type="spellStart"/>
      <w:r w:rsidRPr="0088488E">
        <w:rPr>
          <w:rFonts w:ascii="Aptos" w:hAnsi="Aptos"/>
          <w:lang w:val="nl-NL"/>
        </w:rPr>
        <w:t>this</w:t>
      </w:r>
      <w:proofErr w:type="spellEnd"/>
      <w:r w:rsidRPr="0088488E">
        <w:rPr>
          <w:rFonts w:ascii="Aptos" w:hAnsi="Aptos"/>
          <w:lang w:val="nl-NL"/>
        </w:rPr>
        <w:t xml:space="preserve"> way, </w:t>
      </w:r>
      <w:proofErr w:type="spellStart"/>
      <w:r w:rsidRPr="0088488E">
        <w:rPr>
          <w:rFonts w:ascii="Aptos" w:hAnsi="Aptos"/>
          <w:lang w:val="nl-NL"/>
        </w:rPr>
        <w:t>academic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language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becomes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not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only</w:t>
      </w:r>
      <w:proofErr w:type="spellEnd"/>
      <w:r w:rsidRPr="0088488E">
        <w:rPr>
          <w:rFonts w:ascii="Aptos" w:hAnsi="Aptos"/>
          <w:lang w:val="nl-NL"/>
        </w:rPr>
        <w:t xml:space="preserve"> a </w:t>
      </w:r>
      <w:proofErr w:type="spellStart"/>
      <w:r w:rsidRPr="0088488E">
        <w:rPr>
          <w:rFonts w:ascii="Aptos" w:hAnsi="Aptos"/>
          <w:lang w:val="nl-NL"/>
        </w:rPr>
        <w:t>language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intervention</w:t>
      </w:r>
      <w:proofErr w:type="spellEnd"/>
      <w:r w:rsidRPr="0088488E">
        <w:rPr>
          <w:rFonts w:ascii="Aptos" w:hAnsi="Aptos"/>
          <w:lang w:val="nl-NL"/>
        </w:rPr>
        <w:t xml:space="preserve">, but </w:t>
      </w:r>
      <w:proofErr w:type="spellStart"/>
      <w:r w:rsidRPr="0088488E">
        <w:rPr>
          <w:rFonts w:ascii="Aptos" w:hAnsi="Aptos"/>
          <w:lang w:val="nl-NL"/>
        </w:rPr>
        <w:t>also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E9145E">
        <w:rPr>
          <w:rFonts w:ascii="Aptos" w:hAnsi="Aptos"/>
          <w:lang w:val="nl-NL"/>
        </w:rPr>
        <w:t>equity</w:t>
      </w:r>
      <w:proofErr w:type="spellEnd"/>
      <w:r w:rsidRPr="00E9145E">
        <w:rPr>
          <w:rFonts w:ascii="Aptos" w:hAnsi="Aptos"/>
          <w:lang w:val="nl-NL"/>
        </w:rPr>
        <w:t xml:space="preserve"> </w:t>
      </w:r>
      <w:proofErr w:type="spellStart"/>
      <w:r w:rsidRPr="00E9145E">
        <w:rPr>
          <w:rFonts w:ascii="Aptos" w:hAnsi="Aptos"/>
          <w:lang w:val="nl-NL"/>
        </w:rPr>
        <w:t>intervention</w:t>
      </w:r>
      <w:proofErr w:type="spellEnd"/>
      <w:r w:rsidRPr="0088488E">
        <w:rPr>
          <w:rFonts w:ascii="Aptos" w:hAnsi="Aptos"/>
          <w:lang w:val="nl-NL"/>
        </w:rPr>
        <w:t xml:space="preserve">. </w:t>
      </w:r>
    </w:p>
    <w:p w14:paraId="488F9826" w14:textId="77777777" w:rsidR="0088488E" w:rsidRPr="0088488E" w:rsidRDefault="0088488E" w:rsidP="0088488E">
      <w:pPr>
        <w:rPr>
          <w:rFonts w:ascii="Aptos" w:hAnsi="Aptos"/>
          <w:b/>
          <w:bCs/>
          <w:lang w:val="nl-NL"/>
        </w:rPr>
      </w:pPr>
      <w:r w:rsidRPr="0088488E">
        <w:rPr>
          <w:rFonts w:ascii="Aptos" w:hAnsi="Aptos"/>
          <w:b/>
          <w:bCs/>
          <w:lang w:val="nl-NL"/>
        </w:rPr>
        <w:t>Resources</w:t>
      </w:r>
    </w:p>
    <w:p w14:paraId="47CCB28F" w14:textId="77777777" w:rsidR="0088488E" w:rsidRPr="0088488E" w:rsidRDefault="0088488E" w:rsidP="0088488E">
      <w:p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lang w:val="nl-NL"/>
        </w:rPr>
        <w:t>This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section</w:t>
      </w:r>
      <w:proofErr w:type="spellEnd"/>
      <w:r w:rsidRPr="0088488E">
        <w:rPr>
          <w:rFonts w:ascii="Aptos" w:hAnsi="Aptos"/>
          <w:lang w:val="nl-NL"/>
        </w:rPr>
        <w:t xml:space="preserve"> of 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Resource Centre </w:t>
      </w:r>
      <w:proofErr w:type="spellStart"/>
      <w:r w:rsidRPr="0088488E">
        <w:rPr>
          <w:rFonts w:ascii="Aptos" w:hAnsi="Aptos"/>
          <w:lang w:val="nl-NL"/>
        </w:rPr>
        <w:t>contains</w:t>
      </w:r>
      <w:proofErr w:type="spellEnd"/>
      <w:r w:rsidRPr="0088488E">
        <w:rPr>
          <w:rFonts w:ascii="Aptos" w:hAnsi="Aptos"/>
          <w:lang w:val="nl-NL"/>
        </w:rPr>
        <w:t xml:space="preserve"> practical </w:t>
      </w:r>
      <w:proofErr w:type="spellStart"/>
      <w:r w:rsidRPr="0088488E">
        <w:rPr>
          <w:rFonts w:ascii="Aptos" w:hAnsi="Aptos"/>
          <w:lang w:val="nl-NL"/>
        </w:rPr>
        <w:t>materials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developed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during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</w:t>
      </w:r>
      <w:proofErr w:type="spellEnd"/>
      <w:r w:rsidRPr="0088488E">
        <w:rPr>
          <w:rFonts w:ascii="Aptos" w:hAnsi="Aptos"/>
          <w:lang w:val="nl-NL"/>
        </w:rPr>
        <w:t xml:space="preserve"> EGE project, </w:t>
      </w:r>
      <w:proofErr w:type="spellStart"/>
      <w:r w:rsidRPr="0088488E">
        <w:rPr>
          <w:rFonts w:ascii="Aptos" w:hAnsi="Aptos"/>
          <w:lang w:val="nl-NL"/>
        </w:rPr>
        <w:t>including</w:t>
      </w:r>
      <w:proofErr w:type="spellEnd"/>
      <w:r w:rsidRPr="0088488E">
        <w:rPr>
          <w:rFonts w:ascii="Aptos" w:hAnsi="Aptos"/>
          <w:lang w:val="nl-NL"/>
        </w:rPr>
        <w:t>:</w:t>
      </w:r>
    </w:p>
    <w:p w14:paraId="12EB001A" w14:textId="77777777" w:rsidR="0088488E" w:rsidRPr="0088488E" w:rsidRDefault="0088488E" w:rsidP="0088488E">
      <w:pPr>
        <w:numPr>
          <w:ilvl w:val="0"/>
          <w:numId w:val="25"/>
        </w:num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b/>
          <w:bCs/>
          <w:lang w:val="nl-NL"/>
        </w:rPr>
        <w:t>Academic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Language </w:t>
      </w:r>
      <w:proofErr w:type="spellStart"/>
      <w:r w:rsidRPr="0088488E">
        <w:rPr>
          <w:rFonts w:ascii="Aptos" w:hAnsi="Aptos"/>
          <w:b/>
          <w:bCs/>
          <w:lang w:val="nl-NL"/>
        </w:rPr>
        <w:t>Programme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Manual</w:t>
      </w:r>
      <w:r w:rsidRPr="0088488E">
        <w:rPr>
          <w:rFonts w:ascii="Aptos" w:hAnsi="Aptos"/>
          <w:lang w:val="nl-NL"/>
        </w:rPr>
        <w:t xml:space="preserve"> </w:t>
      </w:r>
    </w:p>
    <w:p w14:paraId="5C6FAB5A" w14:textId="77777777" w:rsidR="0088488E" w:rsidRPr="0088488E" w:rsidRDefault="0088488E" w:rsidP="0088488E">
      <w:pPr>
        <w:numPr>
          <w:ilvl w:val="0"/>
          <w:numId w:val="25"/>
        </w:num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b/>
          <w:bCs/>
          <w:lang w:val="nl-NL"/>
        </w:rPr>
        <w:t>Lesson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8488E">
        <w:rPr>
          <w:rFonts w:ascii="Aptos" w:hAnsi="Aptos"/>
          <w:b/>
          <w:bCs/>
          <w:lang w:val="nl-NL"/>
        </w:rPr>
        <w:t>Examples</w:t>
      </w:r>
      <w:proofErr w:type="spellEnd"/>
      <w:r w:rsidRPr="0088488E">
        <w:rPr>
          <w:rFonts w:ascii="Aptos" w:hAnsi="Aptos"/>
          <w:lang w:val="nl-NL"/>
        </w:rPr>
        <w:t xml:space="preserve"> </w:t>
      </w:r>
    </w:p>
    <w:p w14:paraId="430D8798" w14:textId="77777777" w:rsidR="0088488E" w:rsidRPr="0088488E" w:rsidRDefault="0088488E" w:rsidP="0088488E">
      <w:pPr>
        <w:numPr>
          <w:ilvl w:val="0"/>
          <w:numId w:val="25"/>
        </w:numPr>
        <w:rPr>
          <w:rFonts w:ascii="Aptos" w:hAnsi="Aptos"/>
          <w:lang w:val="nl-NL"/>
        </w:rPr>
      </w:pPr>
      <w:r w:rsidRPr="0088488E">
        <w:rPr>
          <w:rFonts w:ascii="Aptos" w:hAnsi="Aptos"/>
          <w:b/>
          <w:bCs/>
          <w:lang w:val="nl-NL"/>
        </w:rPr>
        <w:t xml:space="preserve">Classroom </w:t>
      </w:r>
      <w:proofErr w:type="spellStart"/>
      <w:r w:rsidRPr="0088488E">
        <w:rPr>
          <w:rFonts w:ascii="Aptos" w:hAnsi="Aptos"/>
          <w:b/>
          <w:bCs/>
          <w:lang w:val="nl-NL"/>
        </w:rPr>
        <w:t>Activities</w:t>
      </w:r>
      <w:proofErr w:type="spellEnd"/>
      <w:r w:rsidRPr="0088488E">
        <w:rPr>
          <w:rFonts w:ascii="Aptos" w:hAnsi="Aptos"/>
          <w:lang w:val="nl-NL"/>
        </w:rPr>
        <w:t xml:space="preserve"> </w:t>
      </w:r>
    </w:p>
    <w:p w14:paraId="79179B45" w14:textId="77777777" w:rsidR="0088488E" w:rsidRPr="0088488E" w:rsidRDefault="0088488E" w:rsidP="0088488E">
      <w:pPr>
        <w:numPr>
          <w:ilvl w:val="0"/>
          <w:numId w:val="25"/>
        </w:num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b/>
          <w:bCs/>
          <w:lang w:val="nl-NL"/>
        </w:rPr>
        <w:t>Practice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8488E">
        <w:rPr>
          <w:rFonts w:ascii="Aptos" w:hAnsi="Aptos"/>
          <w:b/>
          <w:bCs/>
          <w:lang w:val="nl-NL"/>
        </w:rPr>
        <w:t>Examples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8488E">
        <w:rPr>
          <w:rFonts w:ascii="Aptos" w:hAnsi="Aptos"/>
          <w:b/>
          <w:bCs/>
          <w:lang w:val="nl-NL"/>
        </w:rPr>
        <w:t>from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Belgium, Ireland, Kosovo </w:t>
      </w:r>
      <w:proofErr w:type="spellStart"/>
      <w:r w:rsidRPr="0088488E">
        <w:rPr>
          <w:rFonts w:ascii="Aptos" w:hAnsi="Aptos"/>
          <w:b/>
          <w:bCs/>
          <w:lang w:val="nl-NL"/>
        </w:rPr>
        <w:t>and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8488E">
        <w:rPr>
          <w:rFonts w:ascii="Aptos" w:hAnsi="Aptos"/>
          <w:b/>
          <w:bCs/>
          <w:lang w:val="nl-NL"/>
        </w:rPr>
        <w:t>the</w:t>
      </w:r>
      <w:proofErr w:type="spellEnd"/>
      <w:r w:rsidRPr="0088488E">
        <w:rPr>
          <w:rFonts w:ascii="Aptos" w:hAnsi="Aptos"/>
          <w:b/>
          <w:bCs/>
          <w:lang w:val="nl-NL"/>
        </w:rPr>
        <w:t xml:space="preserve"> Netherlands</w:t>
      </w:r>
      <w:r w:rsidRPr="0088488E">
        <w:rPr>
          <w:rFonts w:ascii="Aptos" w:hAnsi="Aptos"/>
          <w:lang w:val="nl-NL"/>
        </w:rPr>
        <w:t xml:space="preserve"> </w:t>
      </w:r>
    </w:p>
    <w:p w14:paraId="19ACAA18" w14:textId="77777777" w:rsidR="0088488E" w:rsidRPr="0088488E" w:rsidRDefault="0088488E" w:rsidP="0088488E">
      <w:pPr>
        <w:numPr>
          <w:ilvl w:val="0"/>
          <w:numId w:val="25"/>
        </w:numPr>
        <w:rPr>
          <w:rFonts w:ascii="Aptos" w:hAnsi="Aptos"/>
          <w:lang w:val="nl-NL"/>
        </w:rPr>
      </w:pPr>
      <w:r w:rsidRPr="0088488E">
        <w:rPr>
          <w:rFonts w:ascii="Aptos" w:hAnsi="Aptos"/>
          <w:b/>
          <w:bCs/>
          <w:lang w:val="nl-NL"/>
        </w:rPr>
        <w:t>Research &amp; Publications</w:t>
      </w:r>
      <w:r w:rsidRPr="0088488E">
        <w:rPr>
          <w:rFonts w:ascii="Aptos" w:hAnsi="Aptos"/>
          <w:lang w:val="nl-NL"/>
        </w:rPr>
        <w:t xml:space="preserve"> </w:t>
      </w:r>
      <w:r w:rsidRPr="0088488E">
        <w:rPr>
          <w:rFonts w:ascii="Aptos" w:hAnsi="Aptos"/>
          <w:i/>
          <w:iCs/>
          <w:lang w:val="nl-NL"/>
        </w:rPr>
        <w:t>(</w:t>
      </w:r>
      <w:proofErr w:type="spellStart"/>
      <w:r w:rsidRPr="0088488E">
        <w:rPr>
          <w:rFonts w:ascii="Aptos" w:hAnsi="Aptos"/>
          <w:i/>
          <w:iCs/>
          <w:lang w:val="nl-NL"/>
        </w:rPr>
        <w:t>coming</w:t>
      </w:r>
      <w:proofErr w:type="spellEnd"/>
      <w:r w:rsidRPr="0088488E">
        <w:rPr>
          <w:rFonts w:ascii="Aptos" w:hAnsi="Aptos"/>
          <w:i/>
          <w:iCs/>
          <w:lang w:val="nl-NL"/>
        </w:rPr>
        <w:t xml:space="preserve"> </w:t>
      </w:r>
      <w:proofErr w:type="spellStart"/>
      <w:r w:rsidRPr="0088488E">
        <w:rPr>
          <w:rFonts w:ascii="Aptos" w:hAnsi="Aptos"/>
          <w:i/>
          <w:iCs/>
          <w:lang w:val="nl-NL"/>
        </w:rPr>
        <w:t>soon</w:t>
      </w:r>
      <w:proofErr w:type="spellEnd"/>
      <w:r w:rsidRPr="0088488E">
        <w:rPr>
          <w:rFonts w:ascii="Aptos" w:hAnsi="Aptos"/>
          <w:i/>
          <w:iCs/>
          <w:lang w:val="nl-NL"/>
        </w:rPr>
        <w:t>)</w:t>
      </w:r>
      <w:r w:rsidRPr="0088488E">
        <w:rPr>
          <w:rFonts w:ascii="Aptos" w:hAnsi="Aptos"/>
          <w:lang w:val="nl-NL"/>
        </w:rPr>
        <w:t xml:space="preserve"> </w:t>
      </w:r>
    </w:p>
    <w:p w14:paraId="1006104C" w14:textId="77777777" w:rsidR="0088488E" w:rsidRPr="0088488E" w:rsidRDefault="0088488E" w:rsidP="0088488E">
      <w:pPr>
        <w:rPr>
          <w:rFonts w:ascii="Aptos" w:hAnsi="Aptos"/>
          <w:lang w:val="nl-NL"/>
        </w:rPr>
      </w:pPr>
      <w:proofErr w:type="spellStart"/>
      <w:r w:rsidRPr="0088488E">
        <w:rPr>
          <w:rFonts w:ascii="Aptos" w:hAnsi="Aptos"/>
          <w:lang w:val="nl-NL"/>
        </w:rPr>
        <w:t>Together</w:t>
      </w:r>
      <w:proofErr w:type="spellEnd"/>
      <w:r w:rsidRPr="0088488E">
        <w:rPr>
          <w:rFonts w:ascii="Aptos" w:hAnsi="Aptos"/>
          <w:lang w:val="nl-NL"/>
        </w:rPr>
        <w:t xml:space="preserve">, these resources support </w:t>
      </w:r>
      <w:proofErr w:type="spellStart"/>
      <w:r w:rsidRPr="0088488E">
        <w:rPr>
          <w:rFonts w:ascii="Aptos" w:hAnsi="Aptos"/>
          <w:lang w:val="nl-NL"/>
        </w:rPr>
        <w:t>teachers</w:t>
      </w:r>
      <w:proofErr w:type="spellEnd"/>
      <w:r w:rsidRPr="0088488E">
        <w:rPr>
          <w:rFonts w:ascii="Aptos" w:hAnsi="Aptos"/>
          <w:lang w:val="nl-NL"/>
        </w:rPr>
        <w:t xml:space="preserve">, school leaders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teacher </w:t>
      </w:r>
      <w:proofErr w:type="spellStart"/>
      <w:r w:rsidRPr="0088488E">
        <w:rPr>
          <w:rFonts w:ascii="Aptos" w:hAnsi="Aptos"/>
          <w:lang w:val="nl-NL"/>
        </w:rPr>
        <w:t>educators</w:t>
      </w:r>
      <w:proofErr w:type="spellEnd"/>
      <w:r w:rsidRPr="0088488E">
        <w:rPr>
          <w:rFonts w:ascii="Aptos" w:hAnsi="Aptos"/>
          <w:lang w:val="nl-NL"/>
        </w:rPr>
        <w:t xml:space="preserve"> in </w:t>
      </w:r>
      <w:proofErr w:type="spellStart"/>
      <w:r w:rsidRPr="0088488E">
        <w:rPr>
          <w:rFonts w:ascii="Aptos" w:hAnsi="Aptos"/>
          <w:lang w:val="nl-NL"/>
        </w:rPr>
        <w:t>creating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learning</w:t>
      </w:r>
      <w:proofErr w:type="spellEnd"/>
      <w:r w:rsidRPr="0088488E">
        <w:rPr>
          <w:rFonts w:ascii="Aptos" w:hAnsi="Aptos"/>
          <w:lang w:val="nl-NL"/>
        </w:rPr>
        <w:t xml:space="preserve"> environments </w:t>
      </w:r>
      <w:proofErr w:type="spellStart"/>
      <w:r w:rsidRPr="0088488E">
        <w:rPr>
          <w:rFonts w:ascii="Aptos" w:hAnsi="Aptos"/>
          <w:lang w:val="nl-NL"/>
        </w:rPr>
        <w:t>where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students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from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all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backgrounds</w:t>
      </w:r>
      <w:proofErr w:type="spellEnd"/>
      <w:r w:rsidRPr="0088488E">
        <w:rPr>
          <w:rFonts w:ascii="Aptos" w:hAnsi="Aptos"/>
          <w:lang w:val="nl-NL"/>
        </w:rPr>
        <w:t xml:space="preserve"> have </w:t>
      </w:r>
      <w:proofErr w:type="spellStart"/>
      <w:r w:rsidRPr="0088488E">
        <w:rPr>
          <w:rFonts w:ascii="Aptos" w:hAnsi="Aptos"/>
          <w:lang w:val="nl-NL"/>
        </w:rPr>
        <w:t>equitable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opportunities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to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demonstrate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and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develop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their</w:t>
      </w:r>
      <w:proofErr w:type="spellEnd"/>
      <w:r w:rsidRPr="0088488E">
        <w:rPr>
          <w:rFonts w:ascii="Aptos" w:hAnsi="Aptos"/>
          <w:lang w:val="nl-NL"/>
        </w:rPr>
        <w:t xml:space="preserve"> </w:t>
      </w:r>
      <w:proofErr w:type="spellStart"/>
      <w:r w:rsidRPr="0088488E">
        <w:rPr>
          <w:rFonts w:ascii="Aptos" w:hAnsi="Aptos"/>
          <w:lang w:val="nl-NL"/>
        </w:rPr>
        <w:t>talents</w:t>
      </w:r>
      <w:proofErr w:type="spellEnd"/>
      <w:r w:rsidRPr="0088488E">
        <w:rPr>
          <w:rFonts w:ascii="Aptos" w:hAnsi="Aptos"/>
          <w:lang w:val="nl-NL"/>
        </w:rPr>
        <w:t>.</w:t>
      </w:r>
    </w:p>
    <w:p w14:paraId="3AE44CE9" w14:textId="77777777" w:rsidR="0088488E" w:rsidRPr="0088488E" w:rsidRDefault="0088488E" w:rsidP="0088488E">
      <w:pPr>
        <w:rPr>
          <w:rFonts w:ascii="Aptos" w:hAnsi="Aptos"/>
        </w:rPr>
      </w:pPr>
    </w:p>
    <w:sectPr w:rsidR="0088488E" w:rsidRPr="0088488E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0BBDB" w14:textId="77777777" w:rsidR="0099159F" w:rsidRDefault="0099159F" w:rsidP="00B325EF">
      <w:pPr>
        <w:spacing w:after="0" w:line="240" w:lineRule="auto"/>
      </w:pPr>
      <w:r>
        <w:separator/>
      </w:r>
    </w:p>
  </w:endnote>
  <w:endnote w:type="continuationSeparator" w:id="0">
    <w:p w14:paraId="11FF3A5E" w14:textId="77777777" w:rsidR="0099159F" w:rsidRDefault="0099159F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82B03" w14:textId="77777777" w:rsidR="0099159F" w:rsidRDefault="0099159F" w:rsidP="00B325EF">
      <w:pPr>
        <w:spacing w:after="0" w:line="240" w:lineRule="auto"/>
      </w:pPr>
      <w:r>
        <w:separator/>
      </w:r>
    </w:p>
  </w:footnote>
  <w:footnote w:type="continuationSeparator" w:id="0">
    <w:p w14:paraId="07DEB6D0" w14:textId="77777777" w:rsidR="0099159F" w:rsidRDefault="0099159F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77C84B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1956A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637B4B60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4B59D4"/>
    <w:multiLevelType w:val="multilevel"/>
    <w:tmpl w:val="C07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782E28"/>
    <w:multiLevelType w:val="multilevel"/>
    <w:tmpl w:val="E52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2B097A"/>
    <w:multiLevelType w:val="multilevel"/>
    <w:tmpl w:val="7B8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10F3B"/>
    <w:multiLevelType w:val="multilevel"/>
    <w:tmpl w:val="0F1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A66F05"/>
    <w:multiLevelType w:val="multilevel"/>
    <w:tmpl w:val="A52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21"/>
  </w:num>
  <w:num w:numId="11" w16cid:durableId="1810005102">
    <w:abstractNumId w:val="23"/>
  </w:num>
  <w:num w:numId="12" w16cid:durableId="512770296">
    <w:abstractNumId w:val="19"/>
  </w:num>
  <w:num w:numId="13" w16cid:durableId="1583755110">
    <w:abstractNumId w:val="13"/>
  </w:num>
  <w:num w:numId="14" w16cid:durableId="839199382">
    <w:abstractNumId w:val="11"/>
  </w:num>
  <w:num w:numId="15" w16cid:durableId="1063406865">
    <w:abstractNumId w:val="24"/>
  </w:num>
  <w:num w:numId="16" w16cid:durableId="1910652239">
    <w:abstractNumId w:val="18"/>
  </w:num>
  <w:num w:numId="17" w16cid:durableId="1281110994">
    <w:abstractNumId w:val="14"/>
  </w:num>
  <w:num w:numId="18" w16cid:durableId="1195189763">
    <w:abstractNumId w:val="16"/>
  </w:num>
  <w:num w:numId="19" w16cid:durableId="1008288885">
    <w:abstractNumId w:val="12"/>
  </w:num>
  <w:num w:numId="20" w16cid:durableId="1389648426">
    <w:abstractNumId w:val="9"/>
  </w:num>
  <w:num w:numId="21" w16cid:durableId="1334409422">
    <w:abstractNumId w:val="10"/>
  </w:num>
  <w:num w:numId="22" w16cid:durableId="203754882">
    <w:abstractNumId w:val="17"/>
  </w:num>
  <w:num w:numId="23" w16cid:durableId="1148086479">
    <w:abstractNumId w:val="20"/>
  </w:num>
  <w:num w:numId="24" w16cid:durableId="1039822653">
    <w:abstractNumId w:val="22"/>
  </w:num>
  <w:num w:numId="25" w16cid:durableId="21431111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21E9D"/>
    <w:rsid w:val="0015074B"/>
    <w:rsid w:val="001A6BD2"/>
    <w:rsid w:val="001D3570"/>
    <w:rsid w:val="001E5916"/>
    <w:rsid w:val="002241D6"/>
    <w:rsid w:val="0025623B"/>
    <w:rsid w:val="0029639D"/>
    <w:rsid w:val="002B5351"/>
    <w:rsid w:val="00326F90"/>
    <w:rsid w:val="0033394F"/>
    <w:rsid w:val="003D1AE4"/>
    <w:rsid w:val="00554DED"/>
    <w:rsid w:val="0058216A"/>
    <w:rsid w:val="005908EB"/>
    <w:rsid w:val="005E7EE9"/>
    <w:rsid w:val="00633922"/>
    <w:rsid w:val="006805CF"/>
    <w:rsid w:val="0069563B"/>
    <w:rsid w:val="006C5817"/>
    <w:rsid w:val="006E0A3C"/>
    <w:rsid w:val="006F24D6"/>
    <w:rsid w:val="0072059F"/>
    <w:rsid w:val="00793051"/>
    <w:rsid w:val="007B68BD"/>
    <w:rsid w:val="007C75D3"/>
    <w:rsid w:val="00827A2A"/>
    <w:rsid w:val="0088488E"/>
    <w:rsid w:val="008C67FE"/>
    <w:rsid w:val="00916F35"/>
    <w:rsid w:val="00931733"/>
    <w:rsid w:val="009901B0"/>
    <w:rsid w:val="0099159F"/>
    <w:rsid w:val="00A63C03"/>
    <w:rsid w:val="00A87E8E"/>
    <w:rsid w:val="00AA1D8D"/>
    <w:rsid w:val="00AB04CD"/>
    <w:rsid w:val="00AB2855"/>
    <w:rsid w:val="00B325EF"/>
    <w:rsid w:val="00B47730"/>
    <w:rsid w:val="00B7089E"/>
    <w:rsid w:val="00BA2843"/>
    <w:rsid w:val="00BC6764"/>
    <w:rsid w:val="00BD0555"/>
    <w:rsid w:val="00BF0478"/>
    <w:rsid w:val="00BF25E4"/>
    <w:rsid w:val="00CB0664"/>
    <w:rsid w:val="00CC7A2D"/>
    <w:rsid w:val="00D64664"/>
    <w:rsid w:val="00D87606"/>
    <w:rsid w:val="00DA451B"/>
    <w:rsid w:val="00DA7196"/>
    <w:rsid w:val="00DB5F78"/>
    <w:rsid w:val="00E449CF"/>
    <w:rsid w:val="00E74FD7"/>
    <w:rsid w:val="00E777D7"/>
    <w:rsid w:val="00E9145E"/>
    <w:rsid w:val="00ED3212"/>
    <w:rsid w:val="00ED72FF"/>
    <w:rsid w:val="00EE326B"/>
    <w:rsid w:val="00EF4237"/>
    <w:rsid w:val="00FC1D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6</cp:revision>
  <cp:lastPrinted>2026-02-05T12:14:00Z</cp:lastPrinted>
  <dcterms:created xsi:type="dcterms:W3CDTF">2026-07-20T11:24:00Z</dcterms:created>
  <dcterms:modified xsi:type="dcterms:W3CDTF">2026-07-20T11:31:00Z</dcterms:modified>
  <cp:category/>
</cp:coreProperties>
</file>