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44CE9" w14:textId="77777777" w:rsidR="0088488E" w:rsidRPr="00854450" w:rsidRDefault="0088488E" w:rsidP="00854450">
      <w:pPr>
        <w:rPr>
          <w:rFonts w:ascii="Aptos" w:hAnsi="Aptos"/>
        </w:rPr>
      </w:pPr>
    </w:p>
    <w:p w14:paraId="5364B6FD" w14:textId="77777777" w:rsidR="00854450" w:rsidRPr="00854450" w:rsidRDefault="00854450" w:rsidP="00854450">
      <w:pPr>
        <w:rPr>
          <w:rFonts w:ascii="Aptos" w:hAnsi="Aptos"/>
          <w:b/>
          <w:bCs/>
          <w:sz w:val="28"/>
          <w:szCs w:val="28"/>
          <w:lang w:val="nl-NL"/>
        </w:rPr>
      </w:pPr>
      <w:proofErr w:type="spellStart"/>
      <w:r w:rsidRPr="00854450">
        <w:rPr>
          <w:rFonts w:ascii="Aptos" w:hAnsi="Aptos"/>
          <w:b/>
          <w:bCs/>
          <w:sz w:val="28"/>
          <w:szCs w:val="28"/>
          <w:lang w:val="nl-NL"/>
        </w:rPr>
        <w:t>Lesson</w:t>
      </w:r>
      <w:proofErr w:type="spellEnd"/>
      <w:r w:rsidRPr="00854450">
        <w:rPr>
          <w:rFonts w:ascii="Aptos" w:hAnsi="Aptos"/>
          <w:b/>
          <w:bCs/>
          <w:sz w:val="28"/>
          <w:szCs w:val="28"/>
          <w:lang w:val="nl-NL"/>
        </w:rPr>
        <w:t xml:space="preserve"> </w:t>
      </w:r>
      <w:proofErr w:type="spellStart"/>
      <w:r w:rsidRPr="00854450">
        <w:rPr>
          <w:rFonts w:ascii="Aptos" w:hAnsi="Aptos"/>
          <w:b/>
          <w:bCs/>
          <w:sz w:val="28"/>
          <w:szCs w:val="28"/>
          <w:lang w:val="nl-NL"/>
        </w:rPr>
        <w:t>Examples</w:t>
      </w:r>
      <w:proofErr w:type="spellEnd"/>
    </w:p>
    <w:p w14:paraId="59CCE019" w14:textId="77777777" w:rsidR="00854450" w:rsidRPr="00854450" w:rsidRDefault="00854450" w:rsidP="00854450">
      <w:pPr>
        <w:rPr>
          <w:rFonts w:ascii="Aptos" w:hAnsi="Aptos"/>
          <w:lang w:val="nl-NL"/>
        </w:rPr>
      </w:pPr>
      <w:r w:rsidRPr="00854450">
        <w:rPr>
          <w:rFonts w:ascii="Aptos" w:hAnsi="Aptos"/>
          <w:lang w:val="nl-NL"/>
        </w:rPr>
        <w:t xml:space="preserve">The </w:t>
      </w:r>
      <w:proofErr w:type="spellStart"/>
      <w:r w:rsidRPr="00854450">
        <w:rPr>
          <w:rFonts w:ascii="Aptos" w:hAnsi="Aptos"/>
          <w:lang w:val="nl-NL"/>
        </w:rPr>
        <w:t>Academic</w:t>
      </w:r>
      <w:proofErr w:type="spellEnd"/>
      <w:r w:rsidRPr="00854450">
        <w:rPr>
          <w:rFonts w:ascii="Aptos" w:hAnsi="Aptos"/>
          <w:lang w:val="nl-NL"/>
        </w:rPr>
        <w:t xml:space="preserve"> Language </w:t>
      </w:r>
      <w:proofErr w:type="spellStart"/>
      <w:r w:rsidRPr="00854450">
        <w:rPr>
          <w:rFonts w:ascii="Aptos" w:hAnsi="Aptos"/>
          <w:lang w:val="nl-NL"/>
        </w:rPr>
        <w:t>Programme</w:t>
      </w:r>
      <w:proofErr w:type="spellEnd"/>
      <w:r w:rsidRPr="00854450">
        <w:rPr>
          <w:rFonts w:ascii="Aptos" w:hAnsi="Aptos"/>
          <w:lang w:val="nl-NL"/>
        </w:rPr>
        <w:t xml:space="preserve"> was </w:t>
      </w:r>
      <w:proofErr w:type="spellStart"/>
      <w:r w:rsidRPr="00854450">
        <w:rPr>
          <w:rFonts w:ascii="Aptos" w:hAnsi="Aptos"/>
          <w:lang w:val="nl-NL"/>
        </w:rPr>
        <w:t>implemented</w:t>
      </w:r>
      <w:proofErr w:type="spellEnd"/>
      <w:r w:rsidRPr="00854450">
        <w:rPr>
          <w:rFonts w:ascii="Aptos" w:hAnsi="Aptos"/>
          <w:lang w:val="nl-NL"/>
        </w:rPr>
        <w:t xml:space="preserve"> in different </w:t>
      </w:r>
      <w:proofErr w:type="spellStart"/>
      <w:r w:rsidRPr="00854450">
        <w:rPr>
          <w:rFonts w:ascii="Aptos" w:hAnsi="Aptos"/>
          <w:lang w:val="nl-NL"/>
        </w:rPr>
        <w:t>educational</w:t>
      </w:r>
      <w:proofErr w:type="spellEnd"/>
      <w:r w:rsidRPr="00854450">
        <w:rPr>
          <w:rFonts w:ascii="Aptos" w:hAnsi="Aptos"/>
          <w:lang w:val="nl-NL"/>
        </w:rPr>
        <w:t xml:space="preserve"> </w:t>
      </w:r>
      <w:proofErr w:type="spellStart"/>
      <w:r w:rsidRPr="00854450">
        <w:rPr>
          <w:rFonts w:ascii="Aptos" w:hAnsi="Aptos"/>
          <w:lang w:val="nl-NL"/>
        </w:rPr>
        <w:t>contexts</w:t>
      </w:r>
      <w:proofErr w:type="spellEnd"/>
      <w:r w:rsidRPr="00854450">
        <w:rPr>
          <w:rFonts w:ascii="Aptos" w:hAnsi="Aptos"/>
          <w:lang w:val="nl-NL"/>
        </w:rPr>
        <w:t xml:space="preserve"> </w:t>
      </w:r>
      <w:proofErr w:type="spellStart"/>
      <w:r w:rsidRPr="00854450">
        <w:rPr>
          <w:rFonts w:ascii="Aptos" w:hAnsi="Aptos"/>
          <w:lang w:val="nl-NL"/>
        </w:rPr>
        <w:t>across</w:t>
      </w:r>
      <w:proofErr w:type="spellEnd"/>
      <w:r w:rsidRPr="00854450">
        <w:rPr>
          <w:rFonts w:ascii="Aptos" w:hAnsi="Aptos"/>
          <w:lang w:val="nl-NL"/>
        </w:rPr>
        <w:t xml:space="preserve"> Europe. </w:t>
      </w:r>
      <w:proofErr w:type="spellStart"/>
      <w:r w:rsidRPr="00854450">
        <w:rPr>
          <w:rFonts w:ascii="Aptos" w:hAnsi="Aptos"/>
          <w:lang w:val="nl-NL"/>
        </w:rPr>
        <w:t>Although</w:t>
      </w:r>
      <w:proofErr w:type="spellEnd"/>
      <w:r w:rsidRPr="00854450">
        <w:rPr>
          <w:rFonts w:ascii="Aptos" w:hAnsi="Aptos"/>
          <w:lang w:val="nl-NL"/>
        </w:rPr>
        <w:t xml:space="preserve"> </w:t>
      </w:r>
      <w:proofErr w:type="spellStart"/>
      <w:r w:rsidRPr="00854450">
        <w:rPr>
          <w:rFonts w:ascii="Aptos" w:hAnsi="Aptos"/>
          <w:lang w:val="nl-NL"/>
        </w:rPr>
        <w:t>the</w:t>
      </w:r>
      <w:proofErr w:type="spellEnd"/>
      <w:r w:rsidRPr="00854450">
        <w:rPr>
          <w:rFonts w:ascii="Aptos" w:hAnsi="Aptos"/>
          <w:lang w:val="nl-NL"/>
        </w:rPr>
        <w:t xml:space="preserve"> </w:t>
      </w:r>
      <w:proofErr w:type="spellStart"/>
      <w:r w:rsidRPr="00854450">
        <w:rPr>
          <w:rFonts w:ascii="Aptos" w:hAnsi="Aptos"/>
          <w:lang w:val="nl-NL"/>
        </w:rPr>
        <w:t>themes</w:t>
      </w:r>
      <w:proofErr w:type="spellEnd"/>
      <w:r w:rsidRPr="00854450">
        <w:rPr>
          <w:rFonts w:ascii="Aptos" w:hAnsi="Aptos"/>
          <w:lang w:val="nl-NL"/>
        </w:rPr>
        <w:t xml:space="preserve"> </w:t>
      </w:r>
      <w:proofErr w:type="spellStart"/>
      <w:r w:rsidRPr="00854450">
        <w:rPr>
          <w:rFonts w:ascii="Aptos" w:hAnsi="Aptos"/>
          <w:lang w:val="nl-NL"/>
        </w:rPr>
        <w:t>differed</w:t>
      </w:r>
      <w:proofErr w:type="spellEnd"/>
      <w:r w:rsidRPr="00854450">
        <w:rPr>
          <w:rFonts w:ascii="Aptos" w:hAnsi="Aptos"/>
          <w:lang w:val="nl-NL"/>
        </w:rPr>
        <w:t xml:space="preserve">, </w:t>
      </w:r>
      <w:proofErr w:type="spellStart"/>
      <w:r w:rsidRPr="00854450">
        <w:rPr>
          <w:rFonts w:ascii="Aptos" w:hAnsi="Aptos"/>
          <w:lang w:val="nl-NL"/>
        </w:rPr>
        <w:t>all</w:t>
      </w:r>
      <w:proofErr w:type="spellEnd"/>
      <w:r w:rsidRPr="00854450">
        <w:rPr>
          <w:rFonts w:ascii="Aptos" w:hAnsi="Aptos"/>
          <w:lang w:val="nl-NL"/>
        </w:rPr>
        <w:t xml:space="preserve"> </w:t>
      </w:r>
      <w:proofErr w:type="spellStart"/>
      <w:r w:rsidRPr="00854450">
        <w:rPr>
          <w:rFonts w:ascii="Aptos" w:hAnsi="Aptos"/>
          <w:lang w:val="nl-NL"/>
        </w:rPr>
        <w:t>lesson</w:t>
      </w:r>
      <w:proofErr w:type="spellEnd"/>
      <w:r w:rsidRPr="00854450">
        <w:rPr>
          <w:rFonts w:ascii="Aptos" w:hAnsi="Aptos"/>
          <w:lang w:val="nl-NL"/>
        </w:rPr>
        <w:t xml:space="preserve"> </w:t>
      </w:r>
      <w:proofErr w:type="spellStart"/>
      <w:r w:rsidRPr="00854450">
        <w:rPr>
          <w:rFonts w:ascii="Aptos" w:hAnsi="Aptos"/>
          <w:lang w:val="nl-NL"/>
        </w:rPr>
        <w:t>examples</w:t>
      </w:r>
      <w:proofErr w:type="spellEnd"/>
      <w:r w:rsidRPr="00854450">
        <w:rPr>
          <w:rFonts w:ascii="Aptos" w:hAnsi="Aptos"/>
          <w:lang w:val="nl-NL"/>
        </w:rPr>
        <w:t xml:space="preserve"> follow </w:t>
      </w:r>
      <w:proofErr w:type="spellStart"/>
      <w:r w:rsidRPr="00854450">
        <w:rPr>
          <w:rFonts w:ascii="Aptos" w:hAnsi="Aptos"/>
          <w:lang w:val="nl-NL"/>
        </w:rPr>
        <w:t>the</w:t>
      </w:r>
      <w:proofErr w:type="spellEnd"/>
      <w:r w:rsidRPr="00854450">
        <w:rPr>
          <w:rFonts w:ascii="Aptos" w:hAnsi="Aptos"/>
          <w:lang w:val="nl-NL"/>
        </w:rPr>
        <w:t xml:space="preserve"> </w:t>
      </w:r>
      <w:proofErr w:type="spellStart"/>
      <w:r w:rsidRPr="00854450">
        <w:rPr>
          <w:rFonts w:ascii="Aptos" w:hAnsi="Aptos"/>
          <w:lang w:val="nl-NL"/>
        </w:rPr>
        <w:t>same</w:t>
      </w:r>
      <w:proofErr w:type="spellEnd"/>
      <w:r w:rsidRPr="00854450">
        <w:rPr>
          <w:rFonts w:ascii="Aptos" w:hAnsi="Aptos"/>
          <w:lang w:val="nl-NL"/>
        </w:rPr>
        <w:t xml:space="preserve"> </w:t>
      </w:r>
      <w:proofErr w:type="spellStart"/>
      <w:r w:rsidRPr="00854450">
        <w:rPr>
          <w:rFonts w:ascii="Aptos" w:hAnsi="Aptos"/>
          <w:lang w:val="nl-NL"/>
        </w:rPr>
        <w:t>four</w:t>
      </w:r>
      <w:proofErr w:type="spellEnd"/>
      <w:r w:rsidRPr="00854450">
        <w:rPr>
          <w:rFonts w:ascii="Aptos" w:hAnsi="Aptos"/>
          <w:lang w:val="nl-NL"/>
        </w:rPr>
        <w:t>-step approach:</w:t>
      </w:r>
    </w:p>
    <w:p w14:paraId="23BE1745" w14:textId="77777777" w:rsidR="00854450" w:rsidRPr="00854450" w:rsidRDefault="00854450" w:rsidP="00854450">
      <w:pPr>
        <w:numPr>
          <w:ilvl w:val="0"/>
          <w:numId w:val="26"/>
        </w:numPr>
        <w:rPr>
          <w:rFonts w:ascii="Aptos" w:hAnsi="Aptos"/>
          <w:lang w:val="nl-NL"/>
        </w:rPr>
      </w:pPr>
      <w:r w:rsidRPr="00854450">
        <w:rPr>
          <w:rFonts w:ascii="Aptos" w:hAnsi="Aptos"/>
          <w:lang w:val="nl-NL"/>
        </w:rPr>
        <w:t xml:space="preserve">Present </w:t>
      </w:r>
    </w:p>
    <w:p w14:paraId="4E8F7307" w14:textId="77777777" w:rsidR="00854450" w:rsidRPr="00854450" w:rsidRDefault="00854450" w:rsidP="00854450">
      <w:pPr>
        <w:numPr>
          <w:ilvl w:val="0"/>
          <w:numId w:val="26"/>
        </w:numPr>
        <w:rPr>
          <w:rFonts w:ascii="Aptos" w:hAnsi="Aptos"/>
          <w:lang w:val="nl-NL"/>
        </w:rPr>
      </w:pPr>
      <w:proofErr w:type="spellStart"/>
      <w:r w:rsidRPr="00854450">
        <w:rPr>
          <w:rFonts w:ascii="Aptos" w:hAnsi="Aptos"/>
          <w:lang w:val="nl-NL"/>
        </w:rPr>
        <w:t>Explain</w:t>
      </w:r>
      <w:proofErr w:type="spellEnd"/>
      <w:r w:rsidRPr="00854450">
        <w:rPr>
          <w:rFonts w:ascii="Aptos" w:hAnsi="Aptos"/>
          <w:lang w:val="nl-NL"/>
        </w:rPr>
        <w:t xml:space="preserve"> </w:t>
      </w:r>
    </w:p>
    <w:p w14:paraId="703CBFE3" w14:textId="77777777" w:rsidR="00854450" w:rsidRPr="00854450" w:rsidRDefault="00854450" w:rsidP="00854450">
      <w:pPr>
        <w:numPr>
          <w:ilvl w:val="0"/>
          <w:numId w:val="26"/>
        </w:numPr>
        <w:rPr>
          <w:rFonts w:ascii="Aptos" w:hAnsi="Aptos"/>
          <w:lang w:val="nl-NL"/>
        </w:rPr>
      </w:pPr>
      <w:proofErr w:type="spellStart"/>
      <w:r w:rsidRPr="00854450">
        <w:rPr>
          <w:rFonts w:ascii="Aptos" w:hAnsi="Aptos"/>
          <w:lang w:val="nl-NL"/>
        </w:rPr>
        <w:t>Consolidate</w:t>
      </w:r>
      <w:proofErr w:type="spellEnd"/>
      <w:r w:rsidRPr="00854450">
        <w:rPr>
          <w:rFonts w:ascii="Aptos" w:hAnsi="Aptos"/>
          <w:lang w:val="nl-NL"/>
        </w:rPr>
        <w:t xml:space="preserve"> </w:t>
      </w:r>
    </w:p>
    <w:p w14:paraId="659A5A54" w14:textId="77777777" w:rsidR="00854450" w:rsidRPr="00854450" w:rsidRDefault="00854450" w:rsidP="00854450">
      <w:pPr>
        <w:numPr>
          <w:ilvl w:val="0"/>
          <w:numId w:val="26"/>
        </w:numPr>
        <w:rPr>
          <w:rFonts w:ascii="Aptos" w:hAnsi="Aptos"/>
          <w:lang w:val="nl-NL"/>
        </w:rPr>
      </w:pPr>
      <w:r w:rsidRPr="00854450">
        <w:rPr>
          <w:rFonts w:ascii="Aptos" w:hAnsi="Aptos"/>
          <w:lang w:val="nl-NL"/>
        </w:rPr>
        <w:t xml:space="preserve">Check </w:t>
      </w:r>
    </w:p>
    <w:p w14:paraId="6D8833E3" w14:textId="77777777" w:rsidR="00854450" w:rsidRPr="00854450" w:rsidRDefault="00854450" w:rsidP="00854450">
      <w:pPr>
        <w:rPr>
          <w:rFonts w:ascii="Aptos" w:hAnsi="Aptos"/>
          <w:lang w:val="nl-NL"/>
        </w:rPr>
      </w:pPr>
      <w:r w:rsidRPr="00854450">
        <w:rPr>
          <w:rFonts w:ascii="Aptos" w:hAnsi="Aptos"/>
          <w:lang w:val="nl-NL"/>
        </w:rPr>
        <w:t xml:space="preserve">The </w:t>
      </w:r>
      <w:proofErr w:type="spellStart"/>
      <w:r w:rsidRPr="00854450">
        <w:rPr>
          <w:rFonts w:ascii="Aptos" w:hAnsi="Aptos"/>
          <w:lang w:val="nl-NL"/>
        </w:rPr>
        <w:t>examples</w:t>
      </w:r>
      <w:proofErr w:type="spellEnd"/>
      <w:r w:rsidRPr="00854450">
        <w:rPr>
          <w:rFonts w:ascii="Aptos" w:hAnsi="Aptos"/>
          <w:lang w:val="nl-NL"/>
        </w:rPr>
        <w:t xml:space="preserve"> below </w:t>
      </w:r>
      <w:proofErr w:type="spellStart"/>
      <w:r w:rsidRPr="00854450">
        <w:rPr>
          <w:rFonts w:ascii="Aptos" w:hAnsi="Aptos"/>
          <w:lang w:val="nl-NL"/>
        </w:rPr>
        <w:t>illustrate</w:t>
      </w:r>
      <w:proofErr w:type="spellEnd"/>
      <w:r w:rsidRPr="00854450">
        <w:rPr>
          <w:rFonts w:ascii="Aptos" w:hAnsi="Aptos"/>
          <w:lang w:val="nl-NL"/>
        </w:rPr>
        <w:t xml:space="preserve"> </w:t>
      </w:r>
      <w:proofErr w:type="spellStart"/>
      <w:r w:rsidRPr="00854450">
        <w:rPr>
          <w:rFonts w:ascii="Aptos" w:hAnsi="Aptos"/>
          <w:lang w:val="nl-NL"/>
        </w:rPr>
        <w:t>how</w:t>
      </w:r>
      <w:proofErr w:type="spellEnd"/>
      <w:r w:rsidRPr="00854450">
        <w:rPr>
          <w:rFonts w:ascii="Aptos" w:hAnsi="Aptos"/>
          <w:lang w:val="nl-NL"/>
        </w:rPr>
        <w:t xml:space="preserve"> </w:t>
      </w:r>
      <w:proofErr w:type="spellStart"/>
      <w:r w:rsidRPr="00854450">
        <w:rPr>
          <w:rFonts w:ascii="Aptos" w:hAnsi="Aptos"/>
          <w:lang w:val="nl-NL"/>
        </w:rPr>
        <w:t>academic</w:t>
      </w:r>
      <w:proofErr w:type="spellEnd"/>
      <w:r w:rsidRPr="00854450">
        <w:rPr>
          <w:rFonts w:ascii="Aptos" w:hAnsi="Aptos"/>
          <w:lang w:val="nl-NL"/>
        </w:rPr>
        <w:t xml:space="preserve"> </w:t>
      </w:r>
      <w:proofErr w:type="spellStart"/>
      <w:r w:rsidRPr="00854450">
        <w:rPr>
          <w:rFonts w:ascii="Aptos" w:hAnsi="Aptos"/>
          <w:lang w:val="nl-NL"/>
        </w:rPr>
        <w:t>language</w:t>
      </w:r>
      <w:proofErr w:type="spellEnd"/>
      <w:r w:rsidRPr="00854450">
        <w:rPr>
          <w:rFonts w:ascii="Aptos" w:hAnsi="Aptos"/>
          <w:lang w:val="nl-NL"/>
        </w:rPr>
        <w:t xml:space="preserve"> </w:t>
      </w:r>
      <w:proofErr w:type="spellStart"/>
      <w:r w:rsidRPr="00854450">
        <w:rPr>
          <w:rFonts w:ascii="Aptos" w:hAnsi="Aptos"/>
          <w:lang w:val="nl-NL"/>
        </w:rPr>
        <w:t>can</w:t>
      </w:r>
      <w:proofErr w:type="spellEnd"/>
      <w:r w:rsidRPr="00854450">
        <w:rPr>
          <w:rFonts w:ascii="Aptos" w:hAnsi="Aptos"/>
          <w:lang w:val="nl-NL"/>
        </w:rPr>
        <w:t xml:space="preserve"> </w:t>
      </w:r>
      <w:proofErr w:type="spellStart"/>
      <w:r w:rsidRPr="00854450">
        <w:rPr>
          <w:rFonts w:ascii="Aptos" w:hAnsi="Aptos"/>
          <w:lang w:val="nl-NL"/>
        </w:rPr>
        <w:t>be</w:t>
      </w:r>
      <w:proofErr w:type="spellEnd"/>
      <w:r w:rsidRPr="00854450">
        <w:rPr>
          <w:rFonts w:ascii="Aptos" w:hAnsi="Aptos"/>
          <w:lang w:val="nl-NL"/>
        </w:rPr>
        <w:t xml:space="preserve"> </w:t>
      </w:r>
      <w:proofErr w:type="spellStart"/>
      <w:r w:rsidRPr="00854450">
        <w:rPr>
          <w:rFonts w:ascii="Aptos" w:hAnsi="Aptos"/>
          <w:lang w:val="nl-NL"/>
        </w:rPr>
        <w:t>integrated</w:t>
      </w:r>
      <w:proofErr w:type="spellEnd"/>
      <w:r w:rsidRPr="00854450">
        <w:rPr>
          <w:rFonts w:ascii="Aptos" w:hAnsi="Aptos"/>
          <w:lang w:val="nl-NL"/>
        </w:rPr>
        <w:t xml:space="preserve"> </w:t>
      </w:r>
      <w:proofErr w:type="spellStart"/>
      <w:r w:rsidRPr="00854450">
        <w:rPr>
          <w:rFonts w:ascii="Aptos" w:hAnsi="Aptos"/>
          <w:lang w:val="nl-NL"/>
        </w:rPr>
        <w:t>into</w:t>
      </w:r>
      <w:proofErr w:type="spellEnd"/>
      <w:r w:rsidRPr="00854450">
        <w:rPr>
          <w:rFonts w:ascii="Aptos" w:hAnsi="Aptos"/>
          <w:lang w:val="nl-NL"/>
        </w:rPr>
        <w:t xml:space="preserve"> </w:t>
      </w:r>
      <w:proofErr w:type="spellStart"/>
      <w:r w:rsidRPr="00854450">
        <w:rPr>
          <w:rFonts w:ascii="Aptos" w:hAnsi="Aptos"/>
          <w:lang w:val="nl-NL"/>
        </w:rPr>
        <w:t>meaningful</w:t>
      </w:r>
      <w:proofErr w:type="spellEnd"/>
      <w:r w:rsidRPr="00854450">
        <w:rPr>
          <w:rFonts w:ascii="Aptos" w:hAnsi="Aptos"/>
          <w:lang w:val="nl-NL"/>
        </w:rPr>
        <w:t xml:space="preserve"> classroom </w:t>
      </w:r>
      <w:proofErr w:type="spellStart"/>
      <w:r w:rsidRPr="00854450">
        <w:rPr>
          <w:rFonts w:ascii="Aptos" w:hAnsi="Aptos"/>
          <w:lang w:val="nl-NL"/>
        </w:rPr>
        <w:t>activities</w:t>
      </w:r>
      <w:proofErr w:type="spellEnd"/>
      <w:r w:rsidRPr="00854450">
        <w:rPr>
          <w:rFonts w:ascii="Aptos" w:hAnsi="Aptos"/>
          <w:lang w:val="nl-NL"/>
        </w:rPr>
        <w:t>.</w:t>
      </w:r>
    </w:p>
    <w:p w14:paraId="1D3B7078" w14:textId="77777777" w:rsidR="00854450" w:rsidRPr="00854450" w:rsidRDefault="00854450" w:rsidP="00854450">
      <w:pPr>
        <w:rPr>
          <w:rFonts w:ascii="Aptos" w:hAnsi="Aptos"/>
          <w:lang w:val="nl-NL"/>
        </w:rPr>
      </w:pPr>
      <w:r w:rsidRPr="00854450">
        <w:rPr>
          <w:rFonts w:ascii="Aptos" w:hAnsi="Aptos"/>
          <w:lang w:val="nl-NL"/>
        </w:rPr>
        <w:pict w14:anchorId="5071ED15">
          <v:rect id="_x0000_i1057" style="width:0;height:1.5pt" o:hralign="center" o:hrstd="t" o:hr="t" fillcolor="#a0a0a0" stroked="f"/>
        </w:pict>
      </w:r>
    </w:p>
    <w:p w14:paraId="0C567FBE" w14:textId="77777777" w:rsidR="00854450" w:rsidRPr="00854450" w:rsidRDefault="00854450" w:rsidP="00854450">
      <w:pPr>
        <w:rPr>
          <w:rFonts w:ascii="Aptos" w:hAnsi="Aptos"/>
          <w:b/>
          <w:bCs/>
          <w:lang w:val="nl-NL"/>
        </w:rPr>
      </w:pPr>
      <w:r w:rsidRPr="00854450">
        <w:rPr>
          <w:rFonts w:ascii="Segoe UI Emoji" w:hAnsi="Segoe UI Emoji" w:cs="Segoe UI Emoji"/>
          <w:b/>
          <w:bCs/>
          <w:lang w:val="nl-NL"/>
        </w:rPr>
        <w:t>🇳🇱</w:t>
      </w:r>
      <w:r w:rsidRPr="00854450">
        <w:rPr>
          <w:rFonts w:ascii="Aptos" w:hAnsi="Aptos"/>
          <w:b/>
          <w:bCs/>
          <w:lang w:val="nl-NL"/>
        </w:rPr>
        <w:t xml:space="preserve"> The Netherlands &amp; Belgium</w:t>
      </w:r>
    </w:p>
    <w:p w14:paraId="6D6F4ED3" w14:textId="77777777" w:rsidR="00854450" w:rsidRPr="00854450" w:rsidRDefault="00854450" w:rsidP="00854450">
      <w:pPr>
        <w:rPr>
          <w:rFonts w:ascii="Aptos" w:hAnsi="Aptos"/>
          <w:b/>
          <w:bCs/>
          <w:lang w:val="nl-NL"/>
        </w:rPr>
      </w:pPr>
      <w:proofErr w:type="spellStart"/>
      <w:r w:rsidRPr="00854450">
        <w:rPr>
          <w:rFonts w:ascii="Aptos" w:hAnsi="Aptos"/>
          <w:b/>
          <w:bCs/>
          <w:lang w:val="nl-NL"/>
        </w:rPr>
        <w:t>Academic</w:t>
      </w:r>
      <w:proofErr w:type="spellEnd"/>
      <w:r w:rsidRPr="00854450">
        <w:rPr>
          <w:rFonts w:ascii="Aptos" w:hAnsi="Aptos"/>
          <w:b/>
          <w:bCs/>
          <w:lang w:val="nl-NL"/>
        </w:rPr>
        <w:t xml:space="preserve"> </w:t>
      </w:r>
      <w:proofErr w:type="spellStart"/>
      <w:r w:rsidRPr="00854450">
        <w:rPr>
          <w:rFonts w:ascii="Aptos" w:hAnsi="Aptos"/>
          <w:b/>
          <w:bCs/>
          <w:lang w:val="nl-NL"/>
        </w:rPr>
        <w:t>Vocabulary</w:t>
      </w:r>
      <w:proofErr w:type="spellEnd"/>
      <w:r w:rsidRPr="00854450">
        <w:rPr>
          <w:rFonts w:ascii="Aptos" w:hAnsi="Aptos"/>
          <w:b/>
          <w:bCs/>
          <w:lang w:val="nl-NL"/>
        </w:rPr>
        <w:t xml:space="preserve"> Through </w:t>
      </w:r>
      <w:proofErr w:type="spellStart"/>
      <w:r w:rsidRPr="00854450">
        <w:rPr>
          <w:rFonts w:ascii="Aptos" w:hAnsi="Aptos"/>
          <w:b/>
          <w:bCs/>
          <w:lang w:val="nl-NL"/>
        </w:rPr>
        <w:t>the</w:t>
      </w:r>
      <w:proofErr w:type="spellEnd"/>
      <w:r w:rsidRPr="00854450">
        <w:rPr>
          <w:rFonts w:ascii="Aptos" w:hAnsi="Aptos"/>
          <w:b/>
          <w:bCs/>
          <w:lang w:val="nl-NL"/>
        </w:rPr>
        <w:t xml:space="preserve"> </w:t>
      </w:r>
      <w:proofErr w:type="spellStart"/>
      <w:r w:rsidRPr="00854450">
        <w:rPr>
          <w:rFonts w:ascii="Aptos" w:hAnsi="Aptos"/>
          <w:b/>
          <w:bCs/>
          <w:lang w:val="nl-NL"/>
        </w:rPr>
        <w:t>Four</w:t>
      </w:r>
      <w:proofErr w:type="spellEnd"/>
      <w:r w:rsidRPr="00854450">
        <w:rPr>
          <w:rFonts w:ascii="Aptos" w:hAnsi="Aptos"/>
          <w:b/>
          <w:bCs/>
          <w:lang w:val="nl-NL"/>
        </w:rPr>
        <w:t>-Step Method</w:t>
      </w:r>
    </w:p>
    <w:p w14:paraId="622FD456" w14:textId="77777777" w:rsidR="00854450" w:rsidRPr="00854450" w:rsidRDefault="00854450" w:rsidP="00854450">
      <w:pPr>
        <w:rPr>
          <w:rFonts w:ascii="Aptos" w:hAnsi="Aptos"/>
          <w:lang w:val="nl-NL"/>
        </w:rPr>
      </w:pPr>
      <w:r w:rsidRPr="00854450">
        <w:rPr>
          <w:rFonts w:ascii="Aptos" w:hAnsi="Aptos"/>
          <w:b/>
          <w:bCs/>
          <w:lang w:val="nl-NL"/>
        </w:rPr>
        <w:t>Focus</w:t>
      </w:r>
    </w:p>
    <w:p w14:paraId="5FF1BF6E" w14:textId="77777777" w:rsidR="00854450" w:rsidRPr="00854450" w:rsidRDefault="00854450" w:rsidP="00854450">
      <w:pPr>
        <w:rPr>
          <w:rFonts w:ascii="Aptos" w:hAnsi="Aptos"/>
          <w:lang w:val="nl-NL"/>
        </w:rPr>
      </w:pPr>
      <w:proofErr w:type="spellStart"/>
      <w:r w:rsidRPr="00854450">
        <w:rPr>
          <w:rFonts w:ascii="Aptos" w:hAnsi="Aptos"/>
          <w:lang w:val="nl-NL"/>
        </w:rPr>
        <w:t>Students</w:t>
      </w:r>
      <w:proofErr w:type="spellEnd"/>
      <w:r w:rsidRPr="00854450">
        <w:rPr>
          <w:rFonts w:ascii="Aptos" w:hAnsi="Aptos"/>
          <w:lang w:val="nl-NL"/>
        </w:rPr>
        <w:t xml:space="preserve"> </w:t>
      </w:r>
      <w:proofErr w:type="spellStart"/>
      <w:r w:rsidRPr="00854450">
        <w:rPr>
          <w:rFonts w:ascii="Aptos" w:hAnsi="Aptos"/>
          <w:lang w:val="nl-NL"/>
        </w:rPr>
        <w:t>explore</w:t>
      </w:r>
      <w:proofErr w:type="spellEnd"/>
      <w:r w:rsidRPr="00854450">
        <w:rPr>
          <w:rFonts w:ascii="Aptos" w:hAnsi="Aptos"/>
          <w:lang w:val="nl-NL"/>
        </w:rPr>
        <w:t xml:space="preserve"> </w:t>
      </w:r>
      <w:proofErr w:type="spellStart"/>
      <w:r w:rsidRPr="00854450">
        <w:rPr>
          <w:rFonts w:ascii="Aptos" w:hAnsi="Aptos"/>
          <w:lang w:val="nl-NL"/>
        </w:rPr>
        <w:t>academic</w:t>
      </w:r>
      <w:proofErr w:type="spellEnd"/>
      <w:r w:rsidRPr="00854450">
        <w:rPr>
          <w:rFonts w:ascii="Aptos" w:hAnsi="Aptos"/>
          <w:lang w:val="nl-NL"/>
        </w:rPr>
        <w:t xml:space="preserve"> </w:t>
      </w:r>
      <w:proofErr w:type="spellStart"/>
      <w:r w:rsidRPr="00854450">
        <w:rPr>
          <w:rFonts w:ascii="Aptos" w:hAnsi="Aptos"/>
          <w:lang w:val="nl-NL"/>
        </w:rPr>
        <w:t>vocabulary</w:t>
      </w:r>
      <w:proofErr w:type="spellEnd"/>
      <w:r w:rsidRPr="00854450">
        <w:rPr>
          <w:rFonts w:ascii="Aptos" w:hAnsi="Aptos"/>
          <w:lang w:val="nl-NL"/>
        </w:rPr>
        <w:t xml:space="preserve"> </w:t>
      </w:r>
      <w:proofErr w:type="spellStart"/>
      <w:r w:rsidRPr="00854450">
        <w:rPr>
          <w:rFonts w:ascii="Aptos" w:hAnsi="Aptos"/>
          <w:lang w:val="nl-NL"/>
        </w:rPr>
        <w:t>through</w:t>
      </w:r>
      <w:proofErr w:type="spellEnd"/>
      <w:r w:rsidRPr="00854450">
        <w:rPr>
          <w:rFonts w:ascii="Aptos" w:hAnsi="Aptos"/>
          <w:lang w:val="nl-NL"/>
        </w:rPr>
        <w:t xml:space="preserve"> </w:t>
      </w:r>
      <w:proofErr w:type="spellStart"/>
      <w:r w:rsidRPr="00854450">
        <w:rPr>
          <w:rFonts w:ascii="Aptos" w:hAnsi="Aptos"/>
          <w:lang w:val="nl-NL"/>
        </w:rPr>
        <w:t>visualisation</w:t>
      </w:r>
      <w:proofErr w:type="spellEnd"/>
      <w:r w:rsidRPr="00854450">
        <w:rPr>
          <w:rFonts w:ascii="Aptos" w:hAnsi="Aptos"/>
          <w:lang w:val="nl-NL"/>
        </w:rPr>
        <w:t xml:space="preserve">, word families, </w:t>
      </w:r>
      <w:proofErr w:type="spellStart"/>
      <w:r w:rsidRPr="00854450">
        <w:rPr>
          <w:rFonts w:ascii="Aptos" w:hAnsi="Aptos"/>
          <w:lang w:val="nl-NL"/>
        </w:rPr>
        <w:t>discussion</w:t>
      </w:r>
      <w:proofErr w:type="spellEnd"/>
      <w:r w:rsidRPr="00854450">
        <w:rPr>
          <w:rFonts w:ascii="Aptos" w:hAnsi="Aptos"/>
          <w:lang w:val="nl-NL"/>
        </w:rPr>
        <w:t xml:space="preserve"> </w:t>
      </w:r>
      <w:proofErr w:type="spellStart"/>
      <w:r w:rsidRPr="00854450">
        <w:rPr>
          <w:rFonts w:ascii="Aptos" w:hAnsi="Aptos"/>
          <w:lang w:val="nl-NL"/>
        </w:rPr>
        <w:t>and</w:t>
      </w:r>
      <w:proofErr w:type="spellEnd"/>
      <w:r w:rsidRPr="00854450">
        <w:rPr>
          <w:rFonts w:ascii="Aptos" w:hAnsi="Aptos"/>
          <w:lang w:val="nl-NL"/>
        </w:rPr>
        <w:t xml:space="preserve"> </w:t>
      </w:r>
      <w:proofErr w:type="spellStart"/>
      <w:r w:rsidRPr="00854450">
        <w:rPr>
          <w:rFonts w:ascii="Aptos" w:hAnsi="Aptos"/>
          <w:lang w:val="nl-NL"/>
        </w:rPr>
        <w:t>collaborative</w:t>
      </w:r>
      <w:proofErr w:type="spellEnd"/>
      <w:r w:rsidRPr="00854450">
        <w:rPr>
          <w:rFonts w:ascii="Aptos" w:hAnsi="Aptos"/>
          <w:lang w:val="nl-NL"/>
        </w:rPr>
        <w:t xml:space="preserve"> </w:t>
      </w:r>
      <w:proofErr w:type="spellStart"/>
      <w:r w:rsidRPr="00854450">
        <w:rPr>
          <w:rFonts w:ascii="Aptos" w:hAnsi="Aptos"/>
          <w:lang w:val="nl-NL"/>
        </w:rPr>
        <w:t>activities</w:t>
      </w:r>
      <w:proofErr w:type="spellEnd"/>
      <w:r w:rsidRPr="00854450">
        <w:rPr>
          <w:rFonts w:ascii="Aptos" w:hAnsi="Aptos"/>
          <w:lang w:val="nl-NL"/>
        </w:rPr>
        <w:t>.</w:t>
      </w:r>
    </w:p>
    <w:p w14:paraId="5849D725" w14:textId="77777777" w:rsidR="00854450" w:rsidRPr="00854450" w:rsidRDefault="00854450" w:rsidP="00854450">
      <w:pPr>
        <w:rPr>
          <w:rFonts w:ascii="Aptos" w:hAnsi="Aptos"/>
          <w:lang w:val="nl-NL"/>
        </w:rPr>
      </w:pPr>
      <w:r w:rsidRPr="00854450">
        <w:rPr>
          <w:rFonts w:ascii="Aptos" w:hAnsi="Aptos"/>
          <w:b/>
          <w:bCs/>
          <w:lang w:val="nl-NL"/>
        </w:rPr>
        <w:t xml:space="preserve">Learning </w:t>
      </w:r>
      <w:proofErr w:type="spellStart"/>
      <w:r w:rsidRPr="00854450">
        <w:rPr>
          <w:rFonts w:ascii="Aptos" w:hAnsi="Aptos"/>
          <w:b/>
          <w:bCs/>
          <w:lang w:val="nl-NL"/>
        </w:rPr>
        <w:t>objectives</w:t>
      </w:r>
      <w:proofErr w:type="spellEnd"/>
    </w:p>
    <w:p w14:paraId="23CF8DC5" w14:textId="77777777" w:rsidR="00854450" w:rsidRPr="00854450" w:rsidRDefault="00854450" w:rsidP="00854450">
      <w:pPr>
        <w:numPr>
          <w:ilvl w:val="0"/>
          <w:numId w:val="27"/>
        </w:numPr>
        <w:rPr>
          <w:rFonts w:ascii="Aptos" w:hAnsi="Aptos"/>
          <w:lang w:val="nl-NL"/>
        </w:rPr>
      </w:pPr>
      <w:proofErr w:type="spellStart"/>
      <w:r w:rsidRPr="00854450">
        <w:rPr>
          <w:rFonts w:ascii="Aptos" w:hAnsi="Aptos"/>
          <w:lang w:val="nl-NL"/>
        </w:rPr>
        <w:t>understand</w:t>
      </w:r>
      <w:proofErr w:type="spellEnd"/>
      <w:r w:rsidRPr="00854450">
        <w:rPr>
          <w:rFonts w:ascii="Aptos" w:hAnsi="Aptos"/>
          <w:lang w:val="nl-NL"/>
        </w:rPr>
        <w:t xml:space="preserve"> new </w:t>
      </w:r>
      <w:proofErr w:type="spellStart"/>
      <w:r w:rsidRPr="00854450">
        <w:rPr>
          <w:rFonts w:ascii="Aptos" w:hAnsi="Aptos"/>
          <w:lang w:val="nl-NL"/>
        </w:rPr>
        <w:t>academic</w:t>
      </w:r>
      <w:proofErr w:type="spellEnd"/>
      <w:r w:rsidRPr="00854450">
        <w:rPr>
          <w:rFonts w:ascii="Aptos" w:hAnsi="Aptos"/>
          <w:lang w:val="nl-NL"/>
        </w:rPr>
        <w:t xml:space="preserve"> </w:t>
      </w:r>
      <w:proofErr w:type="spellStart"/>
      <w:r w:rsidRPr="00854450">
        <w:rPr>
          <w:rFonts w:ascii="Aptos" w:hAnsi="Aptos"/>
          <w:lang w:val="nl-NL"/>
        </w:rPr>
        <w:t>vocabulary</w:t>
      </w:r>
      <w:proofErr w:type="spellEnd"/>
      <w:r w:rsidRPr="00854450">
        <w:rPr>
          <w:rFonts w:ascii="Aptos" w:hAnsi="Aptos"/>
          <w:lang w:val="nl-NL"/>
        </w:rPr>
        <w:t xml:space="preserve"> </w:t>
      </w:r>
    </w:p>
    <w:p w14:paraId="6C7E848C" w14:textId="77777777" w:rsidR="00854450" w:rsidRPr="00854450" w:rsidRDefault="00854450" w:rsidP="00854450">
      <w:pPr>
        <w:numPr>
          <w:ilvl w:val="0"/>
          <w:numId w:val="27"/>
        </w:numPr>
        <w:rPr>
          <w:rFonts w:ascii="Aptos" w:hAnsi="Aptos"/>
          <w:lang w:val="nl-NL"/>
        </w:rPr>
      </w:pPr>
      <w:proofErr w:type="spellStart"/>
      <w:r w:rsidRPr="00854450">
        <w:rPr>
          <w:rFonts w:ascii="Aptos" w:hAnsi="Aptos"/>
          <w:lang w:val="nl-NL"/>
        </w:rPr>
        <w:t>use</w:t>
      </w:r>
      <w:proofErr w:type="spellEnd"/>
      <w:r w:rsidRPr="00854450">
        <w:rPr>
          <w:rFonts w:ascii="Aptos" w:hAnsi="Aptos"/>
          <w:lang w:val="nl-NL"/>
        </w:rPr>
        <w:t xml:space="preserve"> </w:t>
      </w:r>
      <w:proofErr w:type="spellStart"/>
      <w:r w:rsidRPr="00854450">
        <w:rPr>
          <w:rFonts w:ascii="Aptos" w:hAnsi="Aptos"/>
          <w:lang w:val="nl-NL"/>
        </w:rPr>
        <w:t>words</w:t>
      </w:r>
      <w:proofErr w:type="spellEnd"/>
      <w:r w:rsidRPr="00854450">
        <w:rPr>
          <w:rFonts w:ascii="Aptos" w:hAnsi="Aptos"/>
          <w:lang w:val="nl-NL"/>
        </w:rPr>
        <w:t xml:space="preserve"> </w:t>
      </w:r>
      <w:proofErr w:type="spellStart"/>
      <w:r w:rsidRPr="00854450">
        <w:rPr>
          <w:rFonts w:ascii="Aptos" w:hAnsi="Aptos"/>
          <w:lang w:val="nl-NL"/>
        </w:rPr>
        <w:t>actively</w:t>
      </w:r>
      <w:proofErr w:type="spellEnd"/>
      <w:r w:rsidRPr="00854450">
        <w:rPr>
          <w:rFonts w:ascii="Aptos" w:hAnsi="Aptos"/>
          <w:lang w:val="nl-NL"/>
        </w:rPr>
        <w:t xml:space="preserve"> </w:t>
      </w:r>
    </w:p>
    <w:p w14:paraId="4CAFE1B9" w14:textId="77777777" w:rsidR="00854450" w:rsidRPr="00854450" w:rsidRDefault="00854450" w:rsidP="00854450">
      <w:pPr>
        <w:numPr>
          <w:ilvl w:val="0"/>
          <w:numId w:val="27"/>
        </w:numPr>
        <w:rPr>
          <w:rFonts w:ascii="Aptos" w:hAnsi="Aptos"/>
          <w:lang w:val="nl-NL"/>
        </w:rPr>
      </w:pPr>
      <w:proofErr w:type="spellStart"/>
      <w:r w:rsidRPr="00854450">
        <w:rPr>
          <w:rFonts w:ascii="Aptos" w:hAnsi="Aptos"/>
          <w:lang w:val="nl-NL"/>
        </w:rPr>
        <w:t>connect</w:t>
      </w:r>
      <w:proofErr w:type="spellEnd"/>
      <w:r w:rsidRPr="00854450">
        <w:rPr>
          <w:rFonts w:ascii="Aptos" w:hAnsi="Aptos"/>
          <w:lang w:val="nl-NL"/>
        </w:rPr>
        <w:t xml:space="preserve"> </w:t>
      </w:r>
      <w:proofErr w:type="spellStart"/>
      <w:r w:rsidRPr="00854450">
        <w:rPr>
          <w:rFonts w:ascii="Aptos" w:hAnsi="Aptos"/>
          <w:lang w:val="nl-NL"/>
        </w:rPr>
        <w:t>vocabulary</w:t>
      </w:r>
      <w:proofErr w:type="spellEnd"/>
      <w:r w:rsidRPr="00854450">
        <w:rPr>
          <w:rFonts w:ascii="Aptos" w:hAnsi="Aptos"/>
          <w:lang w:val="nl-NL"/>
        </w:rPr>
        <w:t xml:space="preserve"> </w:t>
      </w:r>
      <w:proofErr w:type="spellStart"/>
      <w:r w:rsidRPr="00854450">
        <w:rPr>
          <w:rFonts w:ascii="Aptos" w:hAnsi="Aptos"/>
          <w:lang w:val="nl-NL"/>
        </w:rPr>
        <w:t>to</w:t>
      </w:r>
      <w:proofErr w:type="spellEnd"/>
      <w:r w:rsidRPr="00854450">
        <w:rPr>
          <w:rFonts w:ascii="Aptos" w:hAnsi="Aptos"/>
          <w:lang w:val="nl-NL"/>
        </w:rPr>
        <w:t xml:space="preserve"> different school subjects </w:t>
      </w:r>
    </w:p>
    <w:p w14:paraId="12736195" w14:textId="77777777" w:rsidR="00854450" w:rsidRPr="00854450" w:rsidRDefault="00854450" w:rsidP="00854450">
      <w:pPr>
        <w:rPr>
          <w:rFonts w:ascii="Aptos" w:hAnsi="Aptos"/>
          <w:lang w:val="nl-NL"/>
        </w:rPr>
      </w:pPr>
      <w:proofErr w:type="spellStart"/>
      <w:r w:rsidRPr="00854450">
        <w:rPr>
          <w:rFonts w:ascii="Aptos" w:hAnsi="Aptos"/>
          <w:b/>
          <w:bCs/>
          <w:lang w:val="nl-NL"/>
        </w:rPr>
        <w:t>Example</w:t>
      </w:r>
      <w:proofErr w:type="spellEnd"/>
      <w:r w:rsidRPr="00854450">
        <w:rPr>
          <w:rFonts w:ascii="Aptos" w:hAnsi="Aptos"/>
          <w:b/>
          <w:bCs/>
          <w:lang w:val="nl-NL"/>
        </w:rPr>
        <w:t xml:space="preserve"> </w:t>
      </w:r>
      <w:proofErr w:type="spellStart"/>
      <w:r w:rsidRPr="00854450">
        <w:rPr>
          <w:rFonts w:ascii="Aptos" w:hAnsi="Aptos"/>
          <w:b/>
          <w:bCs/>
          <w:lang w:val="nl-NL"/>
        </w:rPr>
        <w:t>activities</w:t>
      </w:r>
      <w:proofErr w:type="spellEnd"/>
    </w:p>
    <w:p w14:paraId="6F734FC4" w14:textId="77777777" w:rsidR="00854450" w:rsidRPr="00854450" w:rsidRDefault="00854450" w:rsidP="00854450">
      <w:pPr>
        <w:numPr>
          <w:ilvl w:val="0"/>
          <w:numId w:val="28"/>
        </w:numPr>
        <w:rPr>
          <w:rFonts w:ascii="Aptos" w:hAnsi="Aptos"/>
          <w:lang w:val="nl-NL"/>
        </w:rPr>
      </w:pPr>
      <w:r w:rsidRPr="00854450">
        <w:rPr>
          <w:rFonts w:ascii="Aptos" w:hAnsi="Aptos"/>
          <w:lang w:val="nl-NL"/>
        </w:rPr>
        <w:t xml:space="preserve">picture cards </w:t>
      </w:r>
    </w:p>
    <w:p w14:paraId="35C80CB6" w14:textId="77777777" w:rsidR="00854450" w:rsidRPr="00854450" w:rsidRDefault="00854450" w:rsidP="00854450">
      <w:pPr>
        <w:numPr>
          <w:ilvl w:val="0"/>
          <w:numId w:val="28"/>
        </w:numPr>
        <w:rPr>
          <w:rFonts w:ascii="Aptos" w:hAnsi="Aptos"/>
          <w:lang w:val="nl-NL"/>
        </w:rPr>
      </w:pPr>
      <w:r w:rsidRPr="00854450">
        <w:rPr>
          <w:rFonts w:ascii="Aptos" w:hAnsi="Aptos"/>
          <w:lang w:val="nl-NL"/>
        </w:rPr>
        <w:lastRenderedPageBreak/>
        <w:t xml:space="preserve">matching </w:t>
      </w:r>
      <w:proofErr w:type="spellStart"/>
      <w:r w:rsidRPr="00854450">
        <w:rPr>
          <w:rFonts w:ascii="Aptos" w:hAnsi="Aptos"/>
          <w:lang w:val="nl-NL"/>
        </w:rPr>
        <w:t>exercises</w:t>
      </w:r>
      <w:proofErr w:type="spellEnd"/>
      <w:r w:rsidRPr="00854450">
        <w:rPr>
          <w:rFonts w:ascii="Aptos" w:hAnsi="Aptos"/>
          <w:lang w:val="nl-NL"/>
        </w:rPr>
        <w:t xml:space="preserve"> </w:t>
      </w:r>
    </w:p>
    <w:p w14:paraId="569C7B5B" w14:textId="77777777" w:rsidR="00854450" w:rsidRPr="00854450" w:rsidRDefault="00854450" w:rsidP="00854450">
      <w:pPr>
        <w:numPr>
          <w:ilvl w:val="0"/>
          <w:numId w:val="28"/>
        </w:numPr>
        <w:rPr>
          <w:rFonts w:ascii="Aptos" w:hAnsi="Aptos"/>
          <w:lang w:val="nl-NL"/>
        </w:rPr>
      </w:pPr>
      <w:proofErr w:type="spellStart"/>
      <w:r w:rsidRPr="00854450">
        <w:rPr>
          <w:rFonts w:ascii="Aptos" w:hAnsi="Aptos"/>
          <w:lang w:val="nl-NL"/>
        </w:rPr>
        <w:t>synonym</w:t>
      </w:r>
      <w:proofErr w:type="spellEnd"/>
      <w:r w:rsidRPr="00854450">
        <w:rPr>
          <w:rFonts w:ascii="Aptos" w:hAnsi="Aptos"/>
          <w:lang w:val="nl-NL"/>
        </w:rPr>
        <w:t xml:space="preserve"> games </w:t>
      </w:r>
    </w:p>
    <w:p w14:paraId="4C3538B6" w14:textId="77777777" w:rsidR="00854450" w:rsidRPr="00854450" w:rsidRDefault="00854450" w:rsidP="00854450">
      <w:pPr>
        <w:numPr>
          <w:ilvl w:val="0"/>
          <w:numId w:val="28"/>
        </w:numPr>
        <w:rPr>
          <w:rFonts w:ascii="Aptos" w:hAnsi="Aptos"/>
          <w:lang w:val="nl-NL"/>
        </w:rPr>
      </w:pPr>
      <w:proofErr w:type="spellStart"/>
      <w:r w:rsidRPr="00854450">
        <w:rPr>
          <w:rFonts w:ascii="Aptos" w:hAnsi="Aptos"/>
          <w:lang w:val="nl-NL"/>
        </w:rPr>
        <w:t>sentence</w:t>
      </w:r>
      <w:proofErr w:type="spellEnd"/>
      <w:r w:rsidRPr="00854450">
        <w:rPr>
          <w:rFonts w:ascii="Aptos" w:hAnsi="Aptos"/>
          <w:lang w:val="nl-NL"/>
        </w:rPr>
        <w:t xml:space="preserve"> building </w:t>
      </w:r>
    </w:p>
    <w:p w14:paraId="30CD721D" w14:textId="77777777" w:rsidR="00854450" w:rsidRPr="00854450" w:rsidRDefault="00854450" w:rsidP="00854450">
      <w:pPr>
        <w:numPr>
          <w:ilvl w:val="0"/>
          <w:numId w:val="28"/>
        </w:numPr>
        <w:rPr>
          <w:rFonts w:ascii="Aptos" w:hAnsi="Aptos"/>
          <w:lang w:val="nl-NL"/>
        </w:rPr>
      </w:pPr>
      <w:proofErr w:type="spellStart"/>
      <w:r w:rsidRPr="00854450">
        <w:rPr>
          <w:rFonts w:ascii="Aptos" w:hAnsi="Aptos"/>
          <w:lang w:val="nl-NL"/>
        </w:rPr>
        <w:t>reflection</w:t>
      </w:r>
      <w:proofErr w:type="spellEnd"/>
      <w:r w:rsidRPr="00854450">
        <w:rPr>
          <w:rFonts w:ascii="Aptos" w:hAnsi="Aptos"/>
          <w:lang w:val="nl-NL"/>
        </w:rPr>
        <w:t xml:space="preserve"> </w:t>
      </w:r>
    </w:p>
    <w:p w14:paraId="549F8DC3" w14:textId="77777777" w:rsidR="00854450" w:rsidRPr="00854450" w:rsidRDefault="00854450" w:rsidP="00854450">
      <w:pPr>
        <w:rPr>
          <w:rFonts w:ascii="Aptos" w:hAnsi="Aptos"/>
          <w:lang w:val="nl-NL"/>
        </w:rPr>
      </w:pPr>
      <w:r w:rsidRPr="00854450">
        <w:rPr>
          <w:rFonts w:ascii="Segoe UI Symbol" w:hAnsi="Segoe UI Symbol" w:cs="Segoe UI Symbol"/>
          <w:lang w:val="nl-NL"/>
        </w:rPr>
        <w:t>➡</w:t>
      </w:r>
      <w:r w:rsidRPr="00854450">
        <w:rPr>
          <w:rFonts w:ascii="Aptos" w:hAnsi="Aptos"/>
          <w:lang w:val="nl-NL"/>
        </w:rPr>
        <w:t xml:space="preserve"> See </w:t>
      </w:r>
      <w:proofErr w:type="spellStart"/>
      <w:r w:rsidRPr="00854450">
        <w:rPr>
          <w:rFonts w:ascii="Aptos" w:hAnsi="Aptos"/>
          <w:lang w:val="nl-NL"/>
        </w:rPr>
        <w:t>Lesson</w:t>
      </w:r>
      <w:proofErr w:type="spellEnd"/>
      <w:r w:rsidRPr="00854450">
        <w:rPr>
          <w:rFonts w:ascii="Aptos" w:hAnsi="Aptos"/>
          <w:lang w:val="nl-NL"/>
        </w:rPr>
        <w:t xml:space="preserve"> Plan </w:t>
      </w:r>
      <w:proofErr w:type="spellStart"/>
      <w:r w:rsidRPr="00854450">
        <w:rPr>
          <w:rFonts w:ascii="Aptos" w:hAnsi="Aptos"/>
          <w:lang w:val="nl-NL"/>
        </w:rPr>
        <w:t>Example</w:t>
      </w:r>
      <w:proofErr w:type="spellEnd"/>
      <w:r w:rsidRPr="00854450">
        <w:rPr>
          <w:rFonts w:ascii="Aptos" w:hAnsi="Aptos"/>
          <w:lang w:val="nl-NL"/>
        </w:rPr>
        <w:t xml:space="preserve"> 1 in </w:t>
      </w:r>
      <w:proofErr w:type="spellStart"/>
      <w:r w:rsidRPr="00854450">
        <w:rPr>
          <w:rFonts w:ascii="Aptos" w:hAnsi="Aptos"/>
          <w:lang w:val="nl-NL"/>
        </w:rPr>
        <w:t>the</w:t>
      </w:r>
      <w:proofErr w:type="spellEnd"/>
      <w:r w:rsidRPr="00854450">
        <w:rPr>
          <w:rFonts w:ascii="Aptos" w:hAnsi="Aptos"/>
          <w:lang w:val="nl-NL"/>
        </w:rPr>
        <w:t xml:space="preserve"> ALP Manual. </w:t>
      </w:r>
    </w:p>
    <w:p w14:paraId="080E59C5" w14:textId="77777777" w:rsidR="00854450" w:rsidRPr="00854450" w:rsidRDefault="00854450" w:rsidP="00854450">
      <w:pPr>
        <w:rPr>
          <w:rFonts w:ascii="Aptos" w:hAnsi="Aptos"/>
          <w:lang w:val="nl-NL"/>
        </w:rPr>
      </w:pPr>
      <w:r w:rsidRPr="00854450">
        <w:rPr>
          <w:rFonts w:ascii="Aptos" w:hAnsi="Aptos"/>
          <w:lang w:val="nl-NL"/>
        </w:rPr>
        <w:pict w14:anchorId="3DA12222">
          <v:rect id="_x0000_i1058" style="width:0;height:1.5pt" o:hralign="center" o:hrstd="t" o:hr="t" fillcolor="#a0a0a0" stroked="f"/>
        </w:pict>
      </w:r>
    </w:p>
    <w:p w14:paraId="29968B92" w14:textId="77777777" w:rsidR="00854450" w:rsidRPr="00854450" w:rsidRDefault="00854450" w:rsidP="00854450">
      <w:pPr>
        <w:rPr>
          <w:rFonts w:ascii="Aptos" w:hAnsi="Aptos"/>
          <w:b/>
          <w:bCs/>
          <w:lang w:val="nl-NL"/>
        </w:rPr>
      </w:pPr>
      <w:r w:rsidRPr="00854450">
        <w:rPr>
          <w:rFonts w:ascii="Segoe UI Emoji" w:hAnsi="Segoe UI Emoji" w:cs="Segoe UI Emoji"/>
          <w:b/>
          <w:bCs/>
          <w:lang w:val="nl-NL"/>
        </w:rPr>
        <w:t>🇮🇪</w:t>
      </w:r>
      <w:r w:rsidRPr="00854450">
        <w:rPr>
          <w:rFonts w:ascii="Aptos" w:hAnsi="Aptos"/>
          <w:b/>
          <w:bCs/>
          <w:lang w:val="nl-NL"/>
        </w:rPr>
        <w:t xml:space="preserve"> Ireland</w:t>
      </w:r>
    </w:p>
    <w:p w14:paraId="0F7531F0" w14:textId="77777777" w:rsidR="00854450" w:rsidRPr="00854450" w:rsidRDefault="00854450" w:rsidP="00854450">
      <w:pPr>
        <w:rPr>
          <w:rFonts w:ascii="Aptos" w:hAnsi="Aptos"/>
          <w:b/>
          <w:bCs/>
          <w:lang w:val="nl-NL"/>
        </w:rPr>
      </w:pPr>
      <w:r w:rsidRPr="00854450">
        <w:rPr>
          <w:rFonts w:ascii="Aptos" w:hAnsi="Aptos"/>
          <w:b/>
          <w:bCs/>
          <w:lang w:val="nl-NL"/>
        </w:rPr>
        <w:t xml:space="preserve">Research Skills, </w:t>
      </w:r>
      <w:proofErr w:type="spellStart"/>
      <w:r w:rsidRPr="00854450">
        <w:rPr>
          <w:rFonts w:ascii="Aptos" w:hAnsi="Aptos"/>
          <w:b/>
          <w:bCs/>
          <w:lang w:val="nl-NL"/>
        </w:rPr>
        <w:t>Note-taking</w:t>
      </w:r>
      <w:proofErr w:type="spellEnd"/>
      <w:r w:rsidRPr="00854450">
        <w:rPr>
          <w:rFonts w:ascii="Aptos" w:hAnsi="Aptos"/>
          <w:b/>
          <w:bCs/>
          <w:lang w:val="nl-NL"/>
        </w:rPr>
        <w:t xml:space="preserve"> </w:t>
      </w:r>
      <w:proofErr w:type="spellStart"/>
      <w:r w:rsidRPr="00854450">
        <w:rPr>
          <w:rFonts w:ascii="Aptos" w:hAnsi="Aptos"/>
          <w:b/>
          <w:bCs/>
          <w:lang w:val="nl-NL"/>
        </w:rPr>
        <w:t>and</w:t>
      </w:r>
      <w:proofErr w:type="spellEnd"/>
      <w:r w:rsidRPr="00854450">
        <w:rPr>
          <w:rFonts w:ascii="Aptos" w:hAnsi="Aptos"/>
          <w:b/>
          <w:bCs/>
          <w:lang w:val="nl-NL"/>
        </w:rPr>
        <w:t xml:space="preserve"> Digital </w:t>
      </w:r>
      <w:proofErr w:type="spellStart"/>
      <w:r w:rsidRPr="00854450">
        <w:rPr>
          <w:rFonts w:ascii="Aptos" w:hAnsi="Aptos"/>
          <w:b/>
          <w:bCs/>
          <w:lang w:val="nl-NL"/>
        </w:rPr>
        <w:t>Literacy</w:t>
      </w:r>
      <w:proofErr w:type="spellEnd"/>
    </w:p>
    <w:p w14:paraId="1E098C1F" w14:textId="77777777" w:rsidR="00854450" w:rsidRPr="00854450" w:rsidRDefault="00854450" w:rsidP="00854450">
      <w:pPr>
        <w:rPr>
          <w:rFonts w:ascii="Aptos" w:hAnsi="Aptos"/>
          <w:lang w:val="nl-NL"/>
        </w:rPr>
      </w:pPr>
      <w:r w:rsidRPr="00854450">
        <w:rPr>
          <w:rFonts w:ascii="Aptos" w:hAnsi="Aptos"/>
          <w:b/>
          <w:bCs/>
          <w:lang w:val="nl-NL"/>
        </w:rPr>
        <w:t>Focus</w:t>
      </w:r>
    </w:p>
    <w:p w14:paraId="6F51431F" w14:textId="77777777" w:rsidR="00854450" w:rsidRPr="00854450" w:rsidRDefault="00854450" w:rsidP="00854450">
      <w:pPr>
        <w:rPr>
          <w:rFonts w:ascii="Aptos" w:hAnsi="Aptos"/>
          <w:lang w:val="nl-NL"/>
        </w:rPr>
      </w:pPr>
      <w:proofErr w:type="spellStart"/>
      <w:r w:rsidRPr="00854450">
        <w:rPr>
          <w:rFonts w:ascii="Aptos" w:hAnsi="Aptos"/>
          <w:lang w:val="nl-NL"/>
        </w:rPr>
        <w:t>Academic</w:t>
      </w:r>
      <w:proofErr w:type="spellEnd"/>
      <w:r w:rsidRPr="00854450">
        <w:rPr>
          <w:rFonts w:ascii="Aptos" w:hAnsi="Aptos"/>
          <w:lang w:val="nl-NL"/>
        </w:rPr>
        <w:t xml:space="preserve"> </w:t>
      </w:r>
      <w:proofErr w:type="spellStart"/>
      <w:r w:rsidRPr="00854450">
        <w:rPr>
          <w:rFonts w:ascii="Aptos" w:hAnsi="Aptos"/>
          <w:lang w:val="nl-NL"/>
        </w:rPr>
        <w:t>language</w:t>
      </w:r>
      <w:proofErr w:type="spellEnd"/>
      <w:r w:rsidRPr="00854450">
        <w:rPr>
          <w:rFonts w:ascii="Aptos" w:hAnsi="Aptos"/>
          <w:lang w:val="nl-NL"/>
        </w:rPr>
        <w:t xml:space="preserve"> </w:t>
      </w:r>
      <w:proofErr w:type="spellStart"/>
      <w:r w:rsidRPr="00854450">
        <w:rPr>
          <w:rFonts w:ascii="Aptos" w:hAnsi="Aptos"/>
          <w:lang w:val="nl-NL"/>
        </w:rPr>
        <w:t>embedded</w:t>
      </w:r>
      <w:proofErr w:type="spellEnd"/>
      <w:r w:rsidRPr="00854450">
        <w:rPr>
          <w:rFonts w:ascii="Aptos" w:hAnsi="Aptos"/>
          <w:lang w:val="nl-NL"/>
        </w:rPr>
        <w:t xml:space="preserve"> in research skills.</w:t>
      </w:r>
    </w:p>
    <w:p w14:paraId="1B88EF81" w14:textId="77777777" w:rsidR="00854450" w:rsidRPr="00854450" w:rsidRDefault="00854450" w:rsidP="00854450">
      <w:pPr>
        <w:rPr>
          <w:rFonts w:ascii="Aptos" w:hAnsi="Aptos"/>
          <w:lang w:val="nl-NL"/>
        </w:rPr>
      </w:pPr>
      <w:r w:rsidRPr="00854450">
        <w:rPr>
          <w:rFonts w:ascii="Aptos" w:hAnsi="Aptos"/>
          <w:b/>
          <w:bCs/>
          <w:lang w:val="nl-NL"/>
        </w:rPr>
        <w:t xml:space="preserve">Learning </w:t>
      </w:r>
      <w:proofErr w:type="spellStart"/>
      <w:r w:rsidRPr="00854450">
        <w:rPr>
          <w:rFonts w:ascii="Aptos" w:hAnsi="Aptos"/>
          <w:b/>
          <w:bCs/>
          <w:lang w:val="nl-NL"/>
        </w:rPr>
        <w:t>objectives</w:t>
      </w:r>
      <w:proofErr w:type="spellEnd"/>
    </w:p>
    <w:p w14:paraId="6F58E96C" w14:textId="77777777" w:rsidR="00854450" w:rsidRPr="00854450" w:rsidRDefault="00854450" w:rsidP="00854450">
      <w:pPr>
        <w:numPr>
          <w:ilvl w:val="0"/>
          <w:numId w:val="29"/>
        </w:numPr>
        <w:rPr>
          <w:rFonts w:ascii="Aptos" w:hAnsi="Aptos"/>
          <w:lang w:val="nl-NL"/>
        </w:rPr>
      </w:pPr>
      <w:proofErr w:type="spellStart"/>
      <w:r w:rsidRPr="00854450">
        <w:rPr>
          <w:rFonts w:ascii="Aptos" w:hAnsi="Aptos"/>
          <w:lang w:val="nl-NL"/>
        </w:rPr>
        <w:t>evaluate</w:t>
      </w:r>
      <w:proofErr w:type="spellEnd"/>
      <w:r w:rsidRPr="00854450">
        <w:rPr>
          <w:rFonts w:ascii="Aptos" w:hAnsi="Aptos"/>
          <w:lang w:val="nl-NL"/>
        </w:rPr>
        <w:t xml:space="preserve"> information </w:t>
      </w:r>
    </w:p>
    <w:p w14:paraId="40FFD1F7" w14:textId="77777777" w:rsidR="00854450" w:rsidRPr="00854450" w:rsidRDefault="00854450" w:rsidP="00854450">
      <w:pPr>
        <w:numPr>
          <w:ilvl w:val="0"/>
          <w:numId w:val="29"/>
        </w:numPr>
        <w:rPr>
          <w:rFonts w:ascii="Aptos" w:hAnsi="Aptos"/>
          <w:lang w:val="nl-NL"/>
        </w:rPr>
      </w:pPr>
      <w:proofErr w:type="spellStart"/>
      <w:r w:rsidRPr="00854450">
        <w:rPr>
          <w:rFonts w:ascii="Aptos" w:hAnsi="Aptos"/>
          <w:lang w:val="nl-NL"/>
        </w:rPr>
        <w:t>identify</w:t>
      </w:r>
      <w:proofErr w:type="spellEnd"/>
      <w:r w:rsidRPr="00854450">
        <w:rPr>
          <w:rFonts w:ascii="Aptos" w:hAnsi="Aptos"/>
          <w:lang w:val="nl-NL"/>
        </w:rPr>
        <w:t xml:space="preserve"> </w:t>
      </w:r>
      <w:proofErr w:type="spellStart"/>
      <w:r w:rsidRPr="00854450">
        <w:rPr>
          <w:rFonts w:ascii="Aptos" w:hAnsi="Aptos"/>
          <w:lang w:val="nl-NL"/>
        </w:rPr>
        <w:t>reliable</w:t>
      </w:r>
      <w:proofErr w:type="spellEnd"/>
      <w:r w:rsidRPr="00854450">
        <w:rPr>
          <w:rFonts w:ascii="Aptos" w:hAnsi="Aptos"/>
          <w:lang w:val="nl-NL"/>
        </w:rPr>
        <w:t xml:space="preserve"> sources </w:t>
      </w:r>
    </w:p>
    <w:p w14:paraId="3126C2C7" w14:textId="77777777" w:rsidR="00854450" w:rsidRPr="00854450" w:rsidRDefault="00854450" w:rsidP="00854450">
      <w:pPr>
        <w:numPr>
          <w:ilvl w:val="0"/>
          <w:numId w:val="29"/>
        </w:numPr>
        <w:rPr>
          <w:rFonts w:ascii="Aptos" w:hAnsi="Aptos"/>
          <w:lang w:val="nl-NL"/>
        </w:rPr>
      </w:pPr>
      <w:proofErr w:type="spellStart"/>
      <w:r w:rsidRPr="00854450">
        <w:rPr>
          <w:rFonts w:ascii="Aptos" w:hAnsi="Aptos"/>
          <w:lang w:val="nl-NL"/>
        </w:rPr>
        <w:t>summarise</w:t>
      </w:r>
      <w:proofErr w:type="spellEnd"/>
      <w:r w:rsidRPr="00854450">
        <w:rPr>
          <w:rFonts w:ascii="Aptos" w:hAnsi="Aptos"/>
          <w:lang w:val="nl-NL"/>
        </w:rPr>
        <w:t xml:space="preserve"> </w:t>
      </w:r>
    </w:p>
    <w:p w14:paraId="370B2229" w14:textId="77777777" w:rsidR="00854450" w:rsidRPr="00854450" w:rsidRDefault="00854450" w:rsidP="00854450">
      <w:pPr>
        <w:numPr>
          <w:ilvl w:val="0"/>
          <w:numId w:val="29"/>
        </w:numPr>
        <w:rPr>
          <w:rFonts w:ascii="Aptos" w:hAnsi="Aptos"/>
          <w:lang w:val="nl-NL"/>
        </w:rPr>
      </w:pPr>
      <w:proofErr w:type="spellStart"/>
      <w:r w:rsidRPr="00854450">
        <w:rPr>
          <w:rFonts w:ascii="Aptos" w:hAnsi="Aptos"/>
          <w:lang w:val="nl-NL"/>
        </w:rPr>
        <w:t>justify</w:t>
      </w:r>
      <w:proofErr w:type="spellEnd"/>
      <w:r w:rsidRPr="00854450">
        <w:rPr>
          <w:rFonts w:ascii="Aptos" w:hAnsi="Aptos"/>
          <w:lang w:val="nl-NL"/>
        </w:rPr>
        <w:t xml:space="preserve"> </w:t>
      </w:r>
      <w:proofErr w:type="spellStart"/>
      <w:r w:rsidRPr="00854450">
        <w:rPr>
          <w:rFonts w:ascii="Aptos" w:hAnsi="Aptos"/>
          <w:lang w:val="nl-NL"/>
        </w:rPr>
        <w:t>arguments</w:t>
      </w:r>
      <w:proofErr w:type="spellEnd"/>
      <w:r w:rsidRPr="00854450">
        <w:rPr>
          <w:rFonts w:ascii="Aptos" w:hAnsi="Aptos"/>
          <w:lang w:val="nl-NL"/>
        </w:rPr>
        <w:t xml:space="preserve"> </w:t>
      </w:r>
    </w:p>
    <w:p w14:paraId="412A5EE1" w14:textId="77777777" w:rsidR="00854450" w:rsidRPr="00854450" w:rsidRDefault="00854450" w:rsidP="00854450">
      <w:pPr>
        <w:rPr>
          <w:rFonts w:ascii="Aptos" w:hAnsi="Aptos"/>
          <w:lang w:val="nl-NL"/>
        </w:rPr>
      </w:pPr>
      <w:proofErr w:type="spellStart"/>
      <w:r w:rsidRPr="00854450">
        <w:rPr>
          <w:rFonts w:ascii="Aptos" w:hAnsi="Aptos"/>
          <w:b/>
          <w:bCs/>
          <w:lang w:val="nl-NL"/>
        </w:rPr>
        <w:t>Example</w:t>
      </w:r>
      <w:proofErr w:type="spellEnd"/>
      <w:r w:rsidRPr="00854450">
        <w:rPr>
          <w:rFonts w:ascii="Aptos" w:hAnsi="Aptos"/>
          <w:b/>
          <w:bCs/>
          <w:lang w:val="nl-NL"/>
        </w:rPr>
        <w:t xml:space="preserve"> </w:t>
      </w:r>
      <w:proofErr w:type="spellStart"/>
      <w:r w:rsidRPr="00854450">
        <w:rPr>
          <w:rFonts w:ascii="Aptos" w:hAnsi="Aptos"/>
          <w:b/>
          <w:bCs/>
          <w:lang w:val="nl-NL"/>
        </w:rPr>
        <w:t>activities</w:t>
      </w:r>
      <w:proofErr w:type="spellEnd"/>
    </w:p>
    <w:p w14:paraId="1186AB5E" w14:textId="77777777" w:rsidR="00854450" w:rsidRPr="00854450" w:rsidRDefault="00854450" w:rsidP="00854450">
      <w:pPr>
        <w:numPr>
          <w:ilvl w:val="0"/>
          <w:numId w:val="30"/>
        </w:numPr>
        <w:rPr>
          <w:rFonts w:ascii="Aptos" w:hAnsi="Aptos"/>
          <w:lang w:val="nl-NL"/>
        </w:rPr>
      </w:pPr>
      <w:proofErr w:type="spellStart"/>
      <w:r w:rsidRPr="00854450">
        <w:rPr>
          <w:rFonts w:ascii="Aptos" w:hAnsi="Aptos"/>
          <w:lang w:val="nl-NL"/>
        </w:rPr>
        <w:t>analysing</w:t>
      </w:r>
      <w:proofErr w:type="spellEnd"/>
      <w:r w:rsidRPr="00854450">
        <w:rPr>
          <w:rFonts w:ascii="Aptos" w:hAnsi="Aptos"/>
          <w:lang w:val="nl-NL"/>
        </w:rPr>
        <w:t xml:space="preserve"> websites </w:t>
      </w:r>
    </w:p>
    <w:p w14:paraId="7668EF84" w14:textId="77777777" w:rsidR="00854450" w:rsidRPr="00854450" w:rsidRDefault="00854450" w:rsidP="00854450">
      <w:pPr>
        <w:numPr>
          <w:ilvl w:val="0"/>
          <w:numId w:val="30"/>
        </w:numPr>
        <w:rPr>
          <w:rFonts w:ascii="Aptos" w:hAnsi="Aptos"/>
          <w:lang w:val="nl-NL"/>
        </w:rPr>
      </w:pPr>
      <w:proofErr w:type="spellStart"/>
      <w:r w:rsidRPr="00854450">
        <w:rPr>
          <w:rFonts w:ascii="Aptos" w:hAnsi="Aptos"/>
          <w:lang w:val="nl-NL"/>
        </w:rPr>
        <w:t>note</w:t>
      </w:r>
      <w:proofErr w:type="spellEnd"/>
      <w:r w:rsidRPr="00854450">
        <w:rPr>
          <w:rFonts w:ascii="Aptos" w:hAnsi="Aptos"/>
          <w:lang w:val="nl-NL"/>
        </w:rPr>
        <w:t xml:space="preserve"> </w:t>
      </w:r>
      <w:proofErr w:type="spellStart"/>
      <w:r w:rsidRPr="00854450">
        <w:rPr>
          <w:rFonts w:ascii="Aptos" w:hAnsi="Aptos"/>
          <w:lang w:val="nl-NL"/>
        </w:rPr>
        <w:t>taking</w:t>
      </w:r>
      <w:proofErr w:type="spellEnd"/>
      <w:r w:rsidRPr="00854450">
        <w:rPr>
          <w:rFonts w:ascii="Aptos" w:hAnsi="Aptos"/>
          <w:lang w:val="nl-NL"/>
        </w:rPr>
        <w:t xml:space="preserve"> </w:t>
      </w:r>
    </w:p>
    <w:p w14:paraId="32B987E6" w14:textId="77777777" w:rsidR="00854450" w:rsidRPr="00854450" w:rsidRDefault="00854450" w:rsidP="00854450">
      <w:pPr>
        <w:numPr>
          <w:ilvl w:val="0"/>
          <w:numId w:val="30"/>
        </w:numPr>
        <w:rPr>
          <w:rFonts w:ascii="Aptos" w:hAnsi="Aptos"/>
          <w:lang w:val="nl-NL"/>
        </w:rPr>
      </w:pPr>
      <w:proofErr w:type="spellStart"/>
      <w:r w:rsidRPr="00854450">
        <w:rPr>
          <w:rFonts w:ascii="Aptos" w:hAnsi="Aptos"/>
          <w:lang w:val="nl-NL"/>
        </w:rPr>
        <w:t>evaluating</w:t>
      </w:r>
      <w:proofErr w:type="spellEnd"/>
      <w:r w:rsidRPr="00854450">
        <w:rPr>
          <w:rFonts w:ascii="Aptos" w:hAnsi="Aptos"/>
          <w:lang w:val="nl-NL"/>
        </w:rPr>
        <w:t xml:space="preserve"> sources </w:t>
      </w:r>
    </w:p>
    <w:p w14:paraId="129F6098" w14:textId="77777777" w:rsidR="00854450" w:rsidRPr="00854450" w:rsidRDefault="00854450" w:rsidP="00854450">
      <w:pPr>
        <w:numPr>
          <w:ilvl w:val="0"/>
          <w:numId w:val="30"/>
        </w:numPr>
        <w:rPr>
          <w:rFonts w:ascii="Aptos" w:hAnsi="Aptos"/>
          <w:lang w:val="nl-NL"/>
        </w:rPr>
      </w:pPr>
      <w:proofErr w:type="spellStart"/>
      <w:r w:rsidRPr="00854450">
        <w:rPr>
          <w:rFonts w:ascii="Aptos" w:hAnsi="Aptos"/>
          <w:lang w:val="nl-NL"/>
        </w:rPr>
        <w:t>vocabulary</w:t>
      </w:r>
      <w:proofErr w:type="spellEnd"/>
      <w:r w:rsidRPr="00854450">
        <w:rPr>
          <w:rFonts w:ascii="Aptos" w:hAnsi="Aptos"/>
          <w:lang w:val="nl-NL"/>
        </w:rPr>
        <w:t xml:space="preserve"> </w:t>
      </w:r>
      <w:proofErr w:type="spellStart"/>
      <w:r w:rsidRPr="00854450">
        <w:rPr>
          <w:rFonts w:ascii="Aptos" w:hAnsi="Aptos"/>
          <w:lang w:val="nl-NL"/>
        </w:rPr>
        <w:t>tasks</w:t>
      </w:r>
      <w:proofErr w:type="spellEnd"/>
      <w:r w:rsidRPr="00854450">
        <w:rPr>
          <w:rFonts w:ascii="Aptos" w:hAnsi="Aptos"/>
          <w:lang w:val="nl-NL"/>
        </w:rPr>
        <w:t xml:space="preserve"> </w:t>
      </w:r>
    </w:p>
    <w:p w14:paraId="07495920" w14:textId="77777777" w:rsidR="00854450" w:rsidRPr="00854450" w:rsidRDefault="00854450" w:rsidP="00854450">
      <w:pPr>
        <w:rPr>
          <w:rFonts w:ascii="Aptos" w:hAnsi="Aptos"/>
          <w:lang w:val="nl-NL"/>
        </w:rPr>
      </w:pPr>
      <w:r w:rsidRPr="00854450">
        <w:rPr>
          <w:rFonts w:ascii="Segoe UI Symbol" w:hAnsi="Segoe UI Symbol" w:cs="Segoe UI Symbol"/>
          <w:lang w:val="nl-NL"/>
        </w:rPr>
        <w:t>➡</w:t>
      </w:r>
      <w:r w:rsidRPr="00854450">
        <w:rPr>
          <w:rFonts w:ascii="Aptos" w:hAnsi="Aptos"/>
          <w:lang w:val="nl-NL"/>
        </w:rPr>
        <w:t xml:space="preserve"> See </w:t>
      </w:r>
      <w:proofErr w:type="spellStart"/>
      <w:r w:rsidRPr="00854450">
        <w:rPr>
          <w:rFonts w:ascii="Aptos" w:hAnsi="Aptos"/>
          <w:lang w:val="nl-NL"/>
        </w:rPr>
        <w:t>Lesson</w:t>
      </w:r>
      <w:proofErr w:type="spellEnd"/>
      <w:r w:rsidRPr="00854450">
        <w:rPr>
          <w:rFonts w:ascii="Aptos" w:hAnsi="Aptos"/>
          <w:lang w:val="nl-NL"/>
        </w:rPr>
        <w:t xml:space="preserve"> Plan </w:t>
      </w:r>
      <w:proofErr w:type="spellStart"/>
      <w:r w:rsidRPr="00854450">
        <w:rPr>
          <w:rFonts w:ascii="Aptos" w:hAnsi="Aptos"/>
          <w:lang w:val="nl-NL"/>
        </w:rPr>
        <w:t>Example</w:t>
      </w:r>
      <w:proofErr w:type="spellEnd"/>
      <w:r w:rsidRPr="00854450">
        <w:rPr>
          <w:rFonts w:ascii="Aptos" w:hAnsi="Aptos"/>
          <w:lang w:val="nl-NL"/>
        </w:rPr>
        <w:t xml:space="preserve"> 2 in </w:t>
      </w:r>
      <w:proofErr w:type="spellStart"/>
      <w:r w:rsidRPr="00854450">
        <w:rPr>
          <w:rFonts w:ascii="Aptos" w:hAnsi="Aptos"/>
          <w:lang w:val="nl-NL"/>
        </w:rPr>
        <w:t>the</w:t>
      </w:r>
      <w:proofErr w:type="spellEnd"/>
      <w:r w:rsidRPr="00854450">
        <w:rPr>
          <w:rFonts w:ascii="Aptos" w:hAnsi="Aptos"/>
          <w:lang w:val="nl-NL"/>
        </w:rPr>
        <w:t xml:space="preserve"> ALP Manual. </w:t>
      </w:r>
    </w:p>
    <w:p w14:paraId="23ECD30E" w14:textId="77777777" w:rsidR="00854450" w:rsidRPr="00854450" w:rsidRDefault="00854450" w:rsidP="00854450">
      <w:pPr>
        <w:rPr>
          <w:rFonts w:ascii="Aptos" w:hAnsi="Aptos"/>
          <w:lang w:val="nl-NL"/>
        </w:rPr>
      </w:pPr>
      <w:r w:rsidRPr="00854450">
        <w:rPr>
          <w:rFonts w:ascii="Aptos" w:hAnsi="Aptos"/>
          <w:lang w:val="nl-NL"/>
        </w:rPr>
        <w:pict w14:anchorId="69A75495">
          <v:rect id="_x0000_i1059" style="width:0;height:1.5pt" o:hralign="center" o:hrstd="t" o:hr="t" fillcolor="#a0a0a0" stroked="f"/>
        </w:pict>
      </w:r>
    </w:p>
    <w:p w14:paraId="017415E5" w14:textId="77777777" w:rsidR="00A920BA" w:rsidRDefault="00A920BA" w:rsidP="00854450">
      <w:pPr>
        <w:rPr>
          <w:rFonts w:ascii="Segoe UI Emoji" w:hAnsi="Segoe UI Emoji" w:cs="Segoe UI Emoji"/>
          <w:b/>
          <w:bCs/>
          <w:lang w:val="nl-NL"/>
        </w:rPr>
      </w:pPr>
    </w:p>
    <w:p w14:paraId="4F697CED" w14:textId="46A6A0D0" w:rsidR="00854450" w:rsidRPr="00854450" w:rsidRDefault="00854450" w:rsidP="00854450">
      <w:pPr>
        <w:rPr>
          <w:rFonts w:ascii="Aptos" w:hAnsi="Aptos"/>
          <w:b/>
          <w:bCs/>
          <w:lang w:val="nl-NL"/>
        </w:rPr>
      </w:pPr>
      <w:r w:rsidRPr="00854450">
        <w:rPr>
          <w:rFonts w:ascii="Segoe UI Emoji" w:hAnsi="Segoe UI Emoji" w:cs="Segoe UI Emoji"/>
          <w:b/>
          <w:bCs/>
          <w:lang w:val="nl-NL"/>
        </w:rPr>
        <w:t>🇽🇰</w:t>
      </w:r>
      <w:r w:rsidRPr="00854450">
        <w:rPr>
          <w:rFonts w:ascii="Aptos" w:hAnsi="Aptos"/>
          <w:b/>
          <w:bCs/>
          <w:lang w:val="nl-NL"/>
        </w:rPr>
        <w:t xml:space="preserve"> Kosovo</w:t>
      </w:r>
    </w:p>
    <w:p w14:paraId="1CEA7CD2" w14:textId="77777777" w:rsidR="00854450" w:rsidRPr="00854450" w:rsidRDefault="00854450" w:rsidP="00854450">
      <w:pPr>
        <w:rPr>
          <w:rFonts w:ascii="Aptos" w:hAnsi="Aptos"/>
          <w:b/>
          <w:bCs/>
          <w:lang w:val="nl-NL"/>
        </w:rPr>
      </w:pPr>
      <w:proofErr w:type="spellStart"/>
      <w:r w:rsidRPr="00854450">
        <w:rPr>
          <w:rFonts w:ascii="Aptos" w:hAnsi="Aptos"/>
          <w:b/>
          <w:bCs/>
          <w:lang w:val="nl-NL"/>
        </w:rPr>
        <w:t>Career</w:t>
      </w:r>
      <w:proofErr w:type="spellEnd"/>
      <w:r w:rsidRPr="00854450">
        <w:rPr>
          <w:rFonts w:ascii="Aptos" w:hAnsi="Aptos"/>
          <w:b/>
          <w:bCs/>
          <w:lang w:val="nl-NL"/>
        </w:rPr>
        <w:t xml:space="preserve"> Planning </w:t>
      </w:r>
      <w:proofErr w:type="spellStart"/>
      <w:r w:rsidRPr="00854450">
        <w:rPr>
          <w:rFonts w:ascii="Aptos" w:hAnsi="Aptos"/>
          <w:b/>
          <w:bCs/>
          <w:lang w:val="nl-NL"/>
        </w:rPr>
        <w:t>and</w:t>
      </w:r>
      <w:proofErr w:type="spellEnd"/>
      <w:r w:rsidRPr="00854450">
        <w:rPr>
          <w:rFonts w:ascii="Aptos" w:hAnsi="Aptos"/>
          <w:b/>
          <w:bCs/>
          <w:lang w:val="nl-NL"/>
        </w:rPr>
        <w:t xml:space="preserve"> </w:t>
      </w:r>
      <w:proofErr w:type="spellStart"/>
      <w:r w:rsidRPr="00854450">
        <w:rPr>
          <w:rFonts w:ascii="Aptos" w:hAnsi="Aptos"/>
          <w:b/>
          <w:bCs/>
          <w:lang w:val="nl-NL"/>
        </w:rPr>
        <w:t>Educational</w:t>
      </w:r>
      <w:proofErr w:type="spellEnd"/>
      <w:r w:rsidRPr="00854450">
        <w:rPr>
          <w:rFonts w:ascii="Aptos" w:hAnsi="Aptos"/>
          <w:b/>
          <w:bCs/>
          <w:lang w:val="nl-NL"/>
        </w:rPr>
        <w:t xml:space="preserve"> </w:t>
      </w:r>
      <w:proofErr w:type="spellStart"/>
      <w:r w:rsidRPr="00854450">
        <w:rPr>
          <w:rFonts w:ascii="Aptos" w:hAnsi="Aptos"/>
          <w:b/>
          <w:bCs/>
          <w:lang w:val="nl-NL"/>
        </w:rPr>
        <w:t>Pathways</w:t>
      </w:r>
      <w:proofErr w:type="spellEnd"/>
    </w:p>
    <w:p w14:paraId="6AC34D44" w14:textId="77777777" w:rsidR="00854450" w:rsidRPr="00854450" w:rsidRDefault="00854450" w:rsidP="00854450">
      <w:pPr>
        <w:rPr>
          <w:rFonts w:ascii="Aptos" w:hAnsi="Aptos"/>
          <w:lang w:val="nl-NL"/>
        </w:rPr>
      </w:pPr>
      <w:r w:rsidRPr="00854450">
        <w:rPr>
          <w:rFonts w:ascii="Aptos" w:hAnsi="Aptos"/>
          <w:b/>
          <w:bCs/>
          <w:lang w:val="nl-NL"/>
        </w:rPr>
        <w:t>Focus</w:t>
      </w:r>
    </w:p>
    <w:p w14:paraId="617826C2" w14:textId="77777777" w:rsidR="00854450" w:rsidRPr="00854450" w:rsidRDefault="00854450" w:rsidP="00854450">
      <w:pPr>
        <w:rPr>
          <w:rFonts w:ascii="Aptos" w:hAnsi="Aptos"/>
          <w:lang w:val="nl-NL"/>
        </w:rPr>
      </w:pPr>
      <w:proofErr w:type="spellStart"/>
      <w:r w:rsidRPr="00854450">
        <w:rPr>
          <w:rFonts w:ascii="Aptos" w:hAnsi="Aptos"/>
          <w:lang w:val="nl-NL"/>
        </w:rPr>
        <w:t>Academic</w:t>
      </w:r>
      <w:proofErr w:type="spellEnd"/>
      <w:r w:rsidRPr="00854450">
        <w:rPr>
          <w:rFonts w:ascii="Aptos" w:hAnsi="Aptos"/>
          <w:lang w:val="nl-NL"/>
        </w:rPr>
        <w:t xml:space="preserve"> </w:t>
      </w:r>
      <w:proofErr w:type="spellStart"/>
      <w:r w:rsidRPr="00854450">
        <w:rPr>
          <w:rFonts w:ascii="Aptos" w:hAnsi="Aptos"/>
          <w:lang w:val="nl-NL"/>
        </w:rPr>
        <w:t>language</w:t>
      </w:r>
      <w:proofErr w:type="spellEnd"/>
      <w:r w:rsidRPr="00854450">
        <w:rPr>
          <w:rFonts w:ascii="Aptos" w:hAnsi="Aptos"/>
          <w:lang w:val="nl-NL"/>
        </w:rPr>
        <w:t xml:space="preserve"> </w:t>
      </w:r>
      <w:proofErr w:type="spellStart"/>
      <w:r w:rsidRPr="00854450">
        <w:rPr>
          <w:rFonts w:ascii="Aptos" w:hAnsi="Aptos"/>
          <w:lang w:val="nl-NL"/>
        </w:rPr>
        <w:t>connected</w:t>
      </w:r>
      <w:proofErr w:type="spellEnd"/>
      <w:r w:rsidRPr="00854450">
        <w:rPr>
          <w:rFonts w:ascii="Aptos" w:hAnsi="Aptos"/>
          <w:lang w:val="nl-NL"/>
        </w:rPr>
        <w:t xml:space="preserve"> </w:t>
      </w:r>
      <w:proofErr w:type="spellStart"/>
      <w:r w:rsidRPr="00854450">
        <w:rPr>
          <w:rFonts w:ascii="Aptos" w:hAnsi="Aptos"/>
          <w:lang w:val="nl-NL"/>
        </w:rPr>
        <w:t>to</w:t>
      </w:r>
      <w:proofErr w:type="spellEnd"/>
      <w:r w:rsidRPr="00854450">
        <w:rPr>
          <w:rFonts w:ascii="Aptos" w:hAnsi="Aptos"/>
          <w:lang w:val="nl-NL"/>
        </w:rPr>
        <w:t xml:space="preserve"> future studies </w:t>
      </w:r>
      <w:proofErr w:type="spellStart"/>
      <w:r w:rsidRPr="00854450">
        <w:rPr>
          <w:rFonts w:ascii="Aptos" w:hAnsi="Aptos"/>
          <w:lang w:val="nl-NL"/>
        </w:rPr>
        <w:t>and</w:t>
      </w:r>
      <w:proofErr w:type="spellEnd"/>
      <w:r w:rsidRPr="00854450">
        <w:rPr>
          <w:rFonts w:ascii="Aptos" w:hAnsi="Aptos"/>
          <w:lang w:val="nl-NL"/>
        </w:rPr>
        <w:t xml:space="preserve"> </w:t>
      </w:r>
      <w:proofErr w:type="spellStart"/>
      <w:r w:rsidRPr="00854450">
        <w:rPr>
          <w:rFonts w:ascii="Aptos" w:hAnsi="Aptos"/>
          <w:lang w:val="nl-NL"/>
        </w:rPr>
        <w:t>careers</w:t>
      </w:r>
      <w:proofErr w:type="spellEnd"/>
      <w:r w:rsidRPr="00854450">
        <w:rPr>
          <w:rFonts w:ascii="Aptos" w:hAnsi="Aptos"/>
          <w:lang w:val="nl-NL"/>
        </w:rPr>
        <w:t>.</w:t>
      </w:r>
    </w:p>
    <w:p w14:paraId="5973C062" w14:textId="77777777" w:rsidR="00854450" w:rsidRPr="00854450" w:rsidRDefault="00854450" w:rsidP="00854450">
      <w:pPr>
        <w:rPr>
          <w:rFonts w:ascii="Aptos" w:hAnsi="Aptos"/>
          <w:lang w:val="nl-NL"/>
        </w:rPr>
      </w:pPr>
      <w:r w:rsidRPr="00854450">
        <w:rPr>
          <w:rFonts w:ascii="Aptos" w:hAnsi="Aptos"/>
          <w:b/>
          <w:bCs/>
          <w:lang w:val="nl-NL"/>
        </w:rPr>
        <w:t xml:space="preserve">Learning </w:t>
      </w:r>
      <w:proofErr w:type="spellStart"/>
      <w:r w:rsidRPr="00854450">
        <w:rPr>
          <w:rFonts w:ascii="Aptos" w:hAnsi="Aptos"/>
          <w:b/>
          <w:bCs/>
          <w:lang w:val="nl-NL"/>
        </w:rPr>
        <w:t>objectives</w:t>
      </w:r>
      <w:proofErr w:type="spellEnd"/>
    </w:p>
    <w:p w14:paraId="48A85C9F" w14:textId="77777777" w:rsidR="00854450" w:rsidRPr="00854450" w:rsidRDefault="00854450" w:rsidP="00854450">
      <w:pPr>
        <w:numPr>
          <w:ilvl w:val="0"/>
          <w:numId w:val="31"/>
        </w:numPr>
        <w:rPr>
          <w:rFonts w:ascii="Aptos" w:hAnsi="Aptos"/>
          <w:lang w:val="nl-NL"/>
        </w:rPr>
      </w:pPr>
      <w:proofErr w:type="spellStart"/>
      <w:r w:rsidRPr="00854450">
        <w:rPr>
          <w:rFonts w:ascii="Aptos" w:hAnsi="Aptos"/>
          <w:lang w:val="nl-NL"/>
        </w:rPr>
        <w:t>describe</w:t>
      </w:r>
      <w:proofErr w:type="spellEnd"/>
      <w:r w:rsidRPr="00854450">
        <w:rPr>
          <w:rFonts w:ascii="Aptos" w:hAnsi="Aptos"/>
          <w:lang w:val="nl-NL"/>
        </w:rPr>
        <w:t xml:space="preserve"> </w:t>
      </w:r>
      <w:proofErr w:type="spellStart"/>
      <w:r w:rsidRPr="00854450">
        <w:rPr>
          <w:rFonts w:ascii="Aptos" w:hAnsi="Aptos"/>
          <w:lang w:val="nl-NL"/>
        </w:rPr>
        <w:t>ambitions</w:t>
      </w:r>
      <w:proofErr w:type="spellEnd"/>
      <w:r w:rsidRPr="00854450">
        <w:rPr>
          <w:rFonts w:ascii="Aptos" w:hAnsi="Aptos"/>
          <w:lang w:val="nl-NL"/>
        </w:rPr>
        <w:t xml:space="preserve"> </w:t>
      </w:r>
    </w:p>
    <w:p w14:paraId="7DF6249D" w14:textId="77777777" w:rsidR="00854450" w:rsidRPr="00854450" w:rsidRDefault="00854450" w:rsidP="00854450">
      <w:pPr>
        <w:numPr>
          <w:ilvl w:val="0"/>
          <w:numId w:val="31"/>
        </w:numPr>
        <w:rPr>
          <w:rFonts w:ascii="Aptos" w:hAnsi="Aptos"/>
          <w:lang w:val="nl-NL"/>
        </w:rPr>
      </w:pPr>
      <w:proofErr w:type="spellStart"/>
      <w:r w:rsidRPr="00854450">
        <w:rPr>
          <w:rFonts w:ascii="Aptos" w:hAnsi="Aptos"/>
          <w:lang w:val="nl-NL"/>
        </w:rPr>
        <w:t>write</w:t>
      </w:r>
      <w:proofErr w:type="spellEnd"/>
      <w:r w:rsidRPr="00854450">
        <w:rPr>
          <w:rFonts w:ascii="Aptos" w:hAnsi="Aptos"/>
          <w:lang w:val="nl-NL"/>
        </w:rPr>
        <w:t xml:space="preserve"> </w:t>
      </w:r>
      <w:proofErr w:type="spellStart"/>
      <w:r w:rsidRPr="00854450">
        <w:rPr>
          <w:rFonts w:ascii="Aptos" w:hAnsi="Aptos"/>
          <w:lang w:val="nl-NL"/>
        </w:rPr>
        <w:t>CVs</w:t>
      </w:r>
      <w:proofErr w:type="spellEnd"/>
      <w:r w:rsidRPr="00854450">
        <w:rPr>
          <w:rFonts w:ascii="Aptos" w:hAnsi="Aptos"/>
          <w:lang w:val="nl-NL"/>
        </w:rPr>
        <w:t xml:space="preserve"> </w:t>
      </w:r>
    </w:p>
    <w:p w14:paraId="66E7879B" w14:textId="77777777" w:rsidR="00854450" w:rsidRPr="00854450" w:rsidRDefault="00854450" w:rsidP="00854450">
      <w:pPr>
        <w:numPr>
          <w:ilvl w:val="0"/>
          <w:numId w:val="31"/>
        </w:numPr>
        <w:rPr>
          <w:rFonts w:ascii="Aptos" w:hAnsi="Aptos"/>
          <w:lang w:val="nl-NL"/>
        </w:rPr>
      </w:pPr>
      <w:proofErr w:type="spellStart"/>
      <w:r w:rsidRPr="00854450">
        <w:rPr>
          <w:rFonts w:ascii="Aptos" w:hAnsi="Aptos"/>
          <w:lang w:val="nl-NL"/>
        </w:rPr>
        <w:t>write</w:t>
      </w:r>
      <w:proofErr w:type="spellEnd"/>
      <w:r w:rsidRPr="00854450">
        <w:rPr>
          <w:rFonts w:ascii="Aptos" w:hAnsi="Aptos"/>
          <w:lang w:val="nl-NL"/>
        </w:rPr>
        <w:t xml:space="preserve"> </w:t>
      </w:r>
      <w:proofErr w:type="spellStart"/>
      <w:r w:rsidRPr="00854450">
        <w:rPr>
          <w:rFonts w:ascii="Aptos" w:hAnsi="Aptos"/>
          <w:lang w:val="nl-NL"/>
        </w:rPr>
        <w:t>motivation</w:t>
      </w:r>
      <w:proofErr w:type="spellEnd"/>
      <w:r w:rsidRPr="00854450">
        <w:rPr>
          <w:rFonts w:ascii="Aptos" w:hAnsi="Aptos"/>
          <w:lang w:val="nl-NL"/>
        </w:rPr>
        <w:t xml:space="preserve"> letters </w:t>
      </w:r>
    </w:p>
    <w:p w14:paraId="5B4A26CA" w14:textId="77777777" w:rsidR="00854450" w:rsidRPr="00854450" w:rsidRDefault="00854450" w:rsidP="00854450">
      <w:pPr>
        <w:numPr>
          <w:ilvl w:val="0"/>
          <w:numId w:val="31"/>
        </w:numPr>
        <w:rPr>
          <w:rFonts w:ascii="Aptos" w:hAnsi="Aptos"/>
          <w:lang w:val="nl-NL"/>
        </w:rPr>
      </w:pPr>
      <w:r w:rsidRPr="00854450">
        <w:rPr>
          <w:rFonts w:ascii="Aptos" w:hAnsi="Aptos"/>
          <w:lang w:val="nl-NL"/>
        </w:rPr>
        <w:t xml:space="preserve">present future </w:t>
      </w:r>
      <w:proofErr w:type="spellStart"/>
      <w:r w:rsidRPr="00854450">
        <w:rPr>
          <w:rFonts w:ascii="Aptos" w:hAnsi="Aptos"/>
          <w:lang w:val="nl-NL"/>
        </w:rPr>
        <w:t>plans</w:t>
      </w:r>
      <w:proofErr w:type="spellEnd"/>
      <w:r w:rsidRPr="00854450">
        <w:rPr>
          <w:rFonts w:ascii="Aptos" w:hAnsi="Aptos"/>
          <w:lang w:val="nl-NL"/>
        </w:rPr>
        <w:t xml:space="preserve"> </w:t>
      </w:r>
    </w:p>
    <w:p w14:paraId="46BEF949" w14:textId="77777777" w:rsidR="00854450" w:rsidRPr="00854450" w:rsidRDefault="00854450" w:rsidP="00854450">
      <w:pPr>
        <w:rPr>
          <w:rFonts w:ascii="Aptos" w:hAnsi="Aptos"/>
          <w:lang w:val="nl-NL"/>
        </w:rPr>
      </w:pPr>
      <w:proofErr w:type="spellStart"/>
      <w:r w:rsidRPr="00854450">
        <w:rPr>
          <w:rFonts w:ascii="Aptos" w:hAnsi="Aptos"/>
          <w:b/>
          <w:bCs/>
          <w:lang w:val="nl-NL"/>
        </w:rPr>
        <w:t>Example</w:t>
      </w:r>
      <w:proofErr w:type="spellEnd"/>
      <w:r w:rsidRPr="00854450">
        <w:rPr>
          <w:rFonts w:ascii="Aptos" w:hAnsi="Aptos"/>
          <w:b/>
          <w:bCs/>
          <w:lang w:val="nl-NL"/>
        </w:rPr>
        <w:t xml:space="preserve"> </w:t>
      </w:r>
      <w:proofErr w:type="spellStart"/>
      <w:r w:rsidRPr="00854450">
        <w:rPr>
          <w:rFonts w:ascii="Aptos" w:hAnsi="Aptos"/>
          <w:b/>
          <w:bCs/>
          <w:lang w:val="nl-NL"/>
        </w:rPr>
        <w:t>activities</w:t>
      </w:r>
      <w:proofErr w:type="spellEnd"/>
    </w:p>
    <w:p w14:paraId="276E408F" w14:textId="77777777" w:rsidR="00854450" w:rsidRPr="00854450" w:rsidRDefault="00854450" w:rsidP="00854450">
      <w:pPr>
        <w:numPr>
          <w:ilvl w:val="0"/>
          <w:numId w:val="32"/>
        </w:numPr>
        <w:rPr>
          <w:rFonts w:ascii="Aptos" w:hAnsi="Aptos"/>
          <w:lang w:val="nl-NL"/>
        </w:rPr>
      </w:pPr>
      <w:r w:rsidRPr="00854450">
        <w:rPr>
          <w:rFonts w:ascii="Aptos" w:hAnsi="Aptos"/>
          <w:lang w:val="nl-NL"/>
        </w:rPr>
        <w:t xml:space="preserve">CV </w:t>
      </w:r>
      <w:proofErr w:type="spellStart"/>
      <w:r w:rsidRPr="00854450">
        <w:rPr>
          <w:rFonts w:ascii="Aptos" w:hAnsi="Aptos"/>
          <w:lang w:val="nl-NL"/>
        </w:rPr>
        <w:t>writing</w:t>
      </w:r>
      <w:proofErr w:type="spellEnd"/>
      <w:r w:rsidRPr="00854450">
        <w:rPr>
          <w:rFonts w:ascii="Aptos" w:hAnsi="Aptos"/>
          <w:lang w:val="nl-NL"/>
        </w:rPr>
        <w:t xml:space="preserve"> </w:t>
      </w:r>
    </w:p>
    <w:p w14:paraId="4BAF7C06" w14:textId="77777777" w:rsidR="00854450" w:rsidRPr="00854450" w:rsidRDefault="00854450" w:rsidP="00854450">
      <w:pPr>
        <w:numPr>
          <w:ilvl w:val="0"/>
          <w:numId w:val="32"/>
        </w:numPr>
        <w:rPr>
          <w:rFonts w:ascii="Aptos" w:hAnsi="Aptos"/>
          <w:lang w:val="nl-NL"/>
        </w:rPr>
      </w:pPr>
      <w:proofErr w:type="spellStart"/>
      <w:r w:rsidRPr="00854450">
        <w:rPr>
          <w:rFonts w:ascii="Aptos" w:hAnsi="Aptos"/>
          <w:lang w:val="nl-NL"/>
        </w:rPr>
        <w:t>presentations</w:t>
      </w:r>
      <w:proofErr w:type="spellEnd"/>
      <w:r w:rsidRPr="00854450">
        <w:rPr>
          <w:rFonts w:ascii="Aptos" w:hAnsi="Aptos"/>
          <w:lang w:val="nl-NL"/>
        </w:rPr>
        <w:t xml:space="preserve"> </w:t>
      </w:r>
    </w:p>
    <w:p w14:paraId="2635D65C" w14:textId="77777777" w:rsidR="00854450" w:rsidRPr="00854450" w:rsidRDefault="00854450" w:rsidP="00854450">
      <w:pPr>
        <w:numPr>
          <w:ilvl w:val="0"/>
          <w:numId w:val="32"/>
        </w:numPr>
        <w:rPr>
          <w:rFonts w:ascii="Aptos" w:hAnsi="Aptos"/>
          <w:lang w:val="nl-NL"/>
        </w:rPr>
      </w:pPr>
      <w:proofErr w:type="spellStart"/>
      <w:r w:rsidRPr="00854450">
        <w:rPr>
          <w:rFonts w:ascii="Aptos" w:hAnsi="Aptos"/>
          <w:lang w:val="nl-NL"/>
        </w:rPr>
        <w:t>career</w:t>
      </w:r>
      <w:proofErr w:type="spellEnd"/>
      <w:r w:rsidRPr="00854450">
        <w:rPr>
          <w:rFonts w:ascii="Aptos" w:hAnsi="Aptos"/>
          <w:lang w:val="nl-NL"/>
        </w:rPr>
        <w:t xml:space="preserve"> planning </w:t>
      </w:r>
    </w:p>
    <w:p w14:paraId="7A6D5BA3" w14:textId="77777777" w:rsidR="00854450" w:rsidRPr="00854450" w:rsidRDefault="00854450" w:rsidP="00854450">
      <w:pPr>
        <w:numPr>
          <w:ilvl w:val="0"/>
          <w:numId w:val="32"/>
        </w:numPr>
        <w:rPr>
          <w:rFonts w:ascii="Aptos" w:hAnsi="Aptos"/>
          <w:lang w:val="nl-NL"/>
        </w:rPr>
      </w:pPr>
      <w:r w:rsidRPr="00854450">
        <w:rPr>
          <w:rFonts w:ascii="Aptos" w:hAnsi="Aptos"/>
          <w:lang w:val="nl-NL"/>
        </w:rPr>
        <w:t xml:space="preserve">interviews </w:t>
      </w:r>
    </w:p>
    <w:p w14:paraId="506182B6" w14:textId="77777777" w:rsidR="00854450" w:rsidRPr="00854450" w:rsidRDefault="00854450" w:rsidP="00854450">
      <w:pPr>
        <w:rPr>
          <w:rFonts w:ascii="Aptos" w:hAnsi="Aptos"/>
          <w:lang w:val="nl-NL"/>
        </w:rPr>
      </w:pPr>
      <w:r w:rsidRPr="00854450">
        <w:rPr>
          <w:rFonts w:ascii="Segoe UI Symbol" w:hAnsi="Segoe UI Symbol" w:cs="Segoe UI Symbol"/>
          <w:lang w:val="nl-NL"/>
        </w:rPr>
        <w:t>➡</w:t>
      </w:r>
      <w:r w:rsidRPr="00854450">
        <w:rPr>
          <w:rFonts w:ascii="Aptos" w:hAnsi="Aptos"/>
          <w:lang w:val="nl-NL"/>
        </w:rPr>
        <w:t xml:space="preserve"> See </w:t>
      </w:r>
      <w:proofErr w:type="spellStart"/>
      <w:r w:rsidRPr="00854450">
        <w:rPr>
          <w:rFonts w:ascii="Aptos" w:hAnsi="Aptos"/>
          <w:lang w:val="nl-NL"/>
        </w:rPr>
        <w:t>Lesson</w:t>
      </w:r>
      <w:proofErr w:type="spellEnd"/>
      <w:r w:rsidRPr="00854450">
        <w:rPr>
          <w:rFonts w:ascii="Aptos" w:hAnsi="Aptos"/>
          <w:lang w:val="nl-NL"/>
        </w:rPr>
        <w:t xml:space="preserve"> Plan </w:t>
      </w:r>
      <w:proofErr w:type="spellStart"/>
      <w:r w:rsidRPr="00854450">
        <w:rPr>
          <w:rFonts w:ascii="Aptos" w:hAnsi="Aptos"/>
          <w:lang w:val="nl-NL"/>
        </w:rPr>
        <w:t>Example</w:t>
      </w:r>
      <w:proofErr w:type="spellEnd"/>
      <w:r w:rsidRPr="00854450">
        <w:rPr>
          <w:rFonts w:ascii="Aptos" w:hAnsi="Aptos"/>
          <w:lang w:val="nl-NL"/>
        </w:rPr>
        <w:t xml:space="preserve"> 3 in </w:t>
      </w:r>
      <w:proofErr w:type="spellStart"/>
      <w:r w:rsidRPr="00854450">
        <w:rPr>
          <w:rFonts w:ascii="Aptos" w:hAnsi="Aptos"/>
          <w:lang w:val="nl-NL"/>
        </w:rPr>
        <w:t>the</w:t>
      </w:r>
      <w:proofErr w:type="spellEnd"/>
      <w:r w:rsidRPr="00854450">
        <w:rPr>
          <w:rFonts w:ascii="Aptos" w:hAnsi="Aptos"/>
          <w:lang w:val="nl-NL"/>
        </w:rPr>
        <w:t xml:space="preserve"> ALP Manual. </w:t>
      </w:r>
    </w:p>
    <w:p w14:paraId="1ECC5E10" w14:textId="77777777" w:rsidR="00854450" w:rsidRPr="00854450" w:rsidRDefault="00854450" w:rsidP="00854450">
      <w:pPr>
        <w:rPr>
          <w:rFonts w:ascii="Aptos" w:hAnsi="Aptos"/>
        </w:rPr>
      </w:pPr>
    </w:p>
    <w:sectPr w:rsidR="00854450" w:rsidRPr="00854450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D67755" w14:textId="77777777" w:rsidR="00E8711B" w:rsidRDefault="00E8711B" w:rsidP="00B325EF">
      <w:pPr>
        <w:spacing w:after="0" w:line="240" w:lineRule="auto"/>
      </w:pPr>
      <w:r>
        <w:separator/>
      </w:r>
    </w:p>
  </w:endnote>
  <w:endnote w:type="continuationSeparator" w:id="0">
    <w:p w14:paraId="0D73F247" w14:textId="77777777" w:rsidR="00E8711B" w:rsidRDefault="00E8711B" w:rsidP="00B32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675F4" w14:textId="77777777" w:rsidR="00E8711B" w:rsidRDefault="00E8711B" w:rsidP="00B325EF">
      <w:pPr>
        <w:spacing w:after="0" w:line="240" w:lineRule="auto"/>
      </w:pPr>
      <w:r>
        <w:separator/>
      </w:r>
    </w:p>
  </w:footnote>
  <w:footnote w:type="continuationSeparator" w:id="0">
    <w:p w14:paraId="665D8ABC" w14:textId="77777777" w:rsidR="00E8711B" w:rsidRDefault="00E8711B" w:rsidP="00B325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180A3" w14:textId="77777777" w:rsidR="00B325EF" w:rsidRDefault="00B325EF" w:rsidP="00B325EF">
    <w:pPr>
      <w:pStyle w:val="Koptekst"/>
    </w:pPr>
    <w:r w:rsidRPr="001C7088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B2F6652" wp14:editId="44753154">
              <wp:simplePos x="0" y="0"/>
              <wp:positionH relativeFrom="page">
                <wp:posOffset>0</wp:posOffset>
              </wp:positionH>
              <wp:positionV relativeFrom="paragraph">
                <wp:posOffset>-449580</wp:posOffset>
              </wp:positionV>
              <wp:extent cx="7767320" cy="2141220"/>
              <wp:effectExtent l="0" t="0" r="5080" b="0"/>
              <wp:wrapNone/>
              <wp:docPr id="828311949" name="Freef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7767320" cy="21412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061467" h="3318440">
                            <a:moveTo>
                              <a:pt x="0" y="0"/>
                            </a:moveTo>
                            <a:lnTo>
                              <a:pt x="11061467" y="0"/>
                            </a:lnTo>
                            <a:lnTo>
                              <a:pt x="11061467" y="3318440"/>
                            </a:lnTo>
                            <a:lnTo>
                              <a:pt x="0" y="33184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DE43710" id="Freeform 5" o:spid="_x0000_s1026" style="position:absolute;margin-left:0;margin-top:-35.4pt;width:611.6pt;height:168.6pt;rotation:180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11061467,331844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" path="m,l11061467,r,3318440l,3318440,,xe" stroked="f">
              <v:fill r:id="rId3" o:title="" recolor="t" rotate="t" type="frame"/>
              <v:path arrowok="t"/>
              <w10:wrap anchorx="page"/>
            </v:shape>
          </w:pict>
        </mc:Fallback>
      </mc:AlternateContent>
    </w:r>
    <w:r w:rsidRPr="00D033B3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EF23FAD" wp14:editId="0E81B9BA">
              <wp:simplePos x="0" y="0"/>
              <wp:positionH relativeFrom="margin">
                <wp:align>right</wp:align>
              </wp:positionH>
              <wp:positionV relativeFrom="paragraph">
                <wp:posOffset>1905</wp:posOffset>
              </wp:positionV>
              <wp:extent cx="1684655" cy="457200"/>
              <wp:effectExtent l="0" t="0" r="0" b="0"/>
              <wp:wrapNone/>
              <wp:docPr id="1234306307" name="Freeform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1684655" cy="4572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368139" h="913608">
                            <a:moveTo>
                              <a:pt x="0" y="0"/>
                            </a:moveTo>
                            <a:lnTo>
                              <a:pt x="3368139" y="0"/>
                            </a:lnTo>
                            <a:lnTo>
                              <a:pt x="3368139" y="913608"/>
                            </a:lnTo>
                            <a:lnTo>
                              <a:pt x="0" y="913608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4"/>
                        <a:stretch>
                          <a:fillRect/>
                        </a:stretch>
                      </a:blipFill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7F96DF" id="Freeform 7" o:spid="_x0000_s1026" style="position:absolute;margin-left:81.45pt;margin-top:.15pt;width:132.65pt;height:36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coordsize="3368139,9136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" path="m,l3368139,r,913608l,913608,,xe" stroked="f">
              <v:fill r:id="rId5" o:title="" recolor="t" rotate="t" type="frame"/>
              <v:path arrowok="t"/>
              <o:lock v:ext="edit" aspectratio="t"/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inline distT="0" distB="0" distL="0" distR="0" wp14:anchorId="21BEBAF0" wp14:editId="2D163CAA">
              <wp:extent cx="2854325" cy="863600"/>
              <wp:effectExtent l="0" t="0" r="0" b="0"/>
              <wp:docPr id="785321558" name="Freeform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2854325" cy="8636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10442" h="1727409">
                            <a:moveTo>
                              <a:pt x="0" y="0"/>
                            </a:moveTo>
                            <a:lnTo>
                              <a:pt x="5710442" y="0"/>
                            </a:lnTo>
                            <a:lnTo>
                              <a:pt x="5710442" y="1727409"/>
                            </a:lnTo>
                            <a:lnTo>
                              <a:pt x="0" y="172740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6"/>
                        <a:stretch>
                          <a:fillRect/>
                        </a:stretch>
                      </a:blipFill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shape w14:anchorId="2C22124C" id="Freeform 6" o:spid="_x0000_s1026" style="width:224.75pt;height:6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710442,17274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" path="m,l5710442,r,1727409l,1727409,,xe" stroked="f">
              <v:fill r:id="rId7" o:title="" recolor="t" rotate="t" type="frame"/>
              <v:path arrowok="t"/>
              <o:lock v:ext="edit" aspectratio="t"/>
              <w10:anchorlock/>
            </v:shape>
          </w:pict>
        </mc:Fallback>
      </mc:AlternateContent>
    </w:r>
  </w:p>
  <w:p w14:paraId="2750B812" w14:textId="77777777" w:rsidR="00B325EF" w:rsidRDefault="00B325EF" w:rsidP="00B325EF">
    <w:pPr>
      <w:pStyle w:val="Koptekst"/>
    </w:pPr>
  </w:p>
  <w:p w14:paraId="5EB24F9F" w14:textId="77777777" w:rsidR="00B325EF" w:rsidRDefault="00B325EF" w:rsidP="00B325EF">
    <w:pPr>
      <w:pStyle w:val="Koptekst"/>
    </w:pPr>
  </w:p>
  <w:p w14:paraId="79A572BB" w14:textId="77777777" w:rsidR="00B325EF" w:rsidRDefault="00B325EF" w:rsidP="00B325EF">
    <w:pPr>
      <w:pStyle w:val="Koptekst"/>
      <w:tabs>
        <w:tab w:val="left" w:pos="2160"/>
      </w:tabs>
    </w:pPr>
    <w:r>
      <w:tab/>
    </w:r>
  </w:p>
  <w:p w14:paraId="31890F0B" w14:textId="77777777" w:rsidR="00B325EF" w:rsidRDefault="00B325E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22567FD"/>
    <w:multiLevelType w:val="multilevel"/>
    <w:tmpl w:val="494C5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44B59D4"/>
    <w:multiLevelType w:val="multilevel"/>
    <w:tmpl w:val="C07E4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A6E48F9"/>
    <w:multiLevelType w:val="multilevel"/>
    <w:tmpl w:val="6226E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C246C39"/>
    <w:multiLevelType w:val="multilevel"/>
    <w:tmpl w:val="055C0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08E4A6D"/>
    <w:multiLevelType w:val="multilevel"/>
    <w:tmpl w:val="F522B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52C6B06"/>
    <w:multiLevelType w:val="multilevel"/>
    <w:tmpl w:val="353A3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6C03AE3"/>
    <w:multiLevelType w:val="multilevel"/>
    <w:tmpl w:val="D2C09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0A722EC"/>
    <w:multiLevelType w:val="multilevel"/>
    <w:tmpl w:val="00541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782E28"/>
    <w:multiLevelType w:val="multilevel"/>
    <w:tmpl w:val="E5266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9D5330F"/>
    <w:multiLevelType w:val="multilevel"/>
    <w:tmpl w:val="0A42C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A9B731C"/>
    <w:multiLevelType w:val="multilevel"/>
    <w:tmpl w:val="8AD0F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B17643C"/>
    <w:multiLevelType w:val="multilevel"/>
    <w:tmpl w:val="4C1EA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E2B097A"/>
    <w:multiLevelType w:val="multilevel"/>
    <w:tmpl w:val="7B82C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CB25C7C"/>
    <w:multiLevelType w:val="multilevel"/>
    <w:tmpl w:val="8E328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FAD46F0"/>
    <w:multiLevelType w:val="multilevel"/>
    <w:tmpl w:val="36887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3410F3B"/>
    <w:multiLevelType w:val="multilevel"/>
    <w:tmpl w:val="0F14F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3480F19"/>
    <w:multiLevelType w:val="multilevel"/>
    <w:tmpl w:val="EAF8F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3A66F05"/>
    <w:multiLevelType w:val="multilevel"/>
    <w:tmpl w:val="A5202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3EE396B"/>
    <w:multiLevelType w:val="multilevel"/>
    <w:tmpl w:val="F864D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4CE643D"/>
    <w:multiLevelType w:val="multilevel"/>
    <w:tmpl w:val="87EE4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7833B32"/>
    <w:multiLevelType w:val="multilevel"/>
    <w:tmpl w:val="5B80C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CFA5E14"/>
    <w:multiLevelType w:val="multilevel"/>
    <w:tmpl w:val="D98C6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E7F2875"/>
    <w:multiLevelType w:val="multilevel"/>
    <w:tmpl w:val="91DE7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879891">
    <w:abstractNumId w:val="8"/>
  </w:num>
  <w:num w:numId="2" w16cid:durableId="656032599">
    <w:abstractNumId w:val="6"/>
  </w:num>
  <w:num w:numId="3" w16cid:durableId="1932934108">
    <w:abstractNumId w:val="5"/>
  </w:num>
  <w:num w:numId="4" w16cid:durableId="1791632678">
    <w:abstractNumId w:val="4"/>
  </w:num>
  <w:num w:numId="5" w16cid:durableId="1105032745">
    <w:abstractNumId w:val="7"/>
  </w:num>
  <w:num w:numId="6" w16cid:durableId="2005860886">
    <w:abstractNumId w:val="3"/>
  </w:num>
  <w:num w:numId="7" w16cid:durableId="1620606098">
    <w:abstractNumId w:val="2"/>
  </w:num>
  <w:num w:numId="8" w16cid:durableId="216169716">
    <w:abstractNumId w:val="1"/>
  </w:num>
  <w:num w:numId="9" w16cid:durableId="795681588">
    <w:abstractNumId w:val="0"/>
  </w:num>
  <w:num w:numId="10" w16cid:durableId="56443606">
    <w:abstractNumId w:val="25"/>
  </w:num>
  <w:num w:numId="11" w16cid:durableId="1810005102">
    <w:abstractNumId w:val="27"/>
  </w:num>
  <w:num w:numId="12" w16cid:durableId="512770296">
    <w:abstractNumId w:val="23"/>
  </w:num>
  <w:num w:numId="13" w16cid:durableId="1583755110">
    <w:abstractNumId w:val="15"/>
  </w:num>
  <w:num w:numId="14" w16cid:durableId="839199382">
    <w:abstractNumId w:val="11"/>
  </w:num>
  <w:num w:numId="15" w16cid:durableId="1063406865">
    <w:abstractNumId w:val="31"/>
  </w:num>
  <w:num w:numId="16" w16cid:durableId="1910652239">
    <w:abstractNumId w:val="22"/>
  </w:num>
  <w:num w:numId="17" w16cid:durableId="1281110994">
    <w:abstractNumId w:val="16"/>
  </w:num>
  <w:num w:numId="18" w16cid:durableId="1195189763">
    <w:abstractNumId w:val="18"/>
  </w:num>
  <w:num w:numId="19" w16cid:durableId="1008288885">
    <w:abstractNumId w:val="12"/>
  </w:num>
  <w:num w:numId="20" w16cid:durableId="1389648426">
    <w:abstractNumId w:val="9"/>
  </w:num>
  <w:num w:numId="21" w16cid:durableId="1334409422">
    <w:abstractNumId w:val="10"/>
  </w:num>
  <w:num w:numId="22" w16cid:durableId="203754882">
    <w:abstractNumId w:val="21"/>
  </w:num>
  <w:num w:numId="23" w16cid:durableId="1148086479">
    <w:abstractNumId w:val="24"/>
  </w:num>
  <w:num w:numId="24" w16cid:durableId="1039822653">
    <w:abstractNumId w:val="26"/>
  </w:num>
  <w:num w:numId="25" w16cid:durableId="2143111192">
    <w:abstractNumId w:val="17"/>
  </w:num>
  <w:num w:numId="26" w16cid:durableId="2127431691">
    <w:abstractNumId w:val="13"/>
  </w:num>
  <w:num w:numId="27" w16cid:durableId="1771197041">
    <w:abstractNumId w:val="20"/>
  </w:num>
  <w:num w:numId="28" w16cid:durableId="1646087204">
    <w:abstractNumId w:val="30"/>
  </w:num>
  <w:num w:numId="29" w16cid:durableId="1548640979">
    <w:abstractNumId w:val="19"/>
  </w:num>
  <w:num w:numId="30" w16cid:durableId="362168220">
    <w:abstractNumId w:val="14"/>
  </w:num>
  <w:num w:numId="31" w16cid:durableId="865413058">
    <w:abstractNumId w:val="28"/>
  </w:num>
  <w:num w:numId="32" w16cid:durableId="132396622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2FC3"/>
    <w:rsid w:val="0006063C"/>
    <w:rsid w:val="00067BE9"/>
    <w:rsid w:val="000E325D"/>
    <w:rsid w:val="000E72F9"/>
    <w:rsid w:val="00114AB6"/>
    <w:rsid w:val="00121E9D"/>
    <w:rsid w:val="0015074B"/>
    <w:rsid w:val="001A6BD2"/>
    <w:rsid w:val="001D3570"/>
    <w:rsid w:val="001E5916"/>
    <w:rsid w:val="002241D6"/>
    <w:rsid w:val="0025623B"/>
    <w:rsid w:val="0029639D"/>
    <w:rsid w:val="002B5351"/>
    <w:rsid w:val="00326F90"/>
    <w:rsid w:val="0033394F"/>
    <w:rsid w:val="003D1AE4"/>
    <w:rsid w:val="00554DED"/>
    <w:rsid w:val="0058216A"/>
    <w:rsid w:val="005908EB"/>
    <w:rsid w:val="005E7EE9"/>
    <w:rsid w:val="00633922"/>
    <w:rsid w:val="006805CF"/>
    <w:rsid w:val="0069563B"/>
    <w:rsid w:val="006C5817"/>
    <w:rsid w:val="006E0A3C"/>
    <w:rsid w:val="006F24D6"/>
    <w:rsid w:val="0072059F"/>
    <w:rsid w:val="00793051"/>
    <w:rsid w:val="007B68BD"/>
    <w:rsid w:val="007C75D3"/>
    <w:rsid w:val="00827A2A"/>
    <w:rsid w:val="00854450"/>
    <w:rsid w:val="0088488E"/>
    <w:rsid w:val="008C67FE"/>
    <w:rsid w:val="00916F35"/>
    <w:rsid w:val="00931733"/>
    <w:rsid w:val="009901B0"/>
    <w:rsid w:val="00A63C03"/>
    <w:rsid w:val="00A87E8E"/>
    <w:rsid w:val="00A920BA"/>
    <w:rsid w:val="00AA1D8D"/>
    <w:rsid w:val="00AB04CD"/>
    <w:rsid w:val="00AB2855"/>
    <w:rsid w:val="00B325EF"/>
    <w:rsid w:val="00B47730"/>
    <w:rsid w:val="00B7089E"/>
    <w:rsid w:val="00BA2843"/>
    <w:rsid w:val="00BC6764"/>
    <w:rsid w:val="00BD0555"/>
    <w:rsid w:val="00BF0478"/>
    <w:rsid w:val="00BF25E4"/>
    <w:rsid w:val="00CB0664"/>
    <w:rsid w:val="00CC7A2D"/>
    <w:rsid w:val="00D64664"/>
    <w:rsid w:val="00D87606"/>
    <w:rsid w:val="00DA451B"/>
    <w:rsid w:val="00DA7196"/>
    <w:rsid w:val="00DB5F78"/>
    <w:rsid w:val="00E449CF"/>
    <w:rsid w:val="00E74FD7"/>
    <w:rsid w:val="00E777D7"/>
    <w:rsid w:val="00E8711B"/>
    <w:rsid w:val="00E9145E"/>
    <w:rsid w:val="00ED3212"/>
    <w:rsid w:val="00ED72FF"/>
    <w:rsid w:val="00EE326B"/>
    <w:rsid w:val="00EF4237"/>
    <w:rsid w:val="00FB5B41"/>
    <w:rsid w:val="00FC1DB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3F1834"/>
  <w14:defaultImageDpi w14:val="300"/>
  <w15:docId w15:val="{250FB677-743D-45EF-992C-68211B9BE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kstopmerking">
    <w:name w:val="annotation text"/>
    <w:basedOn w:val="Standaard"/>
    <w:link w:val="TekstopmerkingChar"/>
    <w:uiPriority w:val="99"/>
    <w:unhideWhenUsed/>
    <w:rsid w:val="00DA719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A7196"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449CF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970a334-86b6-4444-8814-8e9d0e7c5bdc}" enabled="1" method="Standard" siteId="{1fd9250c-aad6-4af6-8690-29a2f266d4a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234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Birgit Broekhoven</cp:lastModifiedBy>
  <cp:revision>4</cp:revision>
  <cp:lastPrinted>2026-02-05T12:14:00Z</cp:lastPrinted>
  <dcterms:created xsi:type="dcterms:W3CDTF">2026-07-20T11:43:00Z</dcterms:created>
  <dcterms:modified xsi:type="dcterms:W3CDTF">2026-07-20T11:46:00Z</dcterms:modified>
  <cp:category/>
</cp:coreProperties>
</file>