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4B66" w14:textId="77777777" w:rsidR="00654E4F" w:rsidRPr="00E012D2" w:rsidRDefault="00654E4F" w:rsidP="00E012D2">
      <w:pPr>
        <w:rPr>
          <w:rFonts w:ascii="Aptos" w:hAnsi="Aptos"/>
        </w:rPr>
      </w:pPr>
    </w:p>
    <w:p w14:paraId="45F29C70" w14:textId="77777777" w:rsidR="00E012D2" w:rsidRPr="00E012D2" w:rsidRDefault="00E012D2" w:rsidP="00E012D2">
      <w:pPr>
        <w:rPr>
          <w:rFonts w:ascii="Aptos" w:hAnsi="Aptos"/>
        </w:rPr>
      </w:pPr>
    </w:p>
    <w:p w14:paraId="6F7A24DC" w14:textId="77777777" w:rsidR="00E012D2" w:rsidRPr="00E012D2" w:rsidRDefault="00E012D2" w:rsidP="00E012D2">
      <w:pPr>
        <w:rPr>
          <w:rFonts w:ascii="Aptos" w:hAnsi="Aptos"/>
          <w:b/>
          <w:bCs/>
          <w:sz w:val="28"/>
          <w:szCs w:val="28"/>
          <w:lang w:val="nl-NL"/>
        </w:rPr>
      </w:pPr>
      <w:r w:rsidRPr="00E012D2">
        <w:rPr>
          <w:rFonts w:ascii="Aptos" w:hAnsi="Aptos"/>
          <w:b/>
          <w:bCs/>
          <w:sz w:val="28"/>
          <w:szCs w:val="28"/>
          <w:lang w:val="nl-NL"/>
        </w:rPr>
        <w:t xml:space="preserve">Classroom </w:t>
      </w:r>
      <w:proofErr w:type="spellStart"/>
      <w:r w:rsidRPr="00E012D2">
        <w:rPr>
          <w:rFonts w:ascii="Aptos" w:hAnsi="Aptos"/>
          <w:b/>
          <w:bCs/>
          <w:sz w:val="28"/>
          <w:szCs w:val="28"/>
          <w:lang w:val="nl-NL"/>
        </w:rPr>
        <w:t>Activities</w:t>
      </w:r>
      <w:proofErr w:type="spellEnd"/>
    </w:p>
    <w:p w14:paraId="3BE50109" w14:textId="77777777" w:rsidR="00E012D2" w:rsidRPr="00E012D2" w:rsidRDefault="00E012D2" w:rsidP="00E012D2">
      <w:pPr>
        <w:rPr>
          <w:rFonts w:ascii="Aptos" w:hAnsi="Aptos"/>
          <w:b/>
          <w:bCs/>
          <w:lang w:val="nl-NL"/>
        </w:rPr>
      </w:pPr>
      <w:r w:rsidRPr="00E012D2">
        <w:rPr>
          <w:rFonts w:ascii="Aptos" w:hAnsi="Aptos"/>
          <w:b/>
          <w:bCs/>
          <w:lang w:val="nl-NL"/>
        </w:rPr>
        <w:t xml:space="preserve">Practical </w:t>
      </w:r>
      <w:proofErr w:type="spellStart"/>
      <w:r w:rsidRPr="00E012D2">
        <w:rPr>
          <w:rFonts w:ascii="Aptos" w:hAnsi="Aptos"/>
          <w:b/>
          <w:bCs/>
          <w:lang w:val="nl-NL"/>
        </w:rPr>
        <w:t>Activities</w:t>
      </w:r>
      <w:proofErr w:type="spellEnd"/>
      <w:r w:rsidRPr="00E012D2">
        <w:rPr>
          <w:rFonts w:ascii="Aptos" w:hAnsi="Aptos"/>
          <w:b/>
          <w:bCs/>
          <w:lang w:val="nl-NL"/>
        </w:rPr>
        <w:t xml:space="preserve"> </w:t>
      </w:r>
      <w:proofErr w:type="spellStart"/>
      <w:r w:rsidRPr="00E012D2">
        <w:rPr>
          <w:rFonts w:ascii="Aptos" w:hAnsi="Aptos"/>
          <w:b/>
          <w:bCs/>
          <w:lang w:val="nl-NL"/>
        </w:rPr>
        <w:t>for</w:t>
      </w:r>
      <w:proofErr w:type="spellEnd"/>
      <w:r w:rsidRPr="00E012D2">
        <w:rPr>
          <w:rFonts w:ascii="Aptos" w:hAnsi="Aptos"/>
          <w:b/>
          <w:bCs/>
          <w:lang w:val="nl-NL"/>
        </w:rPr>
        <w:t xml:space="preserve"> Teaching </w:t>
      </w:r>
      <w:proofErr w:type="spellStart"/>
      <w:r w:rsidRPr="00E012D2">
        <w:rPr>
          <w:rFonts w:ascii="Aptos" w:hAnsi="Aptos"/>
          <w:b/>
          <w:bCs/>
          <w:lang w:val="nl-NL"/>
        </w:rPr>
        <w:t>Academic</w:t>
      </w:r>
      <w:proofErr w:type="spellEnd"/>
      <w:r w:rsidRPr="00E012D2">
        <w:rPr>
          <w:rFonts w:ascii="Aptos" w:hAnsi="Aptos"/>
          <w:b/>
          <w:bCs/>
          <w:lang w:val="nl-NL"/>
        </w:rPr>
        <w:t xml:space="preserve"> Language</w:t>
      </w:r>
    </w:p>
    <w:p w14:paraId="5B658C83" w14:textId="77777777" w:rsidR="00E012D2" w:rsidRPr="00E012D2" w:rsidRDefault="00E012D2" w:rsidP="00E012D2">
      <w:pPr>
        <w:rPr>
          <w:rFonts w:ascii="Aptos" w:hAnsi="Aptos"/>
          <w:lang w:val="nl-NL"/>
        </w:rPr>
      </w:pPr>
      <w:proofErr w:type="spellStart"/>
      <w:r w:rsidRPr="00E012D2">
        <w:rPr>
          <w:rFonts w:ascii="Aptos" w:hAnsi="Aptos"/>
          <w:lang w:val="nl-NL"/>
        </w:rPr>
        <w:t>One</w:t>
      </w:r>
      <w:proofErr w:type="spellEnd"/>
      <w:r w:rsidRPr="00E012D2">
        <w:rPr>
          <w:rFonts w:ascii="Aptos" w:hAnsi="Aptos"/>
          <w:lang w:val="nl-NL"/>
        </w:rPr>
        <w:t xml:space="preserve"> of </w:t>
      </w:r>
      <w:proofErr w:type="spellStart"/>
      <w:r w:rsidRPr="00E012D2">
        <w:rPr>
          <w:rFonts w:ascii="Aptos" w:hAnsi="Aptos"/>
          <w:lang w:val="nl-NL"/>
        </w:rPr>
        <w:t>the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strengths</w:t>
      </w:r>
      <w:proofErr w:type="spellEnd"/>
      <w:r w:rsidRPr="00E012D2">
        <w:rPr>
          <w:rFonts w:ascii="Aptos" w:hAnsi="Aptos"/>
          <w:lang w:val="nl-NL"/>
        </w:rPr>
        <w:t xml:space="preserve"> of </w:t>
      </w:r>
      <w:proofErr w:type="spellStart"/>
      <w:r w:rsidRPr="00E012D2">
        <w:rPr>
          <w:rFonts w:ascii="Aptos" w:hAnsi="Aptos"/>
          <w:lang w:val="nl-NL"/>
        </w:rPr>
        <w:t>the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Academic</w:t>
      </w:r>
      <w:proofErr w:type="spellEnd"/>
      <w:r w:rsidRPr="00E012D2">
        <w:rPr>
          <w:rFonts w:ascii="Aptos" w:hAnsi="Aptos"/>
          <w:lang w:val="nl-NL"/>
        </w:rPr>
        <w:t xml:space="preserve"> Language </w:t>
      </w:r>
      <w:proofErr w:type="spellStart"/>
      <w:r w:rsidRPr="00E012D2">
        <w:rPr>
          <w:rFonts w:ascii="Aptos" w:hAnsi="Aptos"/>
          <w:lang w:val="nl-NL"/>
        </w:rPr>
        <w:t>Programme</w:t>
      </w:r>
      <w:proofErr w:type="spellEnd"/>
      <w:r w:rsidRPr="00E012D2">
        <w:rPr>
          <w:rFonts w:ascii="Aptos" w:hAnsi="Aptos"/>
          <w:lang w:val="nl-NL"/>
        </w:rPr>
        <w:t xml:space="preserve"> is </w:t>
      </w:r>
      <w:proofErr w:type="spellStart"/>
      <w:r w:rsidRPr="00E012D2">
        <w:rPr>
          <w:rFonts w:ascii="Aptos" w:hAnsi="Aptos"/>
          <w:lang w:val="nl-NL"/>
        </w:rPr>
        <w:t>that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academic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vocabulary</w:t>
      </w:r>
      <w:proofErr w:type="spellEnd"/>
      <w:r w:rsidRPr="00E012D2">
        <w:rPr>
          <w:rFonts w:ascii="Aptos" w:hAnsi="Aptos"/>
          <w:lang w:val="nl-NL"/>
        </w:rPr>
        <w:t xml:space="preserve"> is </w:t>
      </w:r>
      <w:proofErr w:type="spellStart"/>
      <w:r w:rsidRPr="00E012D2">
        <w:rPr>
          <w:rFonts w:ascii="Aptos" w:hAnsi="Aptos"/>
          <w:lang w:val="nl-NL"/>
        </w:rPr>
        <w:t>not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taught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through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memorisation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alone</w:t>
      </w:r>
      <w:proofErr w:type="spellEnd"/>
      <w:r w:rsidRPr="00E012D2">
        <w:rPr>
          <w:rFonts w:ascii="Aptos" w:hAnsi="Aptos"/>
          <w:lang w:val="nl-NL"/>
        </w:rPr>
        <w:t xml:space="preserve">. </w:t>
      </w:r>
      <w:proofErr w:type="spellStart"/>
      <w:r w:rsidRPr="00E012D2">
        <w:rPr>
          <w:rFonts w:ascii="Aptos" w:hAnsi="Aptos"/>
          <w:lang w:val="nl-NL"/>
        </w:rPr>
        <w:t>Students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learn</w:t>
      </w:r>
      <w:proofErr w:type="spellEnd"/>
      <w:r w:rsidRPr="00E012D2">
        <w:rPr>
          <w:rFonts w:ascii="Aptos" w:hAnsi="Aptos"/>
          <w:lang w:val="nl-NL"/>
        </w:rPr>
        <w:t xml:space="preserve"> new </w:t>
      </w:r>
      <w:proofErr w:type="spellStart"/>
      <w:r w:rsidRPr="00E012D2">
        <w:rPr>
          <w:rFonts w:ascii="Aptos" w:hAnsi="Aptos"/>
          <w:lang w:val="nl-NL"/>
        </w:rPr>
        <w:t>words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by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actively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using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them</w:t>
      </w:r>
      <w:proofErr w:type="spellEnd"/>
      <w:r w:rsidRPr="00E012D2">
        <w:rPr>
          <w:rFonts w:ascii="Aptos" w:hAnsi="Aptos"/>
          <w:lang w:val="nl-NL"/>
        </w:rPr>
        <w:t xml:space="preserve"> in </w:t>
      </w:r>
      <w:proofErr w:type="spellStart"/>
      <w:r w:rsidRPr="00E012D2">
        <w:rPr>
          <w:rFonts w:ascii="Aptos" w:hAnsi="Aptos"/>
          <w:lang w:val="nl-NL"/>
        </w:rPr>
        <w:t>meaningful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contexts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through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discussion</w:t>
      </w:r>
      <w:proofErr w:type="spellEnd"/>
      <w:r w:rsidRPr="00E012D2">
        <w:rPr>
          <w:rFonts w:ascii="Aptos" w:hAnsi="Aptos"/>
          <w:lang w:val="nl-NL"/>
        </w:rPr>
        <w:t xml:space="preserve">, </w:t>
      </w:r>
      <w:proofErr w:type="spellStart"/>
      <w:r w:rsidRPr="00E012D2">
        <w:rPr>
          <w:rFonts w:ascii="Aptos" w:hAnsi="Aptos"/>
          <w:lang w:val="nl-NL"/>
        </w:rPr>
        <w:t>collaboration</w:t>
      </w:r>
      <w:proofErr w:type="spellEnd"/>
      <w:r w:rsidRPr="00E012D2">
        <w:rPr>
          <w:rFonts w:ascii="Aptos" w:hAnsi="Aptos"/>
          <w:lang w:val="nl-NL"/>
        </w:rPr>
        <w:t xml:space="preserve">, reading, </w:t>
      </w:r>
      <w:proofErr w:type="spellStart"/>
      <w:r w:rsidRPr="00E012D2">
        <w:rPr>
          <w:rFonts w:ascii="Aptos" w:hAnsi="Aptos"/>
          <w:lang w:val="nl-NL"/>
        </w:rPr>
        <w:t>writing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and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creative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tasks</w:t>
      </w:r>
      <w:proofErr w:type="spellEnd"/>
      <w:r w:rsidRPr="00E012D2">
        <w:rPr>
          <w:rFonts w:ascii="Aptos" w:hAnsi="Aptos"/>
          <w:lang w:val="nl-NL"/>
        </w:rPr>
        <w:t>.</w:t>
      </w:r>
    </w:p>
    <w:p w14:paraId="61CC5A0D" w14:textId="77777777" w:rsidR="00E012D2" w:rsidRPr="00E026F7" w:rsidRDefault="00E012D2" w:rsidP="00E012D2">
      <w:pPr>
        <w:rPr>
          <w:rFonts w:ascii="Aptos" w:hAnsi="Aptos"/>
          <w:lang w:val="nl-NL"/>
        </w:rPr>
      </w:pPr>
      <w:r w:rsidRPr="00E012D2">
        <w:rPr>
          <w:rFonts w:ascii="Aptos" w:hAnsi="Aptos"/>
          <w:lang w:val="nl-NL"/>
        </w:rPr>
        <w:t xml:space="preserve">The </w:t>
      </w:r>
      <w:proofErr w:type="spellStart"/>
      <w:r w:rsidRPr="00E012D2">
        <w:rPr>
          <w:rFonts w:ascii="Aptos" w:hAnsi="Aptos"/>
          <w:lang w:val="nl-NL"/>
        </w:rPr>
        <w:t>activities</w:t>
      </w:r>
      <w:proofErr w:type="spellEnd"/>
      <w:r w:rsidRPr="00E012D2">
        <w:rPr>
          <w:rFonts w:ascii="Aptos" w:hAnsi="Aptos"/>
          <w:lang w:val="nl-NL"/>
        </w:rPr>
        <w:t xml:space="preserve"> below have been </w:t>
      </w:r>
      <w:proofErr w:type="spellStart"/>
      <w:r w:rsidRPr="00E012D2">
        <w:rPr>
          <w:rFonts w:ascii="Aptos" w:hAnsi="Aptos"/>
          <w:lang w:val="nl-NL"/>
        </w:rPr>
        <w:t>developed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and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refined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during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the</w:t>
      </w:r>
      <w:proofErr w:type="spellEnd"/>
      <w:r w:rsidRPr="00E012D2">
        <w:rPr>
          <w:rFonts w:ascii="Aptos" w:hAnsi="Aptos"/>
          <w:lang w:val="nl-NL"/>
        </w:rPr>
        <w:t xml:space="preserve"> Erasmus+ </w:t>
      </w:r>
      <w:proofErr w:type="spellStart"/>
      <w:r w:rsidRPr="00E026F7">
        <w:rPr>
          <w:rFonts w:ascii="Aptos" w:hAnsi="Aptos"/>
          <w:lang w:val="nl-NL"/>
        </w:rPr>
        <w:t>Equity</w:t>
      </w:r>
      <w:proofErr w:type="spellEnd"/>
      <w:r w:rsidRPr="00E026F7">
        <w:rPr>
          <w:rFonts w:ascii="Aptos" w:hAnsi="Aptos"/>
          <w:lang w:val="nl-NL"/>
        </w:rPr>
        <w:t xml:space="preserve"> in </w:t>
      </w:r>
      <w:proofErr w:type="spellStart"/>
      <w:r w:rsidRPr="00E026F7">
        <w:rPr>
          <w:rFonts w:ascii="Aptos" w:hAnsi="Aptos"/>
          <w:lang w:val="nl-NL"/>
        </w:rPr>
        <w:t>Gifted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Education</w:t>
      </w:r>
      <w:proofErr w:type="spellEnd"/>
      <w:r w:rsidRPr="00E026F7">
        <w:rPr>
          <w:rFonts w:ascii="Aptos" w:hAnsi="Aptos"/>
          <w:lang w:val="nl-NL"/>
        </w:rPr>
        <w:t xml:space="preserve"> (EGE) project. </w:t>
      </w:r>
      <w:proofErr w:type="spellStart"/>
      <w:r w:rsidRPr="00E026F7">
        <w:rPr>
          <w:rFonts w:ascii="Aptos" w:hAnsi="Aptos"/>
          <w:lang w:val="nl-NL"/>
        </w:rPr>
        <w:t>They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can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be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used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across</w:t>
      </w:r>
      <w:proofErr w:type="spellEnd"/>
      <w:r w:rsidRPr="00E026F7">
        <w:rPr>
          <w:rFonts w:ascii="Aptos" w:hAnsi="Aptos"/>
          <w:lang w:val="nl-NL"/>
        </w:rPr>
        <w:t xml:space="preserve"> subjects </w:t>
      </w:r>
      <w:proofErr w:type="spellStart"/>
      <w:r w:rsidRPr="00E026F7">
        <w:rPr>
          <w:rFonts w:ascii="Aptos" w:hAnsi="Aptos"/>
          <w:lang w:val="nl-NL"/>
        </w:rPr>
        <w:t>and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adapted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to</w:t>
      </w:r>
      <w:proofErr w:type="spellEnd"/>
      <w:r w:rsidRPr="00E026F7">
        <w:rPr>
          <w:rFonts w:ascii="Aptos" w:hAnsi="Aptos"/>
          <w:lang w:val="nl-NL"/>
        </w:rPr>
        <w:t xml:space="preserve"> different </w:t>
      </w:r>
      <w:proofErr w:type="spellStart"/>
      <w:r w:rsidRPr="00E026F7">
        <w:rPr>
          <w:rFonts w:ascii="Aptos" w:hAnsi="Aptos"/>
          <w:lang w:val="nl-NL"/>
        </w:rPr>
        <w:t>age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groups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and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educational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contexts</w:t>
      </w:r>
      <w:proofErr w:type="spellEnd"/>
      <w:r w:rsidRPr="00E026F7">
        <w:rPr>
          <w:rFonts w:ascii="Aptos" w:hAnsi="Aptos"/>
          <w:lang w:val="nl-NL"/>
        </w:rPr>
        <w:t>.</w:t>
      </w:r>
    </w:p>
    <w:p w14:paraId="77A7841A" w14:textId="77777777" w:rsidR="00E012D2" w:rsidRPr="00E012D2" w:rsidRDefault="00E012D2" w:rsidP="00E012D2">
      <w:pPr>
        <w:rPr>
          <w:rFonts w:ascii="Aptos" w:hAnsi="Aptos"/>
          <w:lang w:val="nl-NL"/>
        </w:rPr>
      </w:pPr>
      <w:r w:rsidRPr="00E026F7">
        <w:rPr>
          <w:rFonts w:ascii="Aptos" w:hAnsi="Aptos"/>
          <w:lang w:val="nl-NL"/>
        </w:rPr>
        <w:t xml:space="preserve">Teachers are </w:t>
      </w:r>
      <w:proofErr w:type="spellStart"/>
      <w:r w:rsidRPr="00E026F7">
        <w:rPr>
          <w:rFonts w:ascii="Aptos" w:hAnsi="Aptos"/>
          <w:lang w:val="nl-NL"/>
        </w:rPr>
        <w:t>encouraged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to</w:t>
      </w:r>
      <w:proofErr w:type="spellEnd"/>
      <w:r w:rsidRPr="00E026F7">
        <w:rPr>
          <w:rFonts w:ascii="Aptos" w:hAnsi="Aptos"/>
          <w:lang w:val="nl-NL"/>
        </w:rPr>
        <w:t xml:space="preserve"> combine </w:t>
      </w:r>
      <w:proofErr w:type="spellStart"/>
      <w:r w:rsidRPr="00E026F7">
        <w:rPr>
          <w:rFonts w:ascii="Aptos" w:hAnsi="Aptos"/>
          <w:lang w:val="nl-NL"/>
        </w:rPr>
        <w:t>activities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that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develop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passive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vocabulary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knowledge</w:t>
      </w:r>
      <w:proofErr w:type="spellEnd"/>
      <w:r w:rsidRPr="00E026F7">
        <w:rPr>
          <w:rFonts w:ascii="Aptos" w:hAnsi="Aptos"/>
          <w:lang w:val="nl-NL"/>
        </w:rPr>
        <w:t xml:space="preserve"> (</w:t>
      </w:r>
      <w:proofErr w:type="spellStart"/>
      <w:r w:rsidRPr="00E026F7">
        <w:rPr>
          <w:rFonts w:ascii="Aptos" w:hAnsi="Aptos"/>
          <w:lang w:val="nl-NL"/>
        </w:rPr>
        <w:t>understanding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words</w:t>
      </w:r>
      <w:proofErr w:type="spellEnd"/>
      <w:r w:rsidRPr="00E026F7">
        <w:rPr>
          <w:rFonts w:ascii="Aptos" w:hAnsi="Aptos"/>
          <w:lang w:val="nl-NL"/>
        </w:rPr>
        <w:t xml:space="preserve">) </w:t>
      </w:r>
      <w:proofErr w:type="spellStart"/>
      <w:r w:rsidRPr="00E026F7">
        <w:rPr>
          <w:rFonts w:ascii="Aptos" w:hAnsi="Aptos"/>
          <w:lang w:val="nl-NL"/>
        </w:rPr>
        <w:t>with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activities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that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promote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active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vocabulary</w:t>
      </w:r>
      <w:proofErr w:type="spellEnd"/>
      <w:r w:rsidRPr="00E026F7">
        <w:rPr>
          <w:rFonts w:ascii="Aptos" w:hAnsi="Aptos"/>
          <w:lang w:val="nl-NL"/>
        </w:rPr>
        <w:t xml:space="preserve"> </w:t>
      </w:r>
      <w:proofErr w:type="spellStart"/>
      <w:r w:rsidRPr="00E026F7">
        <w:rPr>
          <w:rFonts w:ascii="Aptos" w:hAnsi="Aptos"/>
          <w:lang w:val="nl-NL"/>
        </w:rPr>
        <w:t>use</w:t>
      </w:r>
      <w:proofErr w:type="spellEnd"/>
      <w:r w:rsidRPr="00E012D2">
        <w:rPr>
          <w:rFonts w:ascii="Aptos" w:hAnsi="Aptos"/>
          <w:lang w:val="nl-NL"/>
        </w:rPr>
        <w:t xml:space="preserve"> (</w:t>
      </w:r>
      <w:proofErr w:type="spellStart"/>
      <w:r w:rsidRPr="00E012D2">
        <w:rPr>
          <w:rFonts w:ascii="Aptos" w:hAnsi="Aptos"/>
          <w:lang w:val="nl-NL"/>
        </w:rPr>
        <w:t>using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words</w:t>
      </w:r>
      <w:proofErr w:type="spellEnd"/>
      <w:r w:rsidRPr="00E012D2">
        <w:rPr>
          <w:rFonts w:ascii="Aptos" w:hAnsi="Aptos"/>
          <w:lang w:val="nl-NL"/>
        </w:rPr>
        <w:t xml:space="preserve"> in </w:t>
      </w:r>
      <w:proofErr w:type="spellStart"/>
      <w:r w:rsidRPr="00E012D2">
        <w:rPr>
          <w:rFonts w:ascii="Aptos" w:hAnsi="Aptos"/>
          <w:lang w:val="nl-NL"/>
        </w:rPr>
        <w:t>speaking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and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writing</w:t>
      </w:r>
      <w:proofErr w:type="spellEnd"/>
      <w:r w:rsidRPr="00E012D2">
        <w:rPr>
          <w:rFonts w:ascii="Aptos" w:hAnsi="Aptos"/>
          <w:lang w:val="nl-NL"/>
        </w:rPr>
        <w:t xml:space="preserve">). </w:t>
      </w:r>
    </w:p>
    <w:p w14:paraId="7083E269" w14:textId="77777777" w:rsidR="00E012D2" w:rsidRPr="00E012D2" w:rsidRDefault="00E012D2" w:rsidP="00E012D2">
      <w:pPr>
        <w:rPr>
          <w:rFonts w:ascii="Aptos" w:hAnsi="Aptos"/>
          <w:lang w:val="nl-NL"/>
        </w:rPr>
      </w:pPr>
      <w:r w:rsidRPr="00E012D2">
        <w:rPr>
          <w:rFonts w:ascii="Aptos" w:hAnsi="Aptos"/>
          <w:lang w:val="nl-NL"/>
        </w:rPr>
        <w:pict w14:anchorId="3788DC91">
          <v:rect id="_x0000_i1155" style="width:0;height:1.5pt" o:hralign="center" o:hrstd="t" o:hr="t" fillcolor="#a0a0a0" stroked="f"/>
        </w:pict>
      </w:r>
    </w:p>
    <w:p w14:paraId="0E91D7D9" w14:textId="77777777" w:rsidR="00E012D2" w:rsidRPr="00E012D2" w:rsidRDefault="00E012D2" w:rsidP="00E012D2">
      <w:pPr>
        <w:rPr>
          <w:rFonts w:ascii="Aptos" w:hAnsi="Aptos"/>
          <w:b/>
          <w:bCs/>
          <w:lang w:val="nl-NL"/>
        </w:rPr>
      </w:pPr>
      <w:r w:rsidRPr="00E012D2">
        <w:rPr>
          <w:rFonts w:ascii="Aptos" w:hAnsi="Aptos"/>
          <w:b/>
          <w:bCs/>
          <w:lang w:val="nl-NL"/>
        </w:rPr>
        <w:t xml:space="preserve">Understanding </w:t>
      </w:r>
      <w:proofErr w:type="spellStart"/>
      <w:r w:rsidRPr="00E012D2">
        <w:rPr>
          <w:rFonts w:ascii="Aptos" w:hAnsi="Aptos"/>
          <w:b/>
          <w:bCs/>
          <w:lang w:val="nl-NL"/>
        </w:rPr>
        <w:t>Academic</w:t>
      </w:r>
      <w:proofErr w:type="spellEnd"/>
      <w:r w:rsidRPr="00E012D2">
        <w:rPr>
          <w:rFonts w:ascii="Aptos" w:hAnsi="Aptos"/>
          <w:b/>
          <w:bCs/>
          <w:lang w:val="nl-NL"/>
        </w:rPr>
        <w:t xml:space="preserve"> </w:t>
      </w:r>
      <w:proofErr w:type="spellStart"/>
      <w:r w:rsidRPr="00E012D2">
        <w:rPr>
          <w:rFonts w:ascii="Aptos" w:hAnsi="Aptos"/>
          <w:b/>
          <w:bCs/>
          <w:lang w:val="nl-NL"/>
        </w:rPr>
        <w:t>Vocabulary</w:t>
      </w:r>
      <w:proofErr w:type="spellEnd"/>
    </w:p>
    <w:p w14:paraId="0C12637F" w14:textId="77777777" w:rsidR="00E012D2" w:rsidRPr="00E012D2" w:rsidRDefault="00E012D2" w:rsidP="00E012D2">
      <w:pPr>
        <w:rPr>
          <w:rFonts w:ascii="Aptos" w:hAnsi="Aptos"/>
          <w:lang w:val="nl-NL"/>
        </w:rPr>
      </w:pPr>
      <w:r w:rsidRPr="00E012D2">
        <w:rPr>
          <w:rFonts w:ascii="Aptos" w:hAnsi="Aptos"/>
          <w:lang w:val="nl-NL"/>
        </w:rPr>
        <w:t xml:space="preserve">These </w:t>
      </w:r>
      <w:proofErr w:type="spellStart"/>
      <w:r w:rsidRPr="00E012D2">
        <w:rPr>
          <w:rFonts w:ascii="Aptos" w:hAnsi="Aptos"/>
          <w:lang w:val="nl-NL"/>
        </w:rPr>
        <w:t>activities</w:t>
      </w:r>
      <w:proofErr w:type="spellEnd"/>
      <w:r w:rsidRPr="00E012D2">
        <w:rPr>
          <w:rFonts w:ascii="Aptos" w:hAnsi="Aptos"/>
          <w:lang w:val="nl-NL"/>
        </w:rPr>
        <w:t xml:space="preserve"> help </w:t>
      </w:r>
      <w:proofErr w:type="spellStart"/>
      <w:r w:rsidRPr="00E012D2">
        <w:rPr>
          <w:rFonts w:ascii="Aptos" w:hAnsi="Aptos"/>
          <w:lang w:val="nl-NL"/>
        </w:rPr>
        <w:t>students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recognise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and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understand</w:t>
      </w:r>
      <w:proofErr w:type="spellEnd"/>
      <w:r w:rsidRPr="00E012D2">
        <w:rPr>
          <w:rFonts w:ascii="Aptos" w:hAnsi="Aptos"/>
          <w:lang w:val="nl-NL"/>
        </w:rPr>
        <w:t xml:space="preserve"> new </w:t>
      </w:r>
      <w:proofErr w:type="spellStart"/>
      <w:r w:rsidRPr="00E012D2">
        <w:rPr>
          <w:rFonts w:ascii="Aptos" w:hAnsi="Aptos"/>
          <w:lang w:val="nl-NL"/>
        </w:rPr>
        <w:t>academic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words</w:t>
      </w:r>
      <w:proofErr w:type="spellEnd"/>
      <w:r w:rsidRPr="00E012D2">
        <w:rPr>
          <w:rFonts w:ascii="Aptos" w:hAnsi="Aptos"/>
          <w:lang w:val="nl-NL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3962"/>
      </w:tblGrid>
      <w:tr w:rsidR="00E012D2" w:rsidRPr="00E012D2" w14:paraId="0A1F3FF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87FB370" w14:textId="77777777" w:rsidR="00E012D2" w:rsidRPr="00E012D2" w:rsidRDefault="00E012D2" w:rsidP="00E012D2">
            <w:pPr>
              <w:rPr>
                <w:rFonts w:ascii="Aptos" w:hAnsi="Aptos"/>
                <w:b/>
                <w:bCs/>
                <w:lang w:val="nl-NL"/>
              </w:rPr>
            </w:pPr>
            <w:r w:rsidRPr="00E012D2">
              <w:rPr>
                <w:rFonts w:ascii="Aptos" w:hAnsi="Aptos"/>
                <w:b/>
                <w:bCs/>
                <w:lang w:val="nl-NL"/>
              </w:rPr>
              <w:t>Activity</w:t>
            </w:r>
          </w:p>
        </w:tc>
        <w:tc>
          <w:tcPr>
            <w:tcW w:w="0" w:type="auto"/>
            <w:vAlign w:val="center"/>
            <w:hideMark/>
          </w:tcPr>
          <w:p w14:paraId="1613A14A" w14:textId="77777777" w:rsidR="00E012D2" w:rsidRPr="00E012D2" w:rsidRDefault="00E012D2" w:rsidP="00E012D2">
            <w:pPr>
              <w:rPr>
                <w:rFonts w:ascii="Aptos" w:hAnsi="Aptos"/>
                <w:b/>
                <w:bCs/>
                <w:lang w:val="nl-NL"/>
              </w:rPr>
            </w:pPr>
            <w:r w:rsidRPr="00E012D2">
              <w:rPr>
                <w:rFonts w:ascii="Aptos" w:hAnsi="Aptos"/>
                <w:b/>
                <w:bCs/>
                <w:lang w:val="nl-NL"/>
              </w:rPr>
              <w:t>Learning goal</w:t>
            </w:r>
          </w:p>
        </w:tc>
      </w:tr>
      <w:tr w:rsidR="00E012D2" w:rsidRPr="00E012D2" w14:paraId="52DA7C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E4D2E5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t xml:space="preserve">Match </w:t>
            </w:r>
            <w:proofErr w:type="spellStart"/>
            <w:r w:rsidRPr="00E012D2">
              <w:rPr>
                <w:rFonts w:ascii="Aptos" w:hAnsi="Aptos"/>
                <w:lang w:val="nl-NL"/>
              </w:rPr>
              <w:t>words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with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definitions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7B8CEF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Develop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passive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vocabulary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knowledge</w:t>
            </w:r>
            <w:proofErr w:type="spellEnd"/>
          </w:p>
        </w:tc>
      </w:tr>
      <w:tr w:rsidR="00E012D2" w:rsidRPr="00E012D2" w14:paraId="633A11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E60B05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t xml:space="preserve">Match </w:t>
            </w:r>
            <w:proofErr w:type="spellStart"/>
            <w:r w:rsidRPr="00E012D2">
              <w:rPr>
                <w:rFonts w:ascii="Aptos" w:hAnsi="Aptos"/>
                <w:lang w:val="nl-NL"/>
              </w:rPr>
              <w:t>words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with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synonyms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418938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Build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semantic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understanding</w:t>
            </w:r>
            <w:proofErr w:type="spellEnd"/>
          </w:p>
        </w:tc>
      </w:tr>
      <w:tr w:rsidR="00E012D2" w:rsidRPr="00E012D2" w14:paraId="5BE039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B83B4E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t xml:space="preserve">Complete </w:t>
            </w:r>
            <w:proofErr w:type="spellStart"/>
            <w:r w:rsidRPr="00E012D2">
              <w:rPr>
                <w:rFonts w:ascii="Aptos" w:hAnsi="Aptos"/>
                <w:lang w:val="nl-NL"/>
              </w:rPr>
              <w:t>texts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with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missing </w:t>
            </w:r>
            <w:proofErr w:type="spellStart"/>
            <w:r w:rsidRPr="00E012D2">
              <w:rPr>
                <w:rFonts w:ascii="Aptos" w:hAnsi="Aptos"/>
                <w:lang w:val="nl-NL"/>
              </w:rPr>
              <w:t>words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C7ED1D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t xml:space="preserve">Understand </w:t>
            </w:r>
            <w:proofErr w:type="spellStart"/>
            <w:r w:rsidRPr="00E012D2">
              <w:rPr>
                <w:rFonts w:ascii="Aptos" w:hAnsi="Aptos"/>
                <w:lang w:val="nl-NL"/>
              </w:rPr>
              <w:t>vocabulary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in context</w:t>
            </w:r>
          </w:p>
        </w:tc>
      </w:tr>
      <w:tr w:rsidR="00E012D2" w:rsidRPr="00E012D2" w14:paraId="78D065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7D1CF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Choose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the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correct word in a </w:t>
            </w:r>
            <w:proofErr w:type="spellStart"/>
            <w:r w:rsidRPr="00E012D2">
              <w:rPr>
                <w:rFonts w:ascii="Aptos" w:hAnsi="Aptos"/>
                <w:lang w:val="nl-NL"/>
              </w:rPr>
              <w:t>sentence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D8D0D5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Apply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vocabulary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accurately</w:t>
            </w:r>
            <w:proofErr w:type="spellEnd"/>
          </w:p>
        </w:tc>
      </w:tr>
      <w:tr w:rsidR="00E012D2" w:rsidRPr="00E012D2" w14:paraId="09E3A0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C09BBA" w14:textId="77DD96D0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t xml:space="preserve">Highlight </w:t>
            </w:r>
            <w:proofErr w:type="spellStart"/>
            <w:r w:rsidRPr="00E012D2">
              <w:rPr>
                <w:rFonts w:ascii="Aptos" w:hAnsi="Aptos"/>
                <w:lang w:val="nl-NL"/>
              </w:rPr>
              <w:t>academic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words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in a </w:t>
            </w:r>
            <w:r w:rsidR="00E026F7">
              <w:rPr>
                <w:rFonts w:ascii="Aptos" w:hAnsi="Aptos"/>
                <w:lang w:val="nl-NL"/>
              </w:rPr>
              <w:t>tekst</w:t>
            </w:r>
          </w:p>
        </w:tc>
        <w:tc>
          <w:tcPr>
            <w:tcW w:w="0" w:type="auto"/>
            <w:vAlign w:val="center"/>
            <w:hideMark/>
          </w:tcPr>
          <w:p w14:paraId="112314DA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Recognise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academic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vocabulary</w:t>
            </w:r>
            <w:proofErr w:type="spellEnd"/>
          </w:p>
        </w:tc>
      </w:tr>
      <w:tr w:rsidR="00E012D2" w:rsidRPr="00E012D2" w14:paraId="1F8862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8E3608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lastRenderedPageBreak/>
              <w:t xml:space="preserve">Watch a </w:t>
            </w:r>
            <w:proofErr w:type="spellStart"/>
            <w:r w:rsidRPr="00E012D2">
              <w:rPr>
                <w:rFonts w:ascii="Aptos" w:hAnsi="Aptos"/>
                <w:lang w:val="nl-NL"/>
              </w:rPr>
              <w:t>news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programme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and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identify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target </w:t>
            </w:r>
            <w:proofErr w:type="spellStart"/>
            <w:r w:rsidRPr="00E012D2">
              <w:rPr>
                <w:rFonts w:ascii="Aptos" w:hAnsi="Aptos"/>
                <w:lang w:val="nl-NL"/>
              </w:rPr>
              <w:t>words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BBD933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t xml:space="preserve">Listen </w:t>
            </w:r>
            <w:proofErr w:type="spellStart"/>
            <w:r w:rsidRPr="00E012D2">
              <w:rPr>
                <w:rFonts w:ascii="Aptos" w:hAnsi="Aptos"/>
                <w:lang w:val="nl-NL"/>
              </w:rPr>
              <w:t>for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vocabulary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in </w:t>
            </w:r>
            <w:proofErr w:type="spellStart"/>
            <w:r w:rsidRPr="00E012D2">
              <w:rPr>
                <w:rFonts w:ascii="Aptos" w:hAnsi="Aptos"/>
                <w:lang w:val="nl-NL"/>
              </w:rPr>
              <w:t>authentic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contexts</w:t>
            </w:r>
            <w:proofErr w:type="spellEnd"/>
          </w:p>
        </w:tc>
      </w:tr>
      <w:tr w:rsidR="00E012D2" w:rsidRPr="00E012D2" w14:paraId="2FB9E0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48F3FF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Find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academic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words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in </w:t>
            </w:r>
            <w:proofErr w:type="spellStart"/>
            <w:r w:rsidRPr="00E012D2">
              <w:rPr>
                <w:rFonts w:ascii="Aptos" w:hAnsi="Aptos"/>
                <w:lang w:val="nl-NL"/>
              </w:rPr>
              <w:t>newspaper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articles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C550CE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t xml:space="preserve">Connect </w:t>
            </w:r>
            <w:proofErr w:type="spellStart"/>
            <w:r w:rsidRPr="00E012D2">
              <w:rPr>
                <w:rFonts w:ascii="Aptos" w:hAnsi="Aptos"/>
                <w:lang w:val="nl-NL"/>
              </w:rPr>
              <w:t>vocabulary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to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real-</w:t>
            </w:r>
            <w:proofErr w:type="spellStart"/>
            <w:r w:rsidRPr="00E012D2">
              <w:rPr>
                <w:rFonts w:ascii="Aptos" w:hAnsi="Aptos"/>
                <w:lang w:val="nl-NL"/>
              </w:rPr>
              <w:t>world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language</w:t>
            </w:r>
            <w:proofErr w:type="spellEnd"/>
          </w:p>
        </w:tc>
      </w:tr>
      <w:tr w:rsidR="00E012D2" w:rsidRPr="00E012D2" w14:paraId="04F7EF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E67D66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Categorise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words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into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themes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655EF1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Build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conceptual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understanding</w:t>
            </w:r>
            <w:proofErr w:type="spellEnd"/>
          </w:p>
        </w:tc>
      </w:tr>
      <w:tr w:rsidR="00E012D2" w:rsidRPr="00E012D2" w14:paraId="49ABE2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AA4647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Build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word families</w:t>
            </w:r>
          </w:p>
        </w:tc>
        <w:tc>
          <w:tcPr>
            <w:tcW w:w="0" w:type="auto"/>
            <w:vAlign w:val="center"/>
            <w:hideMark/>
          </w:tcPr>
          <w:p w14:paraId="3D56E56A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Expand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vocabulary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knowledge</w:t>
            </w:r>
            <w:proofErr w:type="spellEnd"/>
          </w:p>
        </w:tc>
      </w:tr>
      <w:tr w:rsidR="00E012D2" w:rsidRPr="00E012D2" w14:paraId="7C3308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13D424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Create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a </w:t>
            </w:r>
            <w:proofErr w:type="spellStart"/>
            <w:r w:rsidRPr="00E012D2">
              <w:rPr>
                <w:rFonts w:ascii="Aptos" w:hAnsi="Aptos"/>
                <w:lang w:val="nl-NL"/>
              </w:rPr>
              <w:t>glossary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BE64F0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Consolidate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learning</w:t>
            </w:r>
            <w:proofErr w:type="spellEnd"/>
          </w:p>
        </w:tc>
      </w:tr>
    </w:tbl>
    <w:p w14:paraId="4CD360BF" w14:textId="77777777" w:rsidR="00E012D2" w:rsidRPr="00E012D2" w:rsidRDefault="00E012D2" w:rsidP="00E012D2">
      <w:pPr>
        <w:rPr>
          <w:rFonts w:ascii="Aptos" w:hAnsi="Aptos"/>
          <w:lang w:val="nl-NL"/>
        </w:rPr>
      </w:pPr>
      <w:r w:rsidRPr="00E012D2">
        <w:rPr>
          <w:rFonts w:ascii="Aptos" w:hAnsi="Aptos"/>
          <w:lang w:val="nl-NL"/>
        </w:rPr>
        <w:pict w14:anchorId="1882817E">
          <v:rect id="_x0000_i1156" style="width:0;height:1.5pt" o:hralign="center" o:hrstd="t" o:hr="t" fillcolor="#a0a0a0" stroked="f"/>
        </w:pict>
      </w:r>
    </w:p>
    <w:p w14:paraId="64335E52" w14:textId="77777777" w:rsidR="00E012D2" w:rsidRPr="00E012D2" w:rsidRDefault="00E012D2" w:rsidP="00E012D2">
      <w:pPr>
        <w:rPr>
          <w:rFonts w:ascii="Aptos" w:hAnsi="Aptos"/>
          <w:b/>
          <w:bCs/>
          <w:lang w:val="nl-NL"/>
        </w:rPr>
      </w:pPr>
      <w:r w:rsidRPr="00E012D2">
        <w:rPr>
          <w:rFonts w:ascii="Aptos" w:hAnsi="Aptos"/>
          <w:b/>
          <w:bCs/>
          <w:lang w:val="nl-NL"/>
        </w:rPr>
        <w:t xml:space="preserve">Using </w:t>
      </w:r>
      <w:proofErr w:type="spellStart"/>
      <w:r w:rsidRPr="00E012D2">
        <w:rPr>
          <w:rFonts w:ascii="Aptos" w:hAnsi="Aptos"/>
          <w:b/>
          <w:bCs/>
          <w:lang w:val="nl-NL"/>
        </w:rPr>
        <w:t>Academic</w:t>
      </w:r>
      <w:proofErr w:type="spellEnd"/>
      <w:r w:rsidRPr="00E012D2">
        <w:rPr>
          <w:rFonts w:ascii="Aptos" w:hAnsi="Aptos"/>
          <w:b/>
          <w:bCs/>
          <w:lang w:val="nl-NL"/>
        </w:rPr>
        <w:t xml:space="preserve"> </w:t>
      </w:r>
      <w:proofErr w:type="spellStart"/>
      <w:r w:rsidRPr="00E012D2">
        <w:rPr>
          <w:rFonts w:ascii="Aptos" w:hAnsi="Aptos"/>
          <w:b/>
          <w:bCs/>
          <w:lang w:val="nl-NL"/>
        </w:rPr>
        <w:t>Vocabulary</w:t>
      </w:r>
      <w:proofErr w:type="spellEnd"/>
    </w:p>
    <w:p w14:paraId="21B64EF3" w14:textId="77777777" w:rsidR="00E012D2" w:rsidRPr="00E012D2" w:rsidRDefault="00E012D2" w:rsidP="00E012D2">
      <w:pPr>
        <w:rPr>
          <w:rFonts w:ascii="Aptos" w:hAnsi="Aptos"/>
          <w:lang w:val="nl-NL"/>
        </w:rPr>
      </w:pPr>
      <w:proofErr w:type="spellStart"/>
      <w:r w:rsidRPr="00E012D2">
        <w:rPr>
          <w:rFonts w:ascii="Aptos" w:hAnsi="Aptos"/>
          <w:lang w:val="nl-NL"/>
        </w:rPr>
        <w:t>Students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actively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apply</w:t>
      </w:r>
      <w:proofErr w:type="spellEnd"/>
      <w:r w:rsidRPr="00E012D2">
        <w:rPr>
          <w:rFonts w:ascii="Aptos" w:hAnsi="Aptos"/>
          <w:lang w:val="nl-NL"/>
        </w:rPr>
        <w:t xml:space="preserve"> new </w:t>
      </w:r>
      <w:proofErr w:type="spellStart"/>
      <w:r w:rsidRPr="00E012D2">
        <w:rPr>
          <w:rFonts w:ascii="Aptos" w:hAnsi="Aptos"/>
          <w:lang w:val="nl-NL"/>
        </w:rPr>
        <w:t>vocabulary</w:t>
      </w:r>
      <w:proofErr w:type="spellEnd"/>
      <w:r w:rsidRPr="00E012D2">
        <w:rPr>
          <w:rFonts w:ascii="Aptos" w:hAnsi="Aptos"/>
          <w:lang w:val="nl-NL"/>
        </w:rPr>
        <w:t xml:space="preserve"> in </w:t>
      </w:r>
      <w:proofErr w:type="spellStart"/>
      <w:r w:rsidRPr="00E012D2">
        <w:rPr>
          <w:rFonts w:ascii="Aptos" w:hAnsi="Aptos"/>
          <w:lang w:val="nl-NL"/>
        </w:rPr>
        <w:t>meaningful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situations</w:t>
      </w:r>
      <w:proofErr w:type="spellEnd"/>
      <w:r w:rsidRPr="00E012D2">
        <w:rPr>
          <w:rFonts w:ascii="Aptos" w:hAnsi="Aptos"/>
          <w:lang w:val="nl-NL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3"/>
        <w:gridCol w:w="3136"/>
      </w:tblGrid>
      <w:tr w:rsidR="00E012D2" w:rsidRPr="00E012D2" w14:paraId="0E1FB22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9FF8DFA" w14:textId="77777777" w:rsidR="00E012D2" w:rsidRPr="00E012D2" w:rsidRDefault="00E012D2" w:rsidP="00E012D2">
            <w:pPr>
              <w:rPr>
                <w:rFonts w:ascii="Aptos" w:hAnsi="Aptos"/>
                <w:b/>
                <w:bCs/>
                <w:lang w:val="nl-NL"/>
              </w:rPr>
            </w:pPr>
            <w:r w:rsidRPr="00E012D2">
              <w:rPr>
                <w:rFonts w:ascii="Aptos" w:hAnsi="Aptos"/>
                <w:b/>
                <w:bCs/>
                <w:lang w:val="nl-NL"/>
              </w:rPr>
              <w:t>Activity</w:t>
            </w:r>
          </w:p>
        </w:tc>
        <w:tc>
          <w:tcPr>
            <w:tcW w:w="0" w:type="auto"/>
            <w:vAlign w:val="center"/>
            <w:hideMark/>
          </w:tcPr>
          <w:p w14:paraId="0BF69786" w14:textId="77777777" w:rsidR="00E012D2" w:rsidRPr="00E012D2" w:rsidRDefault="00E012D2" w:rsidP="00E012D2">
            <w:pPr>
              <w:rPr>
                <w:rFonts w:ascii="Aptos" w:hAnsi="Aptos"/>
                <w:b/>
                <w:bCs/>
                <w:lang w:val="nl-NL"/>
              </w:rPr>
            </w:pPr>
            <w:r w:rsidRPr="00E012D2">
              <w:rPr>
                <w:rFonts w:ascii="Aptos" w:hAnsi="Aptos"/>
                <w:b/>
                <w:bCs/>
                <w:lang w:val="nl-NL"/>
              </w:rPr>
              <w:t>Learning goal</w:t>
            </w:r>
          </w:p>
        </w:tc>
      </w:tr>
      <w:tr w:rsidR="00E012D2" w:rsidRPr="00E012D2" w14:paraId="41D954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01ED56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t xml:space="preserve">Write </w:t>
            </w:r>
            <w:proofErr w:type="spellStart"/>
            <w:r w:rsidRPr="00E012D2">
              <w:rPr>
                <w:rFonts w:ascii="Aptos" w:hAnsi="Aptos"/>
                <w:lang w:val="nl-NL"/>
              </w:rPr>
              <w:t>example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sentences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FAE969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t xml:space="preserve">Active </w:t>
            </w:r>
            <w:proofErr w:type="spellStart"/>
            <w:r w:rsidRPr="00E012D2">
              <w:rPr>
                <w:rFonts w:ascii="Aptos" w:hAnsi="Aptos"/>
                <w:lang w:val="nl-NL"/>
              </w:rPr>
              <w:t>vocabulary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use</w:t>
            </w:r>
            <w:proofErr w:type="spellEnd"/>
          </w:p>
        </w:tc>
      </w:tr>
      <w:tr w:rsidR="00E012D2" w:rsidRPr="00E012D2" w14:paraId="7F0B50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8BC19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Prepare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a short </w:t>
            </w:r>
            <w:proofErr w:type="spellStart"/>
            <w:r w:rsidRPr="00E012D2">
              <w:rPr>
                <w:rFonts w:ascii="Aptos" w:hAnsi="Aptos"/>
                <w:lang w:val="nl-NL"/>
              </w:rPr>
              <w:t>presentation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D4F016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t xml:space="preserve">Oral </w:t>
            </w:r>
            <w:proofErr w:type="spellStart"/>
            <w:r w:rsidRPr="00E012D2">
              <w:rPr>
                <w:rFonts w:ascii="Aptos" w:hAnsi="Aptos"/>
                <w:lang w:val="nl-NL"/>
              </w:rPr>
              <w:t>communication</w:t>
            </w:r>
            <w:proofErr w:type="spellEnd"/>
          </w:p>
        </w:tc>
      </w:tr>
      <w:tr w:rsidR="00E012D2" w:rsidRPr="00E012D2" w14:paraId="6C6141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0E27E0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Participate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in a </w:t>
            </w:r>
            <w:proofErr w:type="spellStart"/>
            <w:r w:rsidRPr="00E012D2">
              <w:rPr>
                <w:rFonts w:ascii="Aptos" w:hAnsi="Aptos"/>
                <w:lang w:val="nl-NL"/>
              </w:rPr>
              <w:t>debate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1CC292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Academic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discussion</w:t>
            </w:r>
            <w:proofErr w:type="spellEnd"/>
          </w:p>
        </w:tc>
      </w:tr>
      <w:tr w:rsidR="00E012D2" w:rsidRPr="00E012D2" w14:paraId="23BF2C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0DD833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t xml:space="preserve">Write a </w:t>
            </w:r>
            <w:proofErr w:type="spellStart"/>
            <w:r w:rsidRPr="00E012D2">
              <w:rPr>
                <w:rFonts w:ascii="Aptos" w:hAnsi="Aptos"/>
                <w:lang w:val="nl-NL"/>
              </w:rPr>
              <w:t>role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play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2C04C1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t xml:space="preserve">Creative </w:t>
            </w:r>
            <w:proofErr w:type="spellStart"/>
            <w:r w:rsidRPr="00E012D2">
              <w:rPr>
                <w:rFonts w:ascii="Aptos" w:hAnsi="Aptos"/>
                <w:lang w:val="nl-NL"/>
              </w:rPr>
              <w:t>language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use</w:t>
            </w:r>
            <w:proofErr w:type="spellEnd"/>
          </w:p>
        </w:tc>
      </w:tr>
      <w:tr w:rsidR="00E012D2" w:rsidRPr="00E012D2" w14:paraId="67B9CA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2DCDAF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Prepare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and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deliver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a pitch</w:t>
            </w:r>
          </w:p>
        </w:tc>
        <w:tc>
          <w:tcPr>
            <w:tcW w:w="0" w:type="auto"/>
            <w:vAlign w:val="center"/>
            <w:hideMark/>
          </w:tcPr>
          <w:p w14:paraId="1038A25F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Persuasive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communication</w:t>
            </w:r>
            <w:proofErr w:type="spellEnd"/>
          </w:p>
        </w:tc>
      </w:tr>
      <w:tr w:rsidR="00E012D2" w:rsidRPr="00E012D2" w14:paraId="675416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924010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t xml:space="preserve">Write </w:t>
            </w:r>
            <w:proofErr w:type="spellStart"/>
            <w:r w:rsidRPr="00E012D2">
              <w:rPr>
                <w:rFonts w:ascii="Aptos" w:hAnsi="Aptos"/>
                <w:lang w:val="nl-NL"/>
              </w:rPr>
              <w:t>instructions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B09515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Functional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writing</w:t>
            </w:r>
            <w:proofErr w:type="spellEnd"/>
          </w:p>
        </w:tc>
      </w:tr>
      <w:tr w:rsidR="00E012D2" w:rsidRPr="00E012D2" w14:paraId="39D952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EA5EBA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Explain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words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to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family members</w:t>
            </w:r>
          </w:p>
        </w:tc>
        <w:tc>
          <w:tcPr>
            <w:tcW w:w="0" w:type="auto"/>
            <w:vAlign w:val="center"/>
            <w:hideMark/>
          </w:tcPr>
          <w:p w14:paraId="7D40CBDA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t xml:space="preserve">Retrieval </w:t>
            </w:r>
            <w:proofErr w:type="spellStart"/>
            <w:r w:rsidRPr="00E012D2">
              <w:rPr>
                <w:rFonts w:ascii="Aptos" w:hAnsi="Aptos"/>
                <w:lang w:val="nl-NL"/>
              </w:rPr>
              <w:t>practice</w:t>
            </w:r>
            <w:proofErr w:type="spellEnd"/>
          </w:p>
        </w:tc>
      </w:tr>
      <w:tr w:rsidR="00E012D2" w:rsidRPr="00E012D2" w14:paraId="2218C9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4185ED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t xml:space="preserve">Make </w:t>
            </w:r>
            <w:proofErr w:type="spellStart"/>
            <w:r w:rsidRPr="00E012D2">
              <w:rPr>
                <w:rFonts w:ascii="Aptos" w:hAnsi="Aptos"/>
                <w:lang w:val="nl-NL"/>
              </w:rPr>
              <w:t>puzzles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for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classmates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BBBB9A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Reinforcement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through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teaching</w:t>
            </w:r>
          </w:p>
        </w:tc>
      </w:tr>
      <w:tr w:rsidR="00E012D2" w:rsidRPr="00E012D2" w14:paraId="6C1EDD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E3FED6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lastRenderedPageBreak/>
              <w:t>Peer interviews</w:t>
            </w:r>
          </w:p>
        </w:tc>
        <w:tc>
          <w:tcPr>
            <w:tcW w:w="0" w:type="auto"/>
            <w:vAlign w:val="center"/>
            <w:hideMark/>
          </w:tcPr>
          <w:p w14:paraId="64B4188E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Authentic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communication</w:t>
            </w:r>
            <w:proofErr w:type="spellEnd"/>
          </w:p>
        </w:tc>
      </w:tr>
      <w:tr w:rsidR="00E012D2" w:rsidRPr="00E012D2" w14:paraId="26AD9F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375461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t xml:space="preserve">Panel </w:t>
            </w:r>
            <w:proofErr w:type="spellStart"/>
            <w:r w:rsidRPr="00E012D2">
              <w:rPr>
                <w:rFonts w:ascii="Aptos" w:hAnsi="Aptos"/>
                <w:lang w:val="nl-NL"/>
              </w:rPr>
              <w:t>discussion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ACF7DD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Collaborative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reasoning</w:t>
            </w:r>
            <w:proofErr w:type="spellEnd"/>
          </w:p>
        </w:tc>
      </w:tr>
    </w:tbl>
    <w:p w14:paraId="6DBB46F4" w14:textId="77777777" w:rsidR="00E012D2" w:rsidRPr="00E012D2" w:rsidRDefault="00E012D2" w:rsidP="00E012D2">
      <w:pPr>
        <w:rPr>
          <w:rFonts w:ascii="Aptos" w:hAnsi="Aptos"/>
          <w:lang w:val="nl-NL"/>
        </w:rPr>
      </w:pPr>
      <w:r w:rsidRPr="00E012D2">
        <w:rPr>
          <w:rFonts w:ascii="Aptos" w:hAnsi="Aptos"/>
          <w:lang w:val="nl-NL"/>
        </w:rPr>
        <w:pict w14:anchorId="61AE77F1">
          <v:rect id="_x0000_i1157" style="width:0;height:1.5pt" o:hralign="center" o:hrstd="t" o:hr="t" fillcolor="#a0a0a0" stroked="f"/>
        </w:pict>
      </w:r>
    </w:p>
    <w:p w14:paraId="449DF64D" w14:textId="77777777" w:rsidR="00E012D2" w:rsidRPr="00E012D2" w:rsidRDefault="00E012D2" w:rsidP="00E012D2">
      <w:pPr>
        <w:rPr>
          <w:rFonts w:ascii="Aptos" w:hAnsi="Aptos"/>
          <w:b/>
          <w:bCs/>
          <w:lang w:val="nl-NL"/>
        </w:rPr>
      </w:pPr>
      <w:r w:rsidRPr="00E012D2">
        <w:rPr>
          <w:rFonts w:ascii="Aptos" w:hAnsi="Aptos"/>
          <w:b/>
          <w:bCs/>
          <w:lang w:val="nl-NL"/>
        </w:rPr>
        <w:t>Research &amp; Critical Thinking</w:t>
      </w:r>
    </w:p>
    <w:p w14:paraId="7AFEC4F5" w14:textId="77777777" w:rsidR="00E012D2" w:rsidRPr="00E012D2" w:rsidRDefault="00E012D2" w:rsidP="00E012D2">
      <w:pPr>
        <w:rPr>
          <w:rFonts w:ascii="Aptos" w:hAnsi="Aptos"/>
          <w:lang w:val="nl-NL"/>
        </w:rPr>
      </w:pPr>
      <w:r w:rsidRPr="00E012D2">
        <w:rPr>
          <w:rFonts w:ascii="Aptos" w:hAnsi="Aptos"/>
          <w:lang w:val="nl-NL"/>
        </w:rPr>
        <w:t xml:space="preserve">These </w:t>
      </w:r>
      <w:proofErr w:type="spellStart"/>
      <w:r w:rsidRPr="00E012D2">
        <w:rPr>
          <w:rFonts w:ascii="Aptos" w:hAnsi="Aptos"/>
          <w:lang w:val="nl-NL"/>
        </w:rPr>
        <w:t>activities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integrate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academic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vocabulary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with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higher</w:t>
      </w:r>
      <w:proofErr w:type="spellEnd"/>
      <w:r w:rsidRPr="00E012D2">
        <w:rPr>
          <w:rFonts w:ascii="Aptos" w:hAnsi="Aptos"/>
          <w:lang w:val="nl-NL"/>
        </w:rPr>
        <w:t>-order thinking skills.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4"/>
        <w:gridCol w:w="2388"/>
      </w:tblGrid>
      <w:tr w:rsidR="00E012D2" w:rsidRPr="00E012D2" w14:paraId="4D86AD2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D6D4CE" w14:textId="77777777" w:rsidR="00E012D2" w:rsidRPr="00E012D2" w:rsidRDefault="00E012D2" w:rsidP="00E012D2">
            <w:pPr>
              <w:rPr>
                <w:rFonts w:ascii="Aptos" w:hAnsi="Aptos"/>
                <w:b/>
                <w:bCs/>
                <w:lang w:val="nl-NL"/>
              </w:rPr>
            </w:pPr>
            <w:r w:rsidRPr="00E012D2">
              <w:rPr>
                <w:rFonts w:ascii="Aptos" w:hAnsi="Aptos"/>
                <w:b/>
                <w:bCs/>
                <w:lang w:val="nl-NL"/>
              </w:rPr>
              <w:t>Activity</w:t>
            </w:r>
          </w:p>
        </w:tc>
        <w:tc>
          <w:tcPr>
            <w:tcW w:w="0" w:type="auto"/>
            <w:vAlign w:val="center"/>
            <w:hideMark/>
          </w:tcPr>
          <w:p w14:paraId="3EAEA898" w14:textId="77777777" w:rsidR="00E012D2" w:rsidRPr="00E012D2" w:rsidRDefault="00E012D2" w:rsidP="00E012D2">
            <w:pPr>
              <w:rPr>
                <w:rFonts w:ascii="Aptos" w:hAnsi="Aptos"/>
                <w:b/>
                <w:bCs/>
                <w:lang w:val="nl-NL"/>
              </w:rPr>
            </w:pPr>
            <w:r w:rsidRPr="00E012D2">
              <w:rPr>
                <w:rFonts w:ascii="Aptos" w:hAnsi="Aptos"/>
                <w:b/>
                <w:bCs/>
                <w:lang w:val="nl-NL"/>
              </w:rPr>
              <w:t>Learning goal</w:t>
            </w:r>
          </w:p>
        </w:tc>
      </w:tr>
      <w:tr w:rsidR="00E012D2" w:rsidRPr="00E012D2" w14:paraId="4EA47C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AE8F02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t xml:space="preserve">Analyse a case </w:t>
            </w:r>
            <w:proofErr w:type="spellStart"/>
            <w:r w:rsidRPr="00E012D2">
              <w:rPr>
                <w:rFonts w:ascii="Aptos" w:hAnsi="Aptos"/>
                <w:lang w:val="nl-NL"/>
              </w:rPr>
              <w:t>study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B11CA3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Analytical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thinking</w:t>
            </w:r>
          </w:p>
        </w:tc>
      </w:tr>
      <w:tr w:rsidR="00E012D2" w:rsidRPr="00E012D2" w14:paraId="619603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37A23E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Compare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two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viewpoints</w:t>
            </w:r>
          </w:p>
        </w:tc>
        <w:tc>
          <w:tcPr>
            <w:tcW w:w="0" w:type="auto"/>
            <w:vAlign w:val="center"/>
            <w:hideMark/>
          </w:tcPr>
          <w:p w14:paraId="4C57DBBF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t>Evaluation</w:t>
            </w:r>
          </w:p>
        </w:tc>
      </w:tr>
      <w:tr w:rsidR="00E012D2" w:rsidRPr="00E012D2" w14:paraId="175DB7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5D368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Evaluate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online sources</w:t>
            </w:r>
          </w:p>
        </w:tc>
        <w:tc>
          <w:tcPr>
            <w:tcW w:w="0" w:type="auto"/>
            <w:vAlign w:val="center"/>
            <w:hideMark/>
          </w:tcPr>
          <w:p w14:paraId="218C1DBE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t xml:space="preserve">Digital </w:t>
            </w:r>
            <w:proofErr w:type="spellStart"/>
            <w:r w:rsidRPr="00E012D2">
              <w:rPr>
                <w:rFonts w:ascii="Aptos" w:hAnsi="Aptos"/>
                <w:lang w:val="nl-NL"/>
              </w:rPr>
              <w:t>literacy</w:t>
            </w:r>
            <w:proofErr w:type="spellEnd"/>
          </w:p>
        </w:tc>
      </w:tr>
      <w:tr w:rsidR="00E012D2" w:rsidRPr="00E012D2" w14:paraId="61DCAB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47FE55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Summarise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an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article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F4A7F8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t xml:space="preserve">Reading </w:t>
            </w:r>
            <w:proofErr w:type="spellStart"/>
            <w:r w:rsidRPr="00E012D2">
              <w:rPr>
                <w:rFonts w:ascii="Aptos" w:hAnsi="Aptos"/>
                <w:lang w:val="nl-NL"/>
              </w:rPr>
              <w:t>comprehension</w:t>
            </w:r>
            <w:proofErr w:type="spellEnd"/>
          </w:p>
        </w:tc>
      </w:tr>
      <w:tr w:rsidR="00E012D2" w:rsidRPr="00E012D2" w14:paraId="5ECF8E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AE89C7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t xml:space="preserve">Present </w:t>
            </w:r>
            <w:proofErr w:type="spellStart"/>
            <w:r w:rsidRPr="00E012D2">
              <w:rPr>
                <w:rFonts w:ascii="Aptos" w:hAnsi="Aptos"/>
                <w:lang w:val="nl-NL"/>
              </w:rPr>
              <w:t>evidence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E888A8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Argumentation</w:t>
            </w:r>
            <w:proofErr w:type="spellEnd"/>
          </w:p>
        </w:tc>
      </w:tr>
      <w:tr w:rsidR="00E012D2" w:rsidRPr="00E012D2" w14:paraId="012583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975C3C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Solve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a real-</w:t>
            </w:r>
            <w:proofErr w:type="spellStart"/>
            <w:r w:rsidRPr="00E012D2">
              <w:rPr>
                <w:rFonts w:ascii="Aptos" w:hAnsi="Aptos"/>
                <w:lang w:val="nl-NL"/>
              </w:rPr>
              <w:t>world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</w:t>
            </w:r>
            <w:proofErr w:type="spellStart"/>
            <w:r w:rsidRPr="00E012D2">
              <w:rPr>
                <w:rFonts w:ascii="Aptos" w:hAnsi="Aptos"/>
                <w:lang w:val="nl-NL"/>
              </w:rPr>
              <w:t>problem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BA60EF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t>Creative thinking</w:t>
            </w:r>
          </w:p>
        </w:tc>
      </w:tr>
      <w:tr w:rsidR="00E012D2" w:rsidRPr="00E012D2" w14:paraId="2F2518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2BBA1B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proofErr w:type="spellStart"/>
            <w:r w:rsidRPr="00E012D2">
              <w:rPr>
                <w:rFonts w:ascii="Aptos" w:hAnsi="Aptos"/>
                <w:lang w:val="nl-NL"/>
              </w:rPr>
              <w:t>Discuss</w:t>
            </w:r>
            <w:proofErr w:type="spellEnd"/>
            <w:r w:rsidRPr="00E012D2">
              <w:rPr>
                <w:rFonts w:ascii="Aptos" w:hAnsi="Aptos"/>
                <w:lang w:val="nl-NL"/>
              </w:rPr>
              <w:t xml:space="preserve"> different </w:t>
            </w:r>
            <w:proofErr w:type="spellStart"/>
            <w:r w:rsidRPr="00E012D2">
              <w:rPr>
                <w:rFonts w:ascii="Aptos" w:hAnsi="Aptos"/>
                <w:lang w:val="nl-NL"/>
              </w:rPr>
              <w:t>perspectives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8F6512" w14:textId="77777777" w:rsidR="00E012D2" w:rsidRPr="00E012D2" w:rsidRDefault="00E012D2" w:rsidP="00E012D2">
            <w:pPr>
              <w:rPr>
                <w:rFonts w:ascii="Aptos" w:hAnsi="Aptos"/>
                <w:lang w:val="nl-NL"/>
              </w:rPr>
            </w:pPr>
            <w:r w:rsidRPr="00E012D2">
              <w:rPr>
                <w:rFonts w:ascii="Aptos" w:hAnsi="Aptos"/>
                <w:lang w:val="nl-NL"/>
              </w:rPr>
              <w:t>Critical thinking</w:t>
            </w:r>
          </w:p>
        </w:tc>
      </w:tr>
    </w:tbl>
    <w:p w14:paraId="3D2BB379" w14:textId="77777777" w:rsidR="00E012D2" w:rsidRPr="00E012D2" w:rsidRDefault="00E012D2" w:rsidP="00E012D2">
      <w:pPr>
        <w:rPr>
          <w:rFonts w:ascii="Aptos" w:hAnsi="Aptos"/>
          <w:lang w:val="nl-NL"/>
        </w:rPr>
      </w:pPr>
      <w:r w:rsidRPr="00E012D2">
        <w:rPr>
          <w:rFonts w:ascii="Aptos" w:hAnsi="Aptos"/>
          <w:lang w:val="nl-NL"/>
        </w:rPr>
        <w:pict w14:anchorId="7D3C4917">
          <v:rect id="_x0000_i1158" style="width:0;height:1.5pt" o:hralign="center" o:hrstd="t" o:hr="t" fillcolor="#a0a0a0" stroked="f"/>
        </w:pict>
      </w:r>
    </w:p>
    <w:p w14:paraId="50910DC6" w14:textId="77777777" w:rsidR="00E012D2" w:rsidRPr="00E012D2" w:rsidRDefault="00E012D2" w:rsidP="00E012D2">
      <w:pPr>
        <w:rPr>
          <w:rFonts w:ascii="Aptos" w:hAnsi="Aptos"/>
          <w:b/>
          <w:bCs/>
          <w:lang w:val="nl-NL"/>
        </w:rPr>
      </w:pPr>
      <w:proofErr w:type="spellStart"/>
      <w:r w:rsidRPr="00E012D2">
        <w:rPr>
          <w:rFonts w:ascii="Aptos" w:hAnsi="Aptos"/>
          <w:b/>
          <w:bCs/>
          <w:lang w:val="nl-NL"/>
        </w:rPr>
        <w:t>Reflection</w:t>
      </w:r>
      <w:proofErr w:type="spellEnd"/>
      <w:r w:rsidRPr="00E012D2">
        <w:rPr>
          <w:rFonts w:ascii="Aptos" w:hAnsi="Aptos"/>
          <w:b/>
          <w:bCs/>
          <w:lang w:val="nl-NL"/>
        </w:rPr>
        <w:t xml:space="preserve"> &amp; </w:t>
      </w:r>
      <w:proofErr w:type="spellStart"/>
      <w:r w:rsidRPr="00E012D2">
        <w:rPr>
          <w:rFonts w:ascii="Aptos" w:hAnsi="Aptos"/>
          <w:b/>
          <w:bCs/>
          <w:lang w:val="nl-NL"/>
        </w:rPr>
        <w:t>Metacognition</w:t>
      </w:r>
      <w:proofErr w:type="spellEnd"/>
    </w:p>
    <w:p w14:paraId="67CA3ACC" w14:textId="77777777" w:rsidR="00E012D2" w:rsidRPr="00E012D2" w:rsidRDefault="00E012D2" w:rsidP="00E012D2">
      <w:pPr>
        <w:rPr>
          <w:rFonts w:ascii="Aptos" w:hAnsi="Aptos"/>
          <w:lang w:val="nl-NL"/>
        </w:rPr>
      </w:pPr>
      <w:proofErr w:type="spellStart"/>
      <w:r w:rsidRPr="00E012D2">
        <w:rPr>
          <w:rFonts w:ascii="Aptos" w:hAnsi="Aptos"/>
          <w:lang w:val="nl-NL"/>
        </w:rPr>
        <w:t>Academic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language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becomes</w:t>
      </w:r>
      <w:proofErr w:type="spellEnd"/>
      <w:r w:rsidRPr="00E012D2">
        <w:rPr>
          <w:rFonts w:ascii="Aptos" w:hAnsi="Aptos"/>
          <w:lang w:val="nl-NL"/>
        </w:rPr>
        <w:t xml:space="preserve"> more </w:t>
      </w:r>
      <w:proofErr w:type="spellStart"/>
      <w:r w:rsidRPr="00E012D2">
        <w:rPr>
          <w:rFonts w:ascii="Aptos" w:hAnsi="Aptos"/>
          <w:lang w:val="nl-NL"/>
        </w:rPr>
        <w:t>meaningful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when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students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reflect</w:t>
      </w:r>
      <w:proofErr w:type="spellEnd"/>
      <w:r w:rsidRPr="00E012D2">
        <w:rPr>
          <w:rFonts w:ascii="Aptos" w:hAnsi="Aptos"/>
          <w:lang w:val="nl-NL"/>
        </w:rPr>
        <w:t xml:space="preserve"> on </w:t>
      </w:r>
      <w:proofErr w:type="spellStart"/>
      <w:r w:rsidRPr="00E012D2">
        <w:rPr>
          <w:rFonts w:ascii="Aptos" w:hAnsi="Aptos"/>
          <w:lang w:val="nl-NL"/>
        </w:rPr>
        <w:t>their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own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learning</w:t>
      </w:r>
      <w:proofErr w:type="spellEnd"/>
      <w:r w:rsidRPr="00E012D2">
        <w:rPr>
          <w:rFonts w:ascii="Aptos" w:hAnsi="Aptos"/>
          <w:lang w:val="nl-NL"/>
        </w:rPr>
        <w:t>.</w:t>
      </w:r>
    </w:p>
    <w:p w14:paraId="543E8417" w14:textId="77777777" w:rsidR="00E012D2" w:rsidRPr="00E012D2" w:rsidRDefault="00E012D2" w:rsidP="00E012D2">
      <w:pPr>
        <w:rPr>
          <w:rFonts w:ascii="Aptos" w:hAnsi="Aptos"/>
          <w:lang w:val="nl-NL"/>
        </w:rPr>
      </w:pPr>
      <w:proofErr w:type="spellStart"/>
      <w:r w:rsidRPr="00E012D2">
        <w:rPr>
          <w:rFonts w:ascii="Aptos" w:hAnsi="Aptos"/>
          <w:lang w:val="nl-NL"/>
        </w:rPr>
        <w:t>Suggested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reflection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questions</w:t>
      </w:r>
      <w:proofErr w:type="spellEnd"/>
      <w:r w:rsidRPr="00E012D2">
        <w:rPr>
          <w:rFonts w:ascii="Aptos" w:hAnsi="Aptos"/>
          <w:lang w:val="nl-NL"/>
        </w:rPr>
        <w:t>:</w:t>
      </w:r>
    </w:p>
    <w:p w14:paraId="7D5E5A57" w14:textId="77777777" w:rsidR="00E012D2" w:rsidRPr="00E012D2" w:rsidRDefault="00E012D2" w:rsidP="00E012D2">
      <w:pPr>
        <w:numPr>
          <w:ilvl w:val="0"/>
          <w:numId w:val="33"/>
        </w:numPr>
        <w:rPr>
          <w:rFonts w:ascii="Aptos" w:hAnsi="Aptos"/>
          <w:lang w:val="nl-NL"/>
        </w:rPr>
      </w:pPr>
      <w:proofErr w:type="spellStart"/>
      <w:r w:rsidRPr="00E012D2">
        <w:rPr>
          <w:rFonts w:ascii="Aptos" w:hAnsi="Aptos"/>
          <w:lang w:val="nl-NL"/>
        </w:rPr>
        <w:t>Which</w:t>
      </w:r>
      <w:proofErr w:type="spellEnd"/>
      <w:r w:rsidRPr="00E012D2">
        <w:rPr>
          <w:rFonts w:ascii="Aptos" w:hAnsi="Aptos"/>
          <w:lang w:val="nl-NL"/>
        </w:rPr>
        <w:t xml:space="preserve"> new word was </w:t>
      </w:r>
      <w:proofErr w:type="spellStart"/>
      <w:r w:rsidRPr="00E012D2">
        <w:rPr>
          <w:rFonts w:ascii="Aptos" w:hAnsi="Aptos"/>
          <w:lang w:val="nl-NL"/>
        </w:rPr>
        <w:t>easiest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to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remember</w:t>
      </w:r>
      <w:proofErr w:type="spellEnd"/>
      <w:r w:rsidRPr="00E012D2">
        <w:rPr>
          <w:rFonts w:ascii="Aptos" w:hAnsi="Aptos"/>
          <w:lang w:val="nl-NL"/>
        </w:rPr>
        <w:t xml:space="preserve">? </w:t>
      </w:r>
    </w:p>
    <w:p w14:paraId="27BCC2B4" w14:textId="77777777" w:rsidR="00E012D2" w:rsidRPr="00E012D2" w:rsidRDefault="00E012D2" w:rsidP="00E012D2">
      <w:pPr>
        <w:numPr>
          <w:ilvl w:val="0"/>
          <w:numId w:val="33"/>
        </w:numPr>
        <w:rPr>
          <w:rFonts w:ascii="Aptos" w:hAnsi="Aptos"/>
          <w:lang w:val="nl-NL"/>
        </w:rPr>
      </w:pPr>
      <w:proofErr w:type="spellStart"/>
      <w:r w:rsidRPr="00E012D2">
        <w:rPr>
          <w:rFonts w:ascii="Aptos" w:hAnsi="Aptos"/>
          <w:lang w:val="nl-NL"/>
        </w:rPr>
        <w:t>Which</w:t>
      </w:r>
      <w:proofErr w:type="spellEnd"/>
      <w:r w:rsidRPr="00E012D2">
        <w:rPr>
          <w:rFonts w:ascii="Aptos" w:hAnsi="Aptos"/>
          <w:lang w:val="nl-NL"/>
        </w:rPr>
        <w:t xml:space="preserve"> word was most </w:t>
      </w:r>
      <w:proofErr w:type="spellStart"/>
      <w:r w:rsidRPr="00E012D2">
        <w:rPr>
          <w:rFonts w:ascii="Aptos" w:hAnsi="Aptos"/>
          <w:lang w:val="nl-NL"/>
        </w:rPr>
        <w:t>difficult</w:t>
      </w:r>
      <w:proofErr w:type="spellEnd"/>
      <w:r w:rsidRPr="00E012D2">
        <w:rPr>
          <w:rFonts w:ascii="Aptos" w:hAnsi="Aptos"/>
          <w:lang w:val="nl-NL"/>
        </w:rPr>
        <w:t xml:space="preserve">? </w:t>
      </w:r>
    </w:p>
    <w:p w14:paraId="0F863A0D" w14:textId="77777777" w:rsidR="00E012D2" w:rsidRPr="00E012D2" w:rsidRDefault="00E012D2" w:rsidP="00E012D2">
      <w:pPr>
        <w:numPr>
          <w:ilvl w:val="0"/>
          <w:numId w:val="33"/>
        </w:numPr>
        <w:rPr>
          <w:rFonts w:ascii="Aptos" w:hAnsi="Aptos"/>
          <w:lang w:val="nl-NL"/>
        </w:rPr>
      </w:pPr>
      <w:proofErr w:type="spellStart"/>
      <w:r w:rsidRPr="00E012D2">
        <w:rPr>
          <w:rFonts w:ascii="Aptos" w:hAnsi="Aptos"/>
          <w:lang w:val="nl-NL"/>
        </w:rPr>
        <w:lastRenderedPageBreak/>
        <w:t>Why</w:t>
      </w:r>
      <w:proofErr w:type="spellEnd"/>
      <w:r w:rsidRPr="00E012D2">
        <w:rPr>
          <w:rFonts w:ascii="Aptos" w:hAnsi="Aptos"/>
          <w:lang w:val="nl-NL"/>
        </w:rPr>
        <w:t xml:space="preserve">? </w:t>
      </w:r>
    </w:p>
    <w:p w14:paraId="2B6DC337" w14:textId="77777777" w:rsidR="00E012D2" w:rsidRPr="00E012D2" w:rsidRDefault="00E012D2" w:rsidP="00E012D2">
      <w:pPr>
        <w:numPr>
          <w:ilvl w:val="0"/>
          <w:numId w:val="33"/>
        </w:numPr>
        <w:rPr>
          <w:rFonts w:ascii="Aptos" w:hAnsi="Aptos"/>
          <w:lang w:val="nl-NL"/>
        </w:rPr>
      </w:pPr>
      <w:proofErr w:type="spellStart"/>
      <w:r w:rsidRPr="00E012D2">
        <w:rPr>
          <w:rFonts w:ascii="Aptos" w:hAnsi="Aptos"/>
          <w:lang w:val="nl-NL"/>
        </w:rPr>
        <w:t>Where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could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you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use</w:t>
      </w:r>
      <w:proofErr w:type="spellEnd"/>
      <w:r w:rsidRPr="00E012D2">
        <w:rPr>
          <w:rFonts w:ascii="Aptos" w:hAnsi="Aptos"/>
          <w:lang w:val="nl-NL"/>
        </w:rPr>
        <w:t xml:space="preserve"> these </w:t>
      </w:r>
      <w:proofErr w:type="spellStart"/>
      <w:r w:rsidRPr="00E012D2">
        <w:rPr>
          <w:rFonts w:ascii="Aptos" w:hAnsi="Aptos"/>
          <w:lang w:val="nl-NL"/>
        </w:rPr>
        <w:t>words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outside</w:t>
      </w:r>
      <w:proofErr w:type="spellEnd"/>
      <w:r w:rsidRPr="00E012D2">
        <w:rPr>
          <w:rFonts w:ascii="Aptos" w:hAnsi="Aptos"/>
          <w:lang w:val="nl-NL"/>
        </w:rPr>
        <w:t xml:space="preserve"> school? </w:t>
      </w:r>
    </w:p>
    <w:p w14:paraId="2CE6DB31" w14:textId="77777777" w:rsidR="00E012D2" w:rsidRPr="00E012D2" w:rsidRDefault="00E012D2" w:rsidP="00E012D2">
      <w:pPr>
        <w:numPr>
          <w:ilvl w:val="0"/>
          <w:numId w:val="33"/>
        </w:numPr>
        <w:rPr>
          <w:rFonts w:ascii="Aptos" w:hAnsi="Aptos"/>
          <w:lang w:val="nl-NL"/>
        </w:rPr>
      </w:pPr>
      <w:proofErr w:type="spellStart"/>
      <w:r w:rsidRPr="00E012D2">
        <w:rPr>
          <w:rFonts w:ascii="Aptos" w:hAnsi="Aptos"/>
          <w:lang w:val="nl-NL"/>
        </w:rPr>
        <w:t>Which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learning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strategy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worked</w:t>
      </w:r>
      <w:proofErr w:type="spellEnd"/>
      <w:r w:rsidRPr="00E012D2">
        <w:rPr>
          <w:rFonts w:ascii="Aptos" w:hAnsi="Aptos"/>
          <w:lang w:val="nl-NL"/>
        </w:rPr>
        <w:t xml:space="preserve"> best </w:t>
      </w:r>
      <w:proofErr w:type="spellStart"/>
      <w:r w:rsidRPr="00E012D2">
        <w:rPr>
          <w:rFonts w:ascii="Aptos" w:hAnsi="Aptos"/>
          <w:lang w:val="nl-NL"/>
        </w:rPr>
        <w:t>for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you</w:t>
      </w:r>
      <w:proofErr w:type="spellEnd"/>
      <w:r w:rsidRPr="00E012D2">
        <w:rPr>
          <w:rFonts w:ascii="Aptos" w:hAnsi="Aptos"/>
          <w:lang w:val="nl-NL"/>
        </w:rPr>
        <w:t xml:space="preserve">? </w:t>
      </w:r>
    </w:p>
    <w:p w14:paraId="2F73A1D8" w14:textId="77777777" w:rsidR="00E012D2" w:rsidRPr="00E012D2" w:rsidRDefault="00E012D2" w:rsidP="00E012D2">
      <w:pPr>
        <w:numPr>
          <w:ilvl w:val="0"/>
          <w:numId w:val="33"/>
        </w:numPr>
        <w:rPr>
          <w:rFonts w:ascii="Aptos" w:hAnsi="Aptos"/>
          <w:lang w:val="nl-NL"/>
        </w:rPr>
      </w:pPr>
      <w:proofErr w:type="spellStart"/>
      <w:r w:rsidRPr="00E012D2">
        <w:rPr>
          <w:rFonts w:ascii="Aptos" w:hAnsi="Aptos"/>
          <w:lang w:val="nl-NL"/>
        </w:rPr>
        <w:t>Which</w:t>
      </w:r>
      <w:proofErr w:type="spellEnd"/>
      <w:r w:rsidRPr="00E012D2">
        <w:rPr>
          <w:rFonts w:ascii="Aptos" w:hAnsi="Aptos"/>
          <w:lang w:val="nl-NL"/>
        </w:rPr>
        <w:t xml:space="preserve"> word </w:t>
      </w:r>
      <w:proofErr w:type="spellStart"/>
      <w:r w:rsidRPr="00E012D2">
        <w:rPr>
          <w:rFonts w:ascii="Aptos" w:hAnsi="Aptos"/>
          <w:lang w:val="nl-NL"/>
        </w:rPr>
        <w:t>will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you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try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to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use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this</w:t>
      </w:r>
      <w:proofErr w:type="spellEnd"/>
      <w:r w:rsidRPr="00E012D2">
        <w:rPr>
          <w:rFonts w:ascii="Aptos" w:hAnsi="Aptos"/>
          <w:lang w:val="nl-NL"/>
        </w:rPr>
        <w:t xml:space="preserve"> week? </w:t>
      </w:r>
    </w:p>
    <w:p w14:paraId="0214BA68" w14:textId="77777777" w:rsidR="00E012D2" w:rsidRPr="00E012D2" w:rsidRDefault="00E012D2" w:rsidP="00E012D2">
      <w:pPr>
        <w:rPr>
          <w:rFonts w:ascii="Aptos" w:hAnsi="Aptos"/>
          <w:lang w:val="nl-NL"/>
        </w:rPr>
      </w:pPr>
      <w:proofErr w:type="spellStart"/>
      <w:r w:rsidRPr="00E012D2">
        <w:rPr>
          <w:rFonts w:ascii="Aptos" w:hAnsi="Aptos"/>
          <w:lang w:val="nl-NL"/>
        </w:rPr>
        <w:t>Reflection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encourages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students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to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become</w:t>
      </w:r>
      <w:proofErr w:type="spellEnd"/>
      <w:r w:rsidRPr="00E012D2">
        <w:rPr>
          <w:rFonts w:ascii="Aptos" w:hAnsi="Aptos"/>
          <w:lang w:val="nl-NL"/>
        </w:rPr>
        <w:t xml:space="preserve"> more </w:t>
      </w:r>
      <w:proofErr w:type="spellStart"/>
      <w:r w:rsidRPr="00E012D2">
        <w:rPr>
          <w:rFonts w:ascii="Aptos" w:hAnsi="Aptos"/>
          <w:lang w:val="nl-NL"/>
        </w:rPr>
        <w:t>aware</w:t>
      </w:r>
      <w:proofErr w:type="spellEnd"/>
      <w:r w:rsidRPr="00E012D2">
        <w:rPr>
          <w:rFonts w:ascii="Aptos" w:hAnsi="Aptos"/>
          <w:lang w:val="nl-NL"/>
        </w:rPr>
        <w:t xml:space="preserve"> of </w:t>
      </w:r>
      <w:proofErr w:type="spellStart"/>
      <w:r w:rsidRPr="00E012D2">
        <w:rPr>
          <w:rFonts w:ascii="Aptos" w:hAnsi="Aptos"/>
          <w:lang w:val="nl-NL"/>
        </w:rPr>
        <w:t>how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they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learn</w:t>
      </w:r>
      <w:proofErr w:type="spellEnd"/>
      <w:r w:rsidRPr="00E012D2">
        <w:rPr>
          <w:rFonts w:ascii="Aptos" w:hAnsi="Aptos"/>
          <w:lang w:val="nl-NL"/>
        </w:rPr>
        <w:t xml:space="preserve"> new </w:t>
      </w:r>
      <w:proofErr w:type="spellStart"/>
      <w:r w:rsidRPr="00E012D2">
        <w:rPr>
          <w:rFonts w:ascii="Aptos" w:hAnsi="Aptos"/>
          <w:lang w:val="nl-NL"/>
        </w:rPr>
        <w:t>vocabulary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and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how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academic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language</w:t>
      </w:r>
      <w:proofErr w:type="spellEnd"/>
      <w:r w:rsidRPr="00E012D2">
        <w:rPr>
          <w:rFonts w:ascii="Aptos" w:hAnsi="Aptos"/>
          <w:lang w:val="nl-NL"/>
        </w:rPr>
        <w:t xml:space="preserve"> supports </w:t>
      </w:r>
      <w:proofErr w:type="spellStart"/>
      <w:r w:rsidRPr="00E012D2">
        <w:rPr>
          <w:rFonts w:ascii="Aptos" w:hAnsi="Aptos"/>
          <w:lang w:val="nl-NL"/>
        </w:rPr>
        <w:t>learning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across</w:t>
      </w:r>
      <w:proofErr w:type="spellEnd"/>
      <w:r w:rsidRPr="00E012D2">
        <w:rPr>
          <w:rFonts w:ascii="Aptos" w:hAnsi="Aptos"/>
          <w:lang w:val="nl-NL"/>
        </w:rPr>
        <w:t xml:space="preserve"> subjects. </w:t>
      </w:r>
    </w:p>
    <w:p w14:paraId="703FE093" w14:textId="77777777" w:rsidR="00E012D2" w:rsidRPr="00E012D2" w:rsidRDefault="00E012D2" w:rsidP="00E012D2">
      <w:pPr>
        <w:rPr>
          <w:rFonts w:ascii="Aptos" w:hAnsi="Aptos"/>
          <w:lang w:val="nl-NL"/>
        </w:rPr>
      </w:pPr>
      <w:r w:rsidRPr="00E012D2">
        <w:rPr>
          <w:rFonts w:ascii="Aptos" w:hAnsi="Aptos"/>
          <w:lang w:val="nl-NL"/>
        </w:rPr>
        <w:pict w14:anchorId="0CCCF0D1">
          <v:rect id="_x0000_i1159" style="width:0;height:1.5pt" o:hralign="center" o:hrstd="t" o:hr="t" fillcolor="#a0a0a0" stroked="f"/>
        </w:pict>
      </w:r>
    </w:p>
    <w:p w14:paraId="5D975B78" w14:textId="77777777" w:rsidR="00E012D2" w:rsidRPr="00E012D2" w:rsidRDefault="00E012D2" w:rsidP="00E012D2">
      <w:pPr>
        <w:rPr>
          <w:rFonts w:ascii="Aptos" w:hAnsi="Aptos"/>
          <w:b/>
          <w:bCs/>
          <w:lang w:val="nl-NL"/>
        </w:rPr>
      </w:pPr>
      <w:proofErr w:type="spellStart"/>
      <w:r w:rsidRPr="00E012D2">
        <w:rPr>
          <w:rFonts w:ascii="Aptos" w:hAnsi="Aptos"/>
          <w:b/>
          <w:bCs/>
          <w:lang w:val="nl-NL"/>
        </w:rPr>
        <w:t>Differentiation</w:t>
      </w:r>
      <w:proofErr w:type="spellEnd"/>
    </w:p>
    <w:p w14:paraId="129CE2F0" w14:textId="77777777" w:rsidR="00E012D2" w:rsidRPr="00E012D2" w:rsidRDefault="00E012D2" w:rsidP="00E012D2">
      <w:pPr>
        <w:rPr>
          <w:rFonts w:ascii="Aptos" w:hAnsi="Aptos"/>
          <w:lang w:val="nl-NL"/>
        </w:rPr>
      </w:pPr>
      <w:proofErr w:type="spellStart"/>
      <w:r w:rsidRPr="00E012D2">
        <w:rPr>
          <w:rFonts w:ascii="Aptos" w:hAnsi="Aptos"/>
          <w:lang w:val="nl-NL"/>
        </w:rPr>
        <w:t>Students</w:t>
      </w:r>
      <w:proofErr w:type="spellEnd"/>
      <w:r w:rsidRPr="00E012D2">
        <w:rPr>
          <w:rFonts w:ascii="Aptos" w:hAnsi="Aptos"/>
          <w:lang w:val="nl-NL"/>
        </w:rPr>
        <w:t xml:space="preserve"> enter school </w:t>
      </w:r>
      <w:proofErr w:type="spellStart"/>
      <w:r w:rsidRPr="00E012D2">
        <w:rPr>
          <w:rFonts w:ascii="Aptos" w:hAnsi="Aptos"/>
          <w:lang w:val="nl-NL"/>
        </w:rPr>
        <w:t>with</w:t>
      </w:r>
      <w:proofErr w:type="spellEnd"/>
      <w:r w:rsidRPr="00E012D2">
        <w:rPr>
          <w:rFonts w:ascii="Aptos" w:hAnsi="Aptos"/>
          <w:lang w:val="nl-NL"/>
        </w:rPr>
        <w:t xml:space="preserve"> different levels of exposure </w:t>
      </w:r>
      <w:proofErr w:type="spellStart"/>
      <w:r w:rsidRPr="00E012D2">
        <w:rPr>
          <w:rFonts w:ascii="Aptos" w:hAnsi="Aptos"/>
          <w:lang w:val="nl-NL"/>
        </w:rPr>
        <w:t>to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academic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language</w:t>
      </w:r>
      <w:proofErr w:type="spellEnd"/>
      <w:r w:rsidRPr="00E012D2">
        <w:rPr>
          <w:rFonts w:ascii="Aptos" w:hAnsi="Aptos"/>
          <w:lang w:val="nl-NL"/>
        </w:rPr>
        <w:t xml:space="preserve">. </w:t>
      </w:r>
      <w:proofErr w:type="spellStart"/>
      <w:r w:rsidRPr="00E012D2">
        <w:rPr>
          <w:rFonts w:ascii="Aptos" w:hAnsi="Aptos"/>
          <w:lang w:val="nl-NL"/>
        </w:rPr>
        <w:t>Therefore</w:t>
      </w:r>
      <w:proofErr w:type="spellEnd"/>
      <w:r w:rsidRPr="00E012D2">
        <w:rPr>
          <w:rFonts w:ascii="Aptos" w:hAnsi="Aptos"/>
          <w:lang w:val="nl-NL"/>
        </w:rPr>
        <w:t xml:space="preserve">, </w:t>
      </w:r>
      <w:proofErr w:type="spellStart"/>
      <w:r w:rsidRPr="00E012D2">
        <w:rPr>
          <w:rFonts w:ascii="Aptos" w:hAnsi="Aptos"/>
          <w:lang w:val="nl-NL"/>
        </w:rPr>
        <w:t>the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Academic</w:t>
      </w:r>
      <w:proofErr w:type="spellEnd"/>
      <w:r w:rsidRPr="00E012D2">
        <w:rPr>
          <w:rFonts w:ascii="Aptos" w:hAnsi="Aptos"/>
          <w:lang w:val="nl-NL"/>
        </w:rPr>
        <w:t xml:space="preserve"> Language </w:t>
      </w:r>
      <w:proofErr w:type="spellStart"/>
      <w:r w:rsidRPr="00E012D2">
        <w:rPr>
          <w:rFonts w:ascii="Aptos" w:hAnsi="Aptos"/>
          <w:lang w:val="nl-NL"/>
        </w:rPr>
        <w:t>Programme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encourages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differentiated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instruction</w:t>
      </w:r>
      <w:proofErr w:type="spellEnd"/>
      <w:r w:rsidRPr="00E012D2">
        <w:rPr>
          <w:rFonts w:ascii="Aptos" w:hAnsi="Aptos"/>
          <w:lang w:val="nl-NL"/>
        </w:rPr>
        <w:t>.</w:t>
      </w:r>
    </w:p>
    <w:p w14:paraId="27BACA96" w14:textId="77777777" w:rsidR="00E012D2" w:rsidRPr="00E012D2" w:rsidRDefault="00E012D2" w:rsidP="00E012D2">
      <w:pPr>
        <w:rPr>
          <w:rFonts w:ascii="Aptos" w:hAnsi="Aptos"/>
          <w:lang w:val="nl-NL"/>
        </w:rPr>
      </w:pPr>
      <w:proofErr w:type="spellStart"/>
      <w:r w:rsidRPr="00E012D2">
        <w:rPr>
          <w:rFonts w:ascii="Aptos" w:hAnsi="Aptos"/>
          <w:lang w:val="nl-NL"/>
        </w:rPr>
        <w:t>Some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ideas</w:t>
      </w:r>
      <w:proofErr w:type="spellEnd"/>
      <w:r w:rsidRPr="00E012D2">
        <w:rPr>
          <w:rFonts w:ascii="Aptos" w:hAnsi="Aptos"/>
          <w:lang w:val="nl-NL"/>
        </w:rPr>
        <w:t>:</w:t>
      </w:r>
    </w:p>
    <w:p w14:paraId="43FA9537" w14:textId="77777777" w:rsidR="00E012D2" w:rsidRPr="00E012D2" w:rsidRDefault="00E012D2" w:rsidP="00E012D2">
      <w:pPr>
        <w:rPr>
          <w:rFonts w:ascii="Aptos" w:hAnsi="Aptos"/>
          <w:b/>
          <w:bCs/>
          <w:lang w:val="nl-NL"/>
        </w:rPr>
      </w:pPr>
      <w:proofErr w:type="spellStart"/>
      <w:r w:rsidRPr="00E012D2">
        <w:rPr>
          <w:rFonts w:ascii="Aptos" w:hAnsi="Aptos"/>
          <w:b/>
          <w:bCs/>
          <w:lang w:val="nl-NL"/>
        </w:rPr>
        <w:t>Students</w:t>
      </w:r>
      <w:proofErr w:type="spellEnd"/>
      <w:r w:rsidRPr="00E012D2">
        <w:rPr>
          <w:rFonts w:ascii="Aptos" w:hAnsi="Aptos"/>
          <w:b/>
          <w:bCs/>
          <w:lang w:val="nl-NL"/>
        </w:rPr>
        <w:t xml:space="preserve"> </w:t>
      </w:r>
      <w:proofErr w:type="spellStart"/>
      <w:r w:rsidRPr="00E012D2">
        <w:rPr>
          <w:rFonts w:ascii="Aptos" w:hAnsi="Aptos"/>
          <w:b/>
          <w:bCs/>
          <w:lang w:val="nl-NL"/>
        </w:rPr>
        <w:t>needing</w:t>
      </w:r>
      <w:proofErr w:type="spellEnd"/>
      <w:r w:rsidRPr="00E012D2">
        <w:rPr>
          <w:rFonts w:ascii="Aptos" w:hAnsi="Aptos"/>
          <w:b/>
          <w:bCs/>
          <w:lang w:val="nl-NL"/>
        </w:rPr>
        <w:t xml:space="preserve"> more support</w:t>
      </w:r>
    </w:p>
    <w:p w14:paraId="7F3B25B6" w14:textId="77777777" w:rsidR="00E012D2" w:rsidRPr="00E012D2" w:rsidRDefault="00E012D2" w:rsidP="00E012D2">
      <w:pPr>
        <w:numPr>
          <w:ilvl w:val="0"/>
          <w:numId w:val="34"/>
        </w:numPr>
        <w:rPr>
          <w:rFonts w:ascii="Aptos" w:hAnsi="Aptos"/>
          <w:lang w:val="nl-NL"/>
        </w:rPr>
      </w:pPr>
      <w:r w:rsidRPr="00E012D2">
        <w:rPr>
          <w:rFonts w:ascii="Aptos" w:hAnsi="Aptos"/>
          <w:lang w:val="nl-NL"/>
        </w:rPr>
        <w:t xml:space="preserve">picture cards </w:t>
      </w:r>
    </w:p>
    <w:p w14:paraId="1B22A2F1" w14:textId="77777777" w:rsidR="00E012D2" w:rsidRPr="00E012D2" w:rsidRDefault="00E012D2" w:rsidP="00E012D2">
      <w:pPr>
        <w:numPr>
          <w:ilvl w:val="0"/>
          <w:numId w:val="34"/>
        </w:numPr>
        <w:rPr>
          <w:rFonts w:ascii="Aptos" w:hAnsi="Aptos"/>
          <w:lang w:val="nl-NL"/>
        </w:rPr>
      </w:pPr>
      <w:r w:rsidRPr="00E012D2">
        <w:rPr>
          <w:rFonts w:ascii="Aptos" w:hAnsi="Aptos"/>
          <w:lang w:val="nl-NL"/>
        </w:rPr>
        <w:t xml:space="preserve">matching </w:t>
      </w:r>
      <w:proofErr w:type="spellStart"/>
      <w:r w:rsidRPr="00E012D2">
        <w:rPr>
          <w:rFonts w:ascii="Aptos" w:hAnsi="Aptos"/>
          <w:lang w:val="nl-NL"/>
        </w:rPr>
        <w:t>activities</w:t>
      </w:r>
      <w:proofErr w:type="spellEnd"/>
      <w:r w:rsidRPr="00E012D2">
        <w:rPr>
          <w:rFonts w:ascii="Aptos" w:hAnsi="Aptos"/>
          <w:lang w:val="nl-NL"/>
        </w:rPr>
        <w:t xml:space="preserve"> </w:t>
      </w:r>
    </w:p>
    <w:p w14:paraId="1AD1B9B7" w14:textId="77777777" w:rsidR="00E012D2" w:rsidRPr="00E012D2" w:rsidRDefault="00E012D2" w:rsidP="00E012D2">
      <w:pPr>
        <w:numPr>
          <w:ilvl w:val="0"/>
          <w:numId w:val="34"/>
        </w:numPr>
        <w:rPr>
          <w:rFonts w:ascii="Aptos" w:hAnsi="Aptos"/>
          <w:lang w:val="nl-NL"/>
        </w:rPr>
      </w:pPr>
      <w:proofErr w:type="spellStart"/>
      <w:r w:rsidRPr="00E012D2">
        <w:rPr>
          <w:rFonts w:ascii="Aptos" w:hAnsi="Aptos"/>
          <w:lang w:val="nl-NL"/>
        </w:rPr>
        <w:t>visualisation</w:t>
      </w:r>
      <w:proofErr w:type="spellEnd"/>
      <w:r w:rsidRPr="00E012D2">
        <w:rPr>
          <w:rFonts w:ascii="Aptos" w:hAnsi="Aptos"/>
          <w:lang w:val="nl-NL"/>
        </w:rPr>
        <w:t xml:space="preserve"> </w:t>
      </w:r>
    </w:p>
    <w:p w14:paraId="7ACE63DD" w14:textId="77777777" w:rsidR="00E012D2" w:rsidRPr="00E012D2" w:rsidRDefault="00E012D2" w:rsidP="00E012D2">
      <w:pPr>
        <w:numPr>
          <w:ilvl w:val="0"/>
          <w:numId w:val="34"/>
        </w:numPr>
        <w:rPr>
          <w:rFonts w:ascii="Aptos" w:hAnsi="Aptos"/>
          <w:lang w:val="nl-NL"/>
        </w:rPr>
      </w:pPr>
      <w:proofErr w:type="spellStart"/>
      <w:r w:rsidRPr="00E012D2">
        <w:rPr>
          <w:rFonts w:ascii="Aptos" w:hAnsi="Aptos"/>
          <w:lang w:val="nl-NL"/>
        </w:rPr>
        <w:t>sentence</w:t>
      </w:r>
      <w:proofErr w:type="spellEnd"/>
      <w:r w:rsidRPr="00E012D2">
        <w:rPr>
          <w:rFonts w:ascii="Aptos" w:hAnsi="Aptos"/>
          <w:lang w:val="nl-NL"/>
        </w:rPr>
        <w:t xml:space="preserve"> starters </w:t>
      </w:r>
    </w:p>
    <w:p w14:paraId="5ADA12F0" w14:textId="77777777" w:rsidR="00E012D2" w:rsidRPr="00E012D2" w:rsidRDefault="00E012D2" w:rsidP="00E012D2">
      <w:pPr>
        <w:numPr>
          <w:ilvl w:val="0"/>
          <w:numId w:val="34"/>
        </w:numPr>
        <w:rPr>
          <w:rFonts w:ascii="Aptos" w:hAnsi="Aptos"/>
          <w:lang w:val="nl-NL"/>
        </w:rPr>
      </w:pPr>
      <w:proofErr w:type="spellStart"/>
      <w:r w:rsidRPr="00E012D2">
        <w:rPr>
          <w:rFonts w:ascii="Aptos" w:hAnsi="Aptos"/>
          <w:lang w:val="nl-NL"/>
        </w:rPr>
        <w:t>collaborative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tasks</w:t>
      </w:r>
      <w:proofErr w:type="spellEnd"/>
      <w:r w:rsidRPr="00E012D2">
        <w:rPr>
          <w:rFonts w:ascii="Aptos" w:hAnsi="Aptos"/>
          <w:lang w:val="nl-NL"/>
        </w:rPr>
        <w:t xml:space="preserve"> </w:t>
      </w:r>
    </w:p>
    <w:p w14:paraId="7B15728D" w14:textId="77777777" w:rsidR="00E012D2" w:rsidRPr="00E012D2" w:rsidRDefault="00E012D2" w:rsidP="00E012D2">
      <w:pPr>
        <w:rPr>
          <w:rFonts w:ascii="Aptos" w:hAnsi="Aptos"/>
          <w:b/>
          <w:bCs/>
          <w:lang w:val="nl-NL"/>
        </w:rPr>
      </w:pPr>
      <w:proofErr w:type="spellStart"/>
      <w:r w:rsidRPr="00E012D2">
        <w:rPr>
          <w:rFonts w:ascii="Aptos" w:hAnsi="Aptos"/>
          <w:b/>
          <w:bCs/>
          <w:lang w:val="nl-NL"/>
        </w:rPr>
        <w:t>Students</w:t>
      </w:r>
      <w:proofErr w:type="spellEnd"/>
      <w:r w:rsidRPr="00E012D2">
        <w:rPr>
          <w:rFonts w:ascii="Aptos" w:hAnsi="Aptos"/>
          <w:b/>
          <w:bCs/>
          <w:lang w:val="nl-NL"/>
        </w:rPr>
        <w:t xml:space="preserve"> ready </w:t>
      </w:r>
      <w:proofErr w:type="spellStart"/>
      <w:r w:rsidRPr="00E012D2">
        <w:rPr>
          <w:rFonts w:ascii="Aptos" w:hAnsi="Aptos"/>
          <w:b/>
          <w:bCs/>
          <w:lang w:val="nl-NL"/>
        </w:rPr>
        <w:t>for</w:t>
      </w:r>
      <w:proofErr w:type="spellEnd"/>
      <w:r w:rsidRPr="00E012D2">
        <w:rPr>
          <w:rFonts w:ascii="Aptos" w:hAnsi="Aptos"/>
          <w:b/>
          <w:bCs/>
          <w:lang w:val="nl-NL"/>
        </w:rPr>
        <w:t xml:space="preserve"> </w:t>
      </w:r>
      <w:proofErr w:type="spellStart"/>
      <w:r w:rsidRPr="00E012D2">
        <w:rPr>
          <w:rFonts w:ascii="Aptos" w:hAnsi="Aptos"/>
          <w:b/>
          <w:bCs/>
          <w:lang w:val="nl-NL"/>
        </w:rPr>
        <w:t>additional</w:t>
      </w:r>
      <w:proofErr w:type="spellEnd"/>
      <w:r w:rsidRPr="00E012D2">
        <w:rPr>
          <w:rFonts w:ascii="Aptos" w:hAnsi="Aptos"/>
          <w:b/>
          <w:bCs/>
          <w:lang w:val="nl-NL"/>
        </w:rPr>
        <w:t xml:space="preserve"> </w:t>
      </w:r>
      <w:proofErr w:type="spellStart"/>
      <w:r w:rsidRPr="00E012D2">
        <w:rPr>
          <w:rFonts w:ascii="Aptos" w:hAnsi="Aptos"/>
          <w:b/>
          <w:bCs/>
          <w:lang w:val="nl-NL"/>
        </w:rPr>
        <w:t>challenge</w:t>
      </w:r>
      <w:proofErr w:type="spellEnd"/>
    </w:p>
    <w:p w14:paraId="00D8849C" w14:textId="77777777" w:rsidR="00E012D2" w:rsidRPr="00E012D2" w:rsidRDefault="00E012D2" w:rsidP="00E012D2">
      <w:pPr>
        <w:numPr>
          <w:ilvl w:val="0"/>
          <w:numId w:val="35"/>
        </w:numPr>
        <w:rPr>
          <w:rFonts w:ascii="Aptos" w:hAnsi="Aptos"/>
          <w:lang w:val="nl-NL"/>
        </w:rPr>
      </w:pPr>
      <w:proofErr w:type="spellStart"/>
      <w:r w:rsidRPr="00E012D2">
        <w:rPr>
          <w:rFonts w:ascii="Aptos" w:hAnsi="Aptos"/>
          <w:lang w:val="nl-NL"/>
        </w:rPr>
        <w:t>debates</w:t>
      </w:r>
      <w:proofErr w:type="spellEnd"/>
      <w:r w:rsidRPr="00E012D2">
        <w:rPr>
          <w:rFonts w:ascii="Aptos" w:hAnsi="Aptos"/>
          <w:lang w:val="nl-NL"/>
        </w:rPr>
        <w:t xml:space="preserve"> </w:t>
      </w:r>
    </w:p>
    <w:p w14:paraId="0D64120B" w14:textId="77777777" w:rsidR="00E012D2" w:rsidRPr="00E012D2" w:rsidRDefault="00E012D2" w:rsidP="00E012D2">
      <w:pPr>
        <w:numPr>
          <w:ilvl w:val="0"/>
          <w:numId w:val="35"/>
        </w:numPr>
        <w:rPr>
          <w:rFonts w:ascii="Aptos" w:hAnsi="Aptos"/>
          <w:lang w:val="nl-NL"/>
        </w:rPr>
      </w:pPr>
      <w:proofErr w:type="spellStart"/>
      <w:r w:rsidRPr="00E012D2">
        <w:rPr>
          <w:rFonts w:ascii="Aptos" w:hAnsi="Aptos"/>
          <w:lang w:val="nl-NL"/>
        </w:rPr>
        <w:t>presentations</w:t>
      </w:r>
      <w:proofErr w:type="spellEnd"/>
      <w:r w:rsidRPr="00E012D2">
        <w:rPr>
          <w:rFonts w:ascii="Aptos" w:hAnsi="Aptos"/>
          <w:lang w:val="nl-NL"/>
        </w:rPr>
        <w:t xml:space="preserve"> </w:t>
      </w:r>
    </w:p>
    <w:p w14:paraId="5314DA68" w14:textId="77777777" w:rsidR="00E012D2" w:rsidRPr="00E012D2" w:rsidRDefault="00E012D2" w:rsidP="00E012D2">
      <w:pPr>
        <w:numPr>
          <w:ilvl w:val="0"/>
          <w:numId w:val="35"/>
        </w:numPr>
        <w:rPr>
          <w:rFonts w:ascii="Aptos" w:hAnsi="Aptos"/>
          <w:lang w:val="nl-NL"/>
        </w:rPr>
      </w:pPr>
      <w:proofErr w:type="spellStart"/>
      <w:r w:rsidRPr="00E012D2">
        <w:rPr>
          <w:rFonts w:ascii="Aptos" w:hAnsi="Aptos"/>
          <w:lang w:val="nl-NL"/>
        </w:rPr>
        <w:t>analysing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authentic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texts</w:t>
      </w:r>
      <w:proofErr w:type="spellEnd"/>
      <w:r w:rsidRPr="00E012D2">
        <w:rPr>
          <w:rFonts w:ascii="Aptos" w:hAnsi="Aptos"/>
          <w:lang w:val="nl-NL"/>
        </w:rPr>
        <w:t xml:space="preserve"> </w:t>
      </w:r>
    </w:p>
    <w:p w14:paraId="620BA5C7" w14:textId="77777777" w:rsidR="00E012D2" w:rsidRPr="00E012D2" w:rsidRDefault="00E012D2" w:rsidP="00E012D2">
      <w:pPr>
        <w:numPr>
          <w:ilvl w:val="0"/>
          <w:numId w:val="35"/>
        </w:numPr>
        <w:rPr>
          <w:rFonts w:ascii="Aptos" w:hAnsi="Aptos"/>
          <w:lang w:val="nl-NL"/>
        </w:rPr>
      </w:pPr>
      <w:proofErr w:type="spellStart"/>
      <w:r w:rsidRPr="00E012D2">
        <w:rPr>
          <w:rFonts w:ascii="Aptos" w:hAnsi="Aptos"/>
          <w:lang w:val="nl-NL"/>
        </w:rPr>
        <w:t>writing</w:t>
      </w:r>
      <w:proofErr w:type="spellEnd"/>
      <w:r w:rsidRPr="00E012D2">
        <w:rPr>
          <w:rFonts w:ascii="Aptos" w:hAnsi="Aptos"/>
          <w:lang w:val="nl-NL"/>
        </w:rPr>
        <w:t xml:space="preserve"> essays </w:t>
      </w:r>
    </w:p>
    <w:p w14:paraId="73E3AB4A" w14:textId="77777777" w:rsidR="00E012D2" w:rsidRPr="00E012D2" w:rsidRDefault="00E012D2" w:rsidP="00E012D2">
      <w:pPr>
        <w:numPr>
          <w:ilvl w:val="0"/>
          <w:numId w:val="35"/>
        </w:numPr>
        <w:rPr>
          <w:rFonts w:ascii="Aptos" w:hAnsi="Aptos"/>
          <w:lang w:val="nl-NL"/>
        </w:rPr>
      </w:pPr>
      <w:proofErr w:type="spellStart"/>
      <w:r w:rsidRPr="00E012D2">
        <w:rPr>
          <w:rFonts w:ascii="Aptos" w:hAnsi="Aptos"/>
          <w:lang w:val="nl-NL"/>
        </w:rPr>
        <w:t>designing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vocabulary</w:t>
      </w:r>
      <w:proofErr w:type="spellEnd"/>
      <w:r w:rsidRPr="00E012D2">
        <w:rPr>
          <w:rFonts w:ascii="Aptos" w:hAnsi="Aptos"/>
          <w:lang w:val="nl-NL"/>
        </w:rPr>
        <w:t xml:space="preserve"> games </w:t>
      </w:r>
    </w:p>
    <w:p w14:paraId="002F3A96" w14:textId="77777777" w:rsidR="00E012D2" w:rsidRPr="00E012D2" w:rsidRDefault="00E012D2" w:rsidP="00E012D2">
      <w:pPr>
        <w:numPr>
          <w:ilvl w:val="0"/>
          <w:numId w:val="35"/>
        </w:numPr>
        <w:rPr>
          <w:rFonts w:ascii="Aptos" w:hAnsi="Aptos"/>
          <w:lang w:val="nl-NL"/>
        </w:rPr>
      </w:pPr>
      <w:r w:rsidRPr="00E012D2">
        <w:rPr>
          <w:rFonts w:ascii="Aptos" w:hAnsi="Aptos"/>
          <w:lang w:val="nl-NL"/>
        </w:rPr>
        <w:lastRenderedPageBreak/>
        <w:t xml:space="preserve">teaching new </w:t>
      </w:r>
      <w:proofErr w:type="spellStart"/>
      <w:r w:rsidRPr="00E012D2">
        <w:rPr>
          <w:rFonts w:ascii="Aptos" w:hAnsi="Aptos"/>
          <w:lang w:val="nl-NL"/>
        </w:rPr>
        <w:t>words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to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classmates</w:t>
      </w:r>
      <w:proofErr w:type="spellEnd"/>
      <w:r w:rsidRPr="00E012D2">
        <w:rPr>
          <w:rFonts w:ascii="Aptos" w:hAnsi="Aptos"/>
          <w:lang w:val="nl-NL"/>
        </w:rPr>
        <w:t xml:space="preserve"> </w:t>
      </w:r>
    </w:p>
    <w:p w14:paraId="2EE733FB" w14:textId="77777777" w:rsidR="00E012D2" w:rsidRPr="00E012D2" w:rsidRDefault="00E012D2" w:rsidP="00E012D2">
      <w:pPr>
        <w:rPr>
          <w:rFonts w:ascii="Aptos" w:hAnsi="Aptos"/>
          <w:lang w:val="nl-NL"/>
        </w:rPr>
      </w:pPr>
      <w:proofErr w:type="spellStart"/>
      <w:r w:rsidRPr="00E012D2">
        <w:rPr>
          <w:rFonts w:ascii="Aptos" w:hAnsi="Aptos"/>
          <w:lang w:val="nl-NL"/>
        </w:rPr>
        <w:t>This</w:t>
      </w:r>
      <w:proofErr w:type="spellEnd"/>
      <w:r w:rsidRPr="00E012D2">
        <w:rPr>
          <w:rFonts w:ascii="Aptos" w:hAnsi="Aptos"/>
          <w:lang w:val="nl-NL"/>
        </w:rPr>
        <w:t xml:space="preserve"> approach </w:t>
      </w:r>
      <w:proofErr w:type="spellStart"/>
      <w:r w:rsidRPr="00E012D2">
        <w:rPr>
          <w:rFonts w:ascii="Aptos" w:hAnsi="Aptos"/>
          <w:lang w:val="nl-NL"/>
        </w:rPr>
        <w:t>ensures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that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all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students</w:t>
      </w:r>
      <w:proofErr w:type="spellEnd"/>
      <w:r w:rsidRPr="00E012D2">
        <w:rPr>
          <w:rFonts w:ascii="Aptos" w:hAnsi="Aptos"/>
          <w:lang w:val="nl-NL"/>
        </w:rPr>
        <w:t xml:space="preserve"> continue </w:t>
      </w:r>
      <w:proofErr w:type="spellStart"/>
      <w:r w:rsidRPr="00E012D2">
        <w:rPr>
          <w:rFonts w:ascii="Aptos" w:hAnsi="Aptos"/>
          <w:lang w:val="nl-NL"/>
        </w:rPr>
        <w:t>to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develop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while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working</w:t>
      </w:r>
      <w:proofErr w:type="spellEnd"/>
      <w:r w:rsidRPr="00E012D2">
        <w:rPr>
          <w:rFonts w:ascii="Aptos" w:hAnsi="Aptos"/>
          <w:lang w:val="nl-NL"/>
        </w:rPr>
        <w:t xml:space="preserve"> at </w:t>
      </w:r>
      <w:proofErr w:type="spellStart"/>
      <w:r w:rsidRPr="00E012D2">
        <w:rPr>
          <w:rFonts w:ascii="Aptos" w:hAnsi="Aptos"/>
          <w:lang w:val="nl-NL"/>
        </w:rPr>
        <w:t>an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appropriate</w:t>
      </w:r>
      <w:proofErr w:type="spellEnd"/>
      <w:r w:rsidRPr="00E012D2">
        <w:rPr>
          <w:rFonts w:ascii="Aptos" w:hAnsi="Aptos"/>
          <w:lang w:val="nl-NL"/>
        </w:rPr>
        <w:t xml:space="preserve"> level of </w:t>
      </w:r>
      <w:proofErr w:type="spellStart"/>
      <w:r w:rsidRPr="00E012D2">
        <w:rPr>
          <w:rFonts w:ascii="Aptos" w:hAnsi="Aptos"/>
          <w:lang w:val="nl-NL"/>
        </w:rPr>
        <w:t>challenge</w:t>
      </w:r>
      <w:proofErr w:type="spellEnd"/>
      <w:r w:rsidRPr="00E012D2">
        <w:rPr>
          <w:rFonts w:ascii="Aptos" w:hAnsi="Aptos"/>
          <w:lang w:val="nl-NL"/>
        </w:rPr>
        <w:t xml:space="preserve">. </w:t>
      </w:r>
    </w:p>
    <w:p w14:paraId="76C1F375" w14:textId="77777777" w:rsidR="00E012D2" w:rsidRPr="00E012D2" w:rsidRDefault="00E012D2" w:rsidP="00E012D2">
      <w:pPr>
        <w:rPr>
          <w:rFonts w:ascii="Aptos" w:hAnsi="Aptos"/>
          <w:lang w:val="nl-NL"/>
        </w:rPr>
      </w:pPr>
      <w:r w:rsidRPr="00E012D2">
        <w:rPr>
          <w:rFonts w:ascii="Aptos" w:hAnsi="Aptos"/>
          <w:lang w:val="nl-NL"/>
        </w:rPr>
        <w:pict w14:anchorId="2D3F4656">
          <v:rect id="_x0000_i1160" style="width:0;height:1.5pt" o:hralign="center" o:hrstd="t" o:hr="t" fillcolor="#a0a0a0" stroked="f"/>
        </w:pict>
      </w:r>
    </w:p>
    <w:p w14:paraId="09A5BE7A" w14:textId="77777777" w:rsidR="00E012D2" w:rsidRPr="00F900FC" w:rsidRDefault="00E012D2" w:rsidP="00E012D2">
      <w:pPr>
        <w:rPr>
          <w:rFonts w:ascii="Aptos" w:hAnsi="Aptos"/>
          <w:b/>
          <w:bCs/>
          <w:sz w:val="28"/>
          <w:szCs w:val="28"/>
          <w:lang w:val="nl-NL"/>
        </w:rPr>
      </w:pPr>
      <w:r w:rsidRPr="00F900FC">
        <w:rPr>
          <w:rFonts w:ascii="Aptos" w:hAnsi="Aptos"/>
          <w:b/>
          <w:bCs/>
          <w:sz w:val="28"/>
          <w:szCs w:val="28"/>
          <w:lang w:val="nl-NL"/>
        </w:rPr>
        <w:t>Teacher Tip</w:t>
      </w:r>
    </w:p>
    <w:p w14:paraId="3689023F" w14:textId="77777777" w:rsidR="00E012D2" w:rsidRPr="00E012D2" w:rsidRDefault="00E012D2" w:rsidP="00E012D2">
      <w:pPr>
        <w:rPr>
          <w:rFonts w:ascii="Aptos" w:hAnsi="Aptos"/>
          <w:lang w:val="nl-NL"/>
        </w:rPr>
      </w:pPr>
      <w:proofErr w:type="spellStart"/>
      <w:r w:rsidRPr="00E012D2">
        <w:rPr>
          <w:rFonts w:ascii="Aptos" w:hAnsi="Aptos"/>
          <w:lang w:val="nl-NL"/>
        </w:rPr>
        <w:t>Choose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activities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that</w:t>
      </w:r>
      <w:proofErr w:type="spellEnd"/>
      <w:r w:rsidRPr="00E012D2">
        <w:rPr>
          <w:rFonts w:ascii="Aptos" w:hAnsi="Aptos"/>
          <w:lang w:val="nl-NL"/>
        </w:rPr>
        <w:t xml:space="preserve"> match </w:t>
      </w:r>
      <w:proofErr w:type="spellStart"/>
      <w:r w:rsidRPr="00E012D2">
        <w:rPr>
          <w:rFonts w:ascii="Aptos" w:hAnsi="Aptos"/>
          <w:lang w:val="nl-NL"/>
        </w:rPr>
        <w:t>your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lesson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objectives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rather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than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using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the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same</w:t>
      </w:r>
      <w:proofErr w:type="spellEnd"/>
      <w:r w:rsidRPr="00E012D2">
        <w:rPr>
          <w:rFonts w:ascii="Aptos" w:hAnsi="Aptos"/>
          <w:lang w:val="nl-NL"/>
        </w:rPr>
        <w:t xml:space="preserve"> format </w:t>
      </w:r>
      <w:proofErr w:type="spellStart"/>
      <w:r w:rsidRPr="00E012D2">
        <w:rPr>
          <w:rFonts w:ascii="Aptos" w:hAnsi="Aptos"/>
          <w:lang w:val="nl-NL"/>
        </w:rPr>
        <w:t>every</w:t>
      </w:r>
      <w:proofErr w:type="spellEnd"/>
      <w:r w:rsidRPr="00E012D2">
        <w:rPr>
          <w:rFonts w:ascii="Aptos" w:hAnsi="Aptos"/>
          <w:lang w:val="nl-NL"/>
        </w:rPr>
        <w:t xml:space="preserve"> week. </w:t>
      </w:r>
      <w:proofErr w:type="spellStart"/>
      <w:r w:rsidRPr="00E012D2">
        <w:rPr>
          <w:rFonts w:ascii="Aptos" w:hAnsi="Aptos"/>
          <w:lang w:val="nl-NL"/>
        </w:rPr>
        <w:t>Students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remain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motivated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when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academic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vocabulary</w:t>
      </w:r>
      <w:proofErr w:type="spellEnd"/>
      <w:r w:rsidRPr="00E012D2">
        <w:rPr>
          <w:rFonts w:ascii="Aptos" w:hAnsi="Aptos"/>
          <w:lang w:val="nl-NL"/>
        </w:rPr>
        <w:t xml:space="preserve"> is </w:t>
      </w:r>
      <w:proofErr w:type="spellStart"/>
      <w:r w:rsidRPr="00E012D2">
        <w:rPr>
          <w:rFonts w:ascii="Aptos" w:hAnsi="Aptos"/>
          <w:lang w:val="nl-NL"/>
        </w:rPr>
        <w:t>practised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through</w:t>
      </w:r>
      <w:proofErr w:type="spellEnd"/>
      <w:r w:rsidRPr="00E012D2">
        <w:rPr>
          <w:rFonts w:ascii="Aptos" w:hAnsi="Aptos"/>
          <w:lang w:val="nl-NL"/>
        </w:rPr>
        <w:t xml:space="preserve"> a </w:t>
      </w:r>
      <w:proofErr w:type="spellStart"/>
      <w:r w:rsidRPr="00E012D2">
        <w:rPr>
          <w:rFonts w:ascii="Aptos" w:hAnsi="Aptos"/>
          <w:lang w:val="nl-NL"/>
        </w:rPr>
        <w:t>variety</w:t>
      </w:r>
      <w:proofErr w:type="spellEnd"/>
      <w:r w:rsidRPr="00E012D2">
        <w:rPr>
          <w:rFonts w:ascii="Aptos" w:hAnsi="Aptos"/>
          <w:lang w:val="nl-NL"/>
        </w:rPr>
        <w:t xml:space="preserve"> of </w:t>
      </w:r>
      <w:proofErr w:type="spellStart"/>
      <w:r w:rsidRPr="00E012D2">
        <w:rPr>
          <w:rFonts w:ascii="Aptos" w:hAnsi="Aptos"/>
          <w:lang w:val="nl-NL"/>
        </w:rPr>
        <w:t>engaging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tasks</w:t>
      </w:r>
      <w:proofErr w:type="spellEnd"/>
      <w:r w:rsidRPr="00E012D2">
        <w:rPr>
          <w:rFonts w:ascii="Aptos" w:hAnsi="Aptos"/>
          <w:lang w:val="nl-NL"/>
        </w:rPr>
        <w:t xml:space="preserve">, </w:t>
      </w:r>
      <w:proofErr w:type="spellStart"/>
      <w:r w:rsidRPr="00E012D2">
        <w:rPr>
          <w:rFonts w:ascii="Aptos" w:hAnsi="Aptos"/>
          <w:lang w:val="nl-NL"/>
        </w:rPr>
        <w:t>meaningful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themes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and</w:t>
      </w:r>
      <w:proofErr w:type="spellEnd"/>
      <w:r w:rsidRPr="00E012D2">
        <w:rPr>
          <w:rFonts w:ascii="Aptos" w:hAnsi="Aptos"/>
          <w:lang w:val="nl-NL"/>
        </w:rPr>
        <w:t xml:space="preserve"> </w:t>
      </w:r>
      <w:proofErr w:type="spellStart"/>
      <w:r w:rsidRPr="00E012D2">
        <w:rPr>
          <w:rFonts w:ascii="Aptos" w:hAnsi="Aptos"/>
          <w:lang w:val="nl-NL"/>
        </w:rPr>
        <w:t>authentic</w:t>
      </w:r>
      <w:proofErr w:type="spellEnd"/>
      <w:r w:rsidRPr="00E012D2">
        <w:rPr>
          <w:rFonts w:ascii="Aptos" w:hAnsi="Aptos"/>
          <w:lang w:val="nl-NL"/>
        </w:rPr>
        <w:t xml:space="preserve"> classroom </w:t>
      </w:r>
      <w:proofErr w:type="spellStart"/>
      <w:r w:rsidRPr="00E012D2">
        <w:rPr>
          <w:rFonts w:ascii="Aptos" w:hAnsi="Aptos"/>
          <w:lang w:val="nl-NL"/>
        </w:rPr>
        <w:t>situations</w:t>
      </w:r>
      <w:proofErr w:type="spellEnd"/>
      <w:r w:rsidRPr="00E012D2">
        <w:rPr>
          <w:rFonts w:ascii="Aptos" w:hAnsi="Aptos"/>
          <w:lang w:val="nl-NL"/>
        </w:rPr>
        <w:t>.</w:t>
      </w:r>
    </w:p>
    <w:p w14:paraId="451B3F6D" w14:textId="77777777" w:rsidR="00E012D2" w:rsidRPr="00E012D2" w:rsidRDefault="00E012D2" w:rsidP="00E012D2">
      <w:pPr>
        <w:rPr>
          <w:rFonts w:ascii="Aptos" w:hAnsi="Aptos"/>
        </w:rPr>
      </w:pPr>
    </w:p>
    <w:sectPr w:rsidR="00E012D2" w:rsidRPr="00E012D2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105C8" w14:textId="77777777" w:rsidR="00F61D5E" w:rsidRDefault="00F61D5E" w:rsidP="00B325EF">
      <w:pPr>
        <w:spacing w:after="0" w:line="240" w:lineRule="auto"/>
      </w:pPr>
      <w:r>
        <w:separator/>
      </w:r>
    </w:p>
  </w:endnote>
  <w:endnote w:type="continuationSeparator" w:id="0">
    <w:p w14:paraId="46CE7430" w14:textId="77777777" w:rsidR="00F61D5E" w:rsidRDefault="00F61D5E" w:rsidP="00B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361DA" w14:textId="77777777" w:rsidR="00F61D5E" w:rsidRDefault="00F61D5E" w:rsidP="00B325EF">
      <w:pPr>
        <w:spacing w:after="0" w:line="240" w:lineRule="auto"/>
      </w:pPr>
      <w:r>
        <w:separator/>
      </w:r>
    </w:p>
  </w:footnote>
  <w:footnote w:type="continuationSeparator" w:id="0">
    <w:p w14:paraId="76DCD5AE" w14:textId="77777777" w:rsidR="00F61D5E" w:rsidRDefault="00F61D5E" w:rsidP="00B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180A3" w14:textId="77777777" w:rsidR="00B325EF" w:rsidRDefault="00B325EF" w:rsidP="00B325EF">
    <w:pPr>
      <w:pStyle w:val="Koptekst"/>
    </w:pPr>
    <w:r w:rsidRPr="001C7088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2F6652" wp14:editId="44753154">
              <wp:simplePos x="0" y="0"/>
              <wp:positionH relativeFrom="page">
                <wp:posOffset>0</wp:posOffset>
              </wp:positionH>
              <wp:positionV relativeFrom="paragraph">
                <wp:posOffset>-449580</wp:posOffset>
              </wp:positionV>
              <wp:extent cx="7767320" cy="2141220"/>
              <wp:effectExtent l="0" t="0" r="5080" b="0"/>
              <wp:wrapNone/>
              <wp:docPr id="828311949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767320" cy="21412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61467" h="3318440">
                            <a:moveTo>
                              <a:pt x="0" y="0"/>
                            </a:moveTo>
                            <a:lnTo>
                              <a:pt x="11061467" y="0"/>
                            </a:lnTo>
                            <a:lnTo>
                              <a:pt x="11061467" y="3318440"/>
                            </a:lnTo>
                            <a:lnTo>
                              <a:pt x="0" y="33184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47D726" id="Freeform 5" o:spid="_x0000_s1026" style="position:absolute;margin-left:0;margin-top:-35.4pt;width:611.6pt;height:168.6pt;rotation:18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11061467,33184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" path="m,l11061467,r,3318440l,3318440,,xe" stroked="f">
              <v:fill r:id="rId3" o:title="" recolor="t" rotate="t" type="frame"/>
              <v:path arrowok="t"/>
              <w10:wrap anchorx="page"/>
            </v:shape>
          </w:pict>
        </mc:Fallback>
      </mc:AlternateContent>
    </w:r>
    <w:r w:rsidRPr="00D033B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F23FAD" wp14:editId="0E81B9BA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1684655" cy="457200"/>
              <wp:effectExtent l="0" t="0" r="0" b="0"/>
              <wp:wrapNone/>
              <wp:docPr id="1234306307" name="Freeform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684655" cy="457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68139" h="913608">
                            <a:moveTo>
                              <a:pt x="0" y="0"/>
                            </a:moveTo>
                            <a:lnTo>
                              <a:pt x="3368139" y="0"/>
                            </a:lnTo>
                            <a:lnTo>
                              <a:pt x="3368139" y="913608"/>
                            </a:lnTo>
                            <a:lnTo>
                              <a:pt x="0" y="91360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4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812D9B" id="Freeform 7" o:spid="_x0000_s1026" style="position:absolute;margin-left:81.45pt;margin-top:.15pt;width:132.65pt;height:3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3368139,9136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" path="m,l3368139,r,913608l,913608,,xe" stroked="f">
              <v:fill r:id="rId5" o:title="" recolor="t" rotate="t" type="frame"/>
              <v:path arrowok="t"/>
              <o:lock v:ext="edit" aspectratio="t"/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21BEBAF0" wp14:editId="2D163CAA">
              <wp:extent cx="2854325" cy="863600"/>
              <wp:effectExtent l="0" t="0" r="0" b="0"/>
              <wp:docPr id="785321558" name="Freefor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2854325" cy="8636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10442" h="1727409">
                            <a:moveTo>
                              <a:pt x="0" y="0"/>
                            </a:moveTo>
                            <a:lnTo>
                              <a:pt x="5710442" y="0"/>
                            </a:lnTo>
                            <a:lnTo>
                              <a:pt x="5710442" y="1727409"/>
                            </a:lnTo>
                            <a:lnTo>
                              <a:pt x="0" y="172740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6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 w14:anchorId="5AF19565" id="Freeform 6" o:spid="_x0000_s1026" style="width:224.75pt;height: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10442,17274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" path="m,l5710442,r,1727409l,1727409,,xe" stroked="f">
              <v:fill r:id="rId7" o:title="" recolor="t" rotate="t" type="frame"/>
              <v:path arrowok="t"/>
              <o:lock v:ext="edit" aspectratio="t"/>
              <w10:anchorlock/>
            </v:shape>
          </w:pict>
        </mc:Fallback>
      </mc:AlternateContent>
    </w:r>
  </w:p>
  <w:p w14:paraId="2750B812" w14:textId="77777777" w:rsidR="00B325EF" w:rsidRDefault="00B325EF" w:rsidP="00B325EF">
    <w:pPr>
      <w:pStyle w:val="Koptekst"/>
    </w:pPr>
  </w:p>
  <w:p w14:paraId="5EB24F9F" w14:textId="77777777" w:rsidR="00B325EF" w:rsidRDefault="00B325EF" w:rsidP="00B325EF">
    <w:pPr>
      <w:pStyle w:val="Koptekst"/>
    </w:pPr>
  </w:p>
  <w:p w14:paraId="79A572BB" w14:textId="77777777" w:rsidR="00B325EF" w:rsidRDefault="00B325EF" w:rsidP="00B325EF">
    <w:pPr>
      <w:pStyle w:val="Koptekst"/>
      <w:tabs>
        <w:tab w:val="left" w:pos="2160"/>
      </w:tabs>
    </w:pPr>
    <w:r>
      <w:tab/>
    </w:r>
  </w:p>
  <w:p w14:paraId="31890F0B" w14:textId="77777777" w:rsidR="00B325EF" w:rsidRDefault="00B325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CC1722"/>
    <w:multiLevelType w:val="multilevel"/>
    <w:tmpl w:val="58EA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22567FD"/>
    <w:multiLevelType w:val="multilevel"/>
    <w:tmpl w:val="494C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4B59D4"/>
    <w:multiLevelType w:val="multilevel"/>
    <w:tmpl w:val="C07E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6E48F9"/>
    <w:multiLevelType w:val="multilevel"/>
    <w:tmpl w:val="6226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246C39"/>
    <w:multiLevelType w:val="multilevel"/>
    <w:tmpl w:val="055C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8E4A6D"/>
    <w:multiLevelType w:val="multilevel"/>
    <w:tmpl w:val="F522B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52C6B06"/>
    <w:multiLevelType w:val="multilevel"/>
    <w:tmpl w:val="353A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C03AE3"/>
    <w:multiLevelType w:val="multilevel"/>
    <w:tmpl w:val="D2C0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A722EC"/>
    <w:multiLevelType w:val="multilevel"/>
    <w:tmpl w:val="0054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1F0704"/>
    <w:multiLevelType w:val="multilevel"/>
    <w:tmpl w:val="C2D89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782E28"/>
    <w:multiLevelType w:val="multilevel"/>
    <w:tmpl w:val="E526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D5330F"/>
    <w:multiLevelType w:val="multilevel"/>
    <w:tmpl w:val="0A42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9B731C"/>
    <w:multiLevelType w:val="multilevel"/>
    <w:tmpl w:val="8AD0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17643C"/>
    <w:multiLevelType w:val="multilevel"/>
    <w:tmpl w:val="4C1E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2B097A"/>
    <w:multiLevelType w:val="multilevel"/>
    <w:tmpl w:val="7B82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B25C7C"/>
    <w:multiLevelType w:val="multilevel"/>
    <w:tmpl w:val="8E32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AD46F0"/>
    <w:multiLevelType w:val="multilevel"/>
    <w:tmpl w:val="3688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410F3B"/>
    <w:multiLevelType w:val="multilevel"/>
    <w:tmpl w:val="0F14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480F19"/>
    <w:multiLevelType w:val="multilevel"/>
    <w:tmpl w:val="EAF8F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5250D2"/>
    <w:multiLevelType w:val="multilevel"/>
    <w:tmpl w:val="9ACA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A66F05"/>
    <w:multiLevelType w:val="multilevel"/>
    <w:tmpl w:val="A520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EE396B"/>
    <w:multiLevelType w:val="multilevel"/>
    <w:tmpl w:val="F864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CE643D"/>
    <w:multiLevelType w:val="multilevel"/>
    <w:tmpl w:val="87EE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833B32"/>
    <w:multiLevelType w:val="multilevel"/>
    <w:tmpl w:val="5B80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FA5E14"/>
    <w:multiLevelType w:val="multilevel"/>
    <w:tmpl w:val="D98C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7F2875"/>
    <w:multiLevelType w:val="multilevel"/>
    <w:tmpl w:val="91DE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79891">
    <w:abstractNumId w:val="8"/>
  </w:num>
  <w:num w:numId="2" w16cid:durableId="656032599">
    <w:abstractNumId w:val="6"/>
  </w:num>
  <w:num w:numId="3" w16cid:durableId="1932934108">
    <w:abstractNumId w:val="5"/>
  </w:num>
  <w:num w:numId="4" w16cid:durableId="1791632678">
    <w:abstractNumId w:val="4"/>
  </w:num>
  <w:num w:numId="5" w16cid:durableId="1105032745">
    <w:abstractNumId w:val="7"/>
  </w:num>
  <w:num w:numId="6" w16cid:durableId="2005860886">
    <w:abstractNumId w:val="3"/>
  </w:num>
  <w:num w:numId="7" w16cid:durableId="1620606098">
    <w:abstractNumId w:val="2"/>
  </w:num>
  <w:num w:numId="8" w16cid:durableId="216169716">
    <w:abstractNumId w:val="1"/>
  </w:num>
  <w:num w:numId="9" w16cid:durableId="795681588">
    <w:abstractNumId w:val="0"/>
  </w:num>
  <w:num w:numId="10" w16cid:durableId="56443606">
    <w:abstractNumId w:val="27"/>
  </w:num>
  <w:num w:numId="11" w16cid:durableId="1810005102">
    <w:abstractNumId w:val="30"/>
  </w:num>
  <w:num w:numId="12" w16cid:durableId="512770296">
    <w:abstractNumId w:val="25"/>
  </w:num>
  <w:num w:numId="13" w16cid:durableId="1583755110">
    <w:abstractNumId w:val="16"/>
  </w:num>
  <w:num w:numId="14" w16cid:durableId="839199382">
    <w:abstractNumId w:val="12"/>
  </w:num>
  <w:num w:numId="15" w16cid:durableId="1063406865">
    <w:abstractNumId w:val="34"/>
  </w:num>
  <w:num w:numId="16" w16cid:durableId="1910652239">
    <w:abstractNumId w:val="24"/>
  </w:num>
  <w:num w:numId="17" w16cid:durableId="1281110994">
    <w:abstractNumId w:val="17"/>
  </w:num>
  <w:num w:numId="18" w16cid:durableId="1195189763">
    <w:abstractNumId w:val="20"/>
  </w:num>
  <w:num w:numId="19" w16cid:durableId="1008288885">
    <w:abstractNumId w:val="13"/>
  </w:num>
  <w:num w:numId="20" w16cid:durableId="1389648426">
    <w:abstractNumId w:val="10"/>
  </w:num>
  <w:num w:numId="21" w16cid:durableId="1334409422">
    <w:abstractNumId w:val="11"/>
  </w:num>
  <w:num w:numId="22" w16cid:durableId="203754882">
    <w:abstractNumId w:val="23"/>
  </w:num>
  <w:num w:numId="23" w16cid:durableId="1148086479">
    <w:abstractNumId w:val="26"/>
  </w:num>
  <w:num w:numId="24" w16cid:durableId="1039822653">
    <w:abstractNumId w:val="29"/>
  </w:num>
  <w:num w:numId="25" w16cid:durableId="2143111192">
    <w:abstractNumId w:val="19"/>
  </w:num>
  <w:num w:numId="26" w16cid:durableId="2127431691">
    <w:abstractNumId w:val="14"/>
  </w:num>
  <w:num w:numId="27" w16cid:durableId="1771197041">
    <w:abstractNumId w:val="22"/>
  </w:num>
  <w:num w:numId="28" w16cid:durableId="1646087204">
    <w:abstractNumId w:val="33"/>
  </w:num>
  <w:num w:numId="29" w16cid:durableId="1548640979">
    <w:abstractNumId w:val="21"/>
  </w:num>
  <w:num w:numId="30" w16cid:durableId="362168220">
    <w:abstractNumId w:val="15"/>
  </w:num>
  <w:num w:numId="31" w16cid:durableId="865413058">
    <w:abstractNumId w:val="31"/>
  </w:num>
  <w:num w:numId="32" w16cid:durableId="1323966223">
    <w:abstractNumId w:val="32"/>
  </w:num>
  <w:num w:numId="33" w16cid:durableId="1784684618">
    <w:abstractNumId w:val="18"/>
  </w:num>
  <w:num w:numId="34" w16cid:durableId="998266591">
    <w:abstractNumId w:val="9"/>
  </w:num>
  <w:num w:numId="35" w16cid:durableId="16894783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FC3"/>
    <w:rsid w:val="0006063C"/>
    <w:rsid w:val="00067BE9"/>
    <w:rsid w:val="000E325D"/>
    <w:rsid w:val="000E72F9"/>
    <w:rsid w:val="00114AB6"/>
    <w:rsid w:val="00121E9D"/>
    <w:rsid w:val="0015074B"/>
    <w:rsid w:val="00166A33"/>
    <w:rsid w:val="001A6BD2"/>
    <w:rsid w:val="001D3570"/>
    <w:rsid w:val="001E5916"/>
    <w:rsid w:val="002241D6"/>
    <w:rsid w:val="0025623B"/>
    <w:rsid w:val="0029639D"/>
    <w:rsid w:val="002B5351"/>
    <w:rsid w:val="00326F90"/>
    <w:rsid w:val="0033394F"/>
    <w:rsid w:val="003D1AE4"/>
    <w:rsid w:val="00554DED"/>
    <w:rsid w:val="0058216A"/>
    <w:rsid w:val="005908EB"/>
    <w:rsid w:val="005E7EE9"/>
    <w:rsid w:val="00633922"/>
    <w:rsid w:val="00654E4F"/>
    <w:rsid w:val="006805CF"/>
    <w:rsid w:val="0069563B"/>
    <w:rsid w:val="006C5817"/>
    <w:rsid w:val="006E0A3C"/>
    <w:rsid w:val="006F24D6"/>
    <w:rsid w:val="0072059F"/>
    <w:rsid w:val="00793051"/>
    <w:rsid w:val="007B68BD"/>
    <w:rsid w:val="007C75D3"/>
    <w:rsid w:val="00827A2A"/>
    <w:rsid w:val="00854450"/>
    <w:rsid w:val="008721B8"/>
    <w:rsid w:val="0088488E"/>
    <w:rsid w:val="008C67FE"/>
    <w:rsid w:val="00916F35"/>
    <w:rsid w:val="00931733"/>
    <w:rsid w:val="009901B0"/>
    <w:rsid w:val="00A63C03"/>
    <w:rsid w:val="00A87E8E"/>
    <w:rsid w:val="00A920BA"/>
    <w:rsid w:val="00AA1D8D"/>
    <w:rsid w:val="00AB04CD"/>
    <w:rsid w:val="00AB2855"/>
    <w:rsid w:val="00B325EF"/>
    <w:rsid w:val="00B450FA"/>
    <w:rsid w:val="00B47730"/>
    <w:rsid w:val="00B7089E"/>
    <w:rsid w:val="00BA2843"/>
    <w:rsid w:val="00BC6764"/>
    <w:rsid w:val="00BD0555"/>
    <w:rsid w:val="00BF0478"/>
    <w:rsid w:val="00BF25E4"/>
    <w:rsid w:val="00CB0664"/>
    <w:rsid w:val="00CC7A2D"/>
    <w:rsid w:val="00D64664"/>
    <w:rsid w:val="00D87606"/>
    <w:rsid w:val="00DA451B"/>
    <w:rsid w:val="00DA7196"/>
    <w:rsid w:val="00DB5F78"/>
    <w:rsid w:val="00DB5FB5"/>
    <w:rsid w:val="00E012D2"/>
    <w:rsid w:val="00E026F7"/>
    <w:rsid w:val="00E449CF"/>
    <w:rsid w:val="00E74FD7"/>
    <w:rsid w:val="00E777D7"/>
    <w:rsid w:val="00E9145E"/>
    <w:rsid w:val="00ED3212"/>
    <w:rsid w:val="00ED72FF"/>
    <w:rsid w:val="00EE326B"/>
    <w:rsid w:val="00EF4237"/>
    <w:rsid w:val="00F61D5E"/>
    <w:rsid w:val="00F900FC"/>
    <w:rsid w:val="00FB5B41"/>
    <w:rsid w:val="00FC1D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3F1834"/>
  <w14:defaultImageDpi w14:val="300"/>
  <w15:docId w15:val="{250FB677-743D-45EF-992C-68211B9BE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opmerking">
    <w:name w:val="annotation text"/>
    <w:basedOn w:val="Standaard"/>
    <w:link w:val="TekstopmerkingChar"/>
    <w:uiPriority w:val="99"/>
    <w:unhideWhenUsed/>
    <w:rsid w:val="00DA719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7196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449C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970a334-86b6-4444-8814-8e9d0e7c5bdc}" enabled="1" method="Standard" siteId="{1fd9250c-aad6-4af6-8690-29a2f266d4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605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Birgit Broekhoven</cp:lastModifiedBy>
  <cp:revision>5</cp:revision>
  <cp:lastPrinted>2026-07-20T11:54:00Z</cp:lastPrinted>
  <dcterms:created xsi:type="dcterms:W3CDTF">2026-07-20T11:56:00Z</dcterms:created>
  <dcterms:modified xsi:type="dcterms:W3CDTF">2026-07-20T11:58:00Z</dcterms:modified>
  <cp:category/>
</cp:coreProperties>
</file>