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5E10" w14:textId="77777777" w:rsidR="00854450" w:rsidRPr="00B450FA" w:rsidRDefault="00854450" w:rsidP="00166A33">
      <w:pPr>
        <w:rPr>
          <w:rFonts w:ascii="Aptos" w:hAnsi="Aptos"/>
        </w:rPr>
      </w:pPr>
    </w:p>
    <w:p w14:paraId="51CBD7F4" w14:textId="77777777" w:rsidR="00166A33" w:rsidRPr="00B450FA" w:rsidRDefault="00166A33" w:rsidP="00166A33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B450FA">
        <w:rPr>
          <w:rFonts w:ascii="Aptos" w:hAnsi="Aptos"/>
          <w:b/>
          <w:bCs/>
          <w:sz w:val="28"/>
          <w:szCs w:val="28"/>
          <w:lang w:val="nl-NL"/>
        </w:rPr>
        <w:t>Academic</w:t>
      </w:r>
      <w:proofErr w:type="spellEnd"/>
      <w:r w:rsidRPr="00B450FA">
        <w:rPr>
          <w:rFonts w:ascii="Aptos" w:hAnsi="Aptos"/>
          <w:b/>
          <w:bCs/>
          <w:sz w:val="28"/>
          <w:szCs w:val="28"/>
          <w:lang w:val="nl-NL"/>
        </w:rPr>
        <w:t xml:space="preserve"> Word List (EGE)</w:t>
      </w:r>
    </w:p>
    <w:p w14:paraId="14287AFE" w14:textId="77777777" w:rsidR="00166A33" w:rsidRPr="00B450FA" w:rsidRDefault="00166A33" w:rsidP="00166A33">
      <w:pPr>
        <w:rPr>
          <w:rFonts w:ascii="Aptos" w:hAnsi="Aptos"/>
          <w:b/>
          <w:bCs/>
          <w:lang w:val="nl-NL"/>
        </w:rPr>
      </w:pPr>
      <w:r w:rsidRPr="00B450FA">
        <w:rPr>
          <w:rFonts w:ascii="Aptos" w:hAnsi="Aptos"/>
          <w:b/>
          <w:bCs/>
          <w:lang w:val="nl-NL"/>
        </w:rPr>
        <w:t xml:space="preserve">Thinking &amp; </w:t>
      </w:r>
      <w:proofErr w:type="spellStart"/>
      <w:r w:rsidRPr="00B450FA">
        <w:rPr>
          <w:rFonts w:ascii="Aptos" w:hAnsi="Aptos"/>
          <w:b/>
          <w:bCs/>
          <w:lang w:val="nl-NL"/>
        </w:rPr>
        <w:t>Reasoning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4477"/>
      </w:tblGrid>
      <w:tr w:rsidR="00166A33" w:rsidRPr="00B450FA" w14:paraId="5DE512B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032375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Academic</w:t>
            </w:r>
            <w:proofErr w:type="spellEnd"/>
            <w:r w:rsidRPr="00B450FA">
              <w:rPr>
                <w:rFonts w:ascii="Aptos" w:hAnsi="Aptos"/>
                <w:b/>
                <w:bCs/>
                <w:lang w:val="nl-NL"/>
              </w:rPr>
              <w:t xml:space="preserve"> word</w:t>
            </w:r>
          </w:p>
        </w:tc>
        <w:tc>
          <w:tcPr>
            <w:tcW w:w="0" w:type="auto"/>
            <w:vAlign w:val="center"/>
            <w:hideMark/>
          </w:tcPr>
          <w:p w14:paraId="437440C1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Example</w:t>
            </w:r>
            <w:proofErr w:type="spellEnd"/>
            <w:r w:rsidRPr="00B450FA">
              <w:rPr>
                <w:rFonts w:ascii="Aptos" w:hAnsi="Aptos"/>
                <w:b/>
                <w:bCs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sentence</w:t>
            </w:r>
            <w:proofErr w:type="spellEnd"/>
          </w:p>
        </w:tc>
      </w:tr>
      <w:tr w:rsidR="00166A33" w:rsidRPr="00B450FA" w14:paraId="21163B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ADD5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analyse</w:t>
            </w:r>
          </w:p>
        </w:tc>
        <w:tc>
          <w:tcPr>
            <w:tcW w:w="0" w:type="auto"/>
            <w:vAlign w:val="center"/>
            <w:hideMark/>
          </w:tcPr>
          <w:p w14:paraId="13D9AED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Analyse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information </w:t>
            </w:r>
            <w:proofErr w:type="spellStart"/>
            <w:r w:rsidRPr="00B450FA">
              <w:rPr>
                <w:rFonts w:ascii="Aptos" w:hAnsi="Aptos"/>
                <w:lang w:val="nl-NL"/>
              </w:rPr>
              <w:t>before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answering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2F9277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25BA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compare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8215F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Compare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two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solutions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5EECE5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8CB5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conclude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9DFC8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What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can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conclude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from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results</w:t>
            </w:r>
            <w:proofErr w:type="spellEnd"/>
            <w:r w:rsidRPr="00B450FA">
              <w:rPr>
                <w:rFonts w:ascii="Aptos" w:hAnsi="Aptos"/>
                <w:lang w:val="nl-NL"/>
              </w:rPr>
              <w:t>?</w:t>
            </w:r>
          </w:p>
        </w:tc>
      </w:tr>
      <w:tr w:rsidR="00166A33" w:rsidRPr="00B450FA" w14:paraId="56D505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272F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consider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710B8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Consider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another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explanation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35999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9361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define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DCBF0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Define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concept in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own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words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A450A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F171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demonstrate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F669C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Demonstrate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how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solved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problem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6157D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2F32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describe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F82E4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Describe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process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step </w:t>
            </w:r>
            <w:proofErr w:type="spellStart"/>
            <w:r w:rsidRPr="00B450FA">
              <w:rPr>
                <w:rFonts w:ascii="Aptos" w:hAnsi="Aptos"/>
                <w:lang w:val="nl-NL"/>
              </w:rPr>
              <w:t>by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step.</w:t>
            </w:r>
          </w:p>
        </w:tc>
      </w:tr>
      <w:tr w:rsidR="00166A33" w:rsidRPr="00B450FA" w14:paraId="7CF63A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E061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differentiate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BCEDA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Differentiate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between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fact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and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opinion.</w:t>
            </w:r>
          </w:p>
        </w:tc>
      </w:tr>
      <w:tr w:rsidR="00166A33" w:rsidRPr="00B450FA" w14:paraId="5ED45A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0D1A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evaluate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E7773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Evaluate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quality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of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evidence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52B93A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F5FE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explain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FEE58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Explain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reasoning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35D4FF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F9A2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identify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99080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Identify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main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idea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13E874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09C1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illustrate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50B97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Illustrate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answer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with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example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9AAE5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A1FA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infer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5CEAD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What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can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infer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from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data?</w:t>
            </w:r>
          </w:p>
        </w:tc>
      </w:tr>
      <w:tr w:rsidR="00166A33" w:rsidRPr="00B450FA" w14:paraId="6DEE76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9B29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interpret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85A3E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Interpret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graph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30E242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E20F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investigate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53FB7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Investigate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different </w:t>
            </w:r>
            <w:proofErr w:type="spellStart"/>
            <w:r w:rsidRPr="00B450FA">
              <w:rPr>
                <w:rFonts w:ascii="Aptos" w:hAnsi="Aptos"/>
                <w:lang w:val="nl-NL"/>
              </w:rPr>
              <w:t>possibilities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2C3D24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EB6B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lastRenderedPageBreak/>
              <w:t>justify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538C5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Justify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answer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BB158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4A25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predict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F3A298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Predict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what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will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happen next.</w:t>
            </w:r>
          </w:p>
        </w:tc>
      </w:tr>
      <w:tr w:rsidR="00166A33" w:rsidRPr="00B450FA" w14:paraId="1FD3FC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4FC2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reflect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99516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Reflect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on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learning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149F45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9539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summarise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290B3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Summarise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text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9FC4A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051D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synthesise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C0515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Synthesise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information </w:t>
            </w:r>
            <w:proofErr w:type="spellStart"/>
            <w:r w:rsidRPr="00B450FA">
              <w:rPr>
                <w:rFonts w:ascii="Aptos" w:hAnsi="Aptos"/>
                <w:lang w:val="nl-NL"/>
              </w:rPr>
              <w:t>from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different sources.</w:t>
            </w:r>
          </w:p>
        </w:tc>
      </w:tr>
    </w:tbl>
    <w:p w14:paraId="6EBCFB78" w14:textId="77777777" w:rsidR="00166A33" w:rsidRPr="00B450FA" w:rsidRDefault="00166A33" w:rsidP="00166A33">
      <w:pPr>
        <w:rPr>
          <w:rFonts w:ascii="Aptos" w:hAnsi="Aptos"/>
          <w:lang w:val="nl-NL"/>
        </w:rPr>
      </w:pPr>
      <w:r w:rsidRPr="00B450FA">
        <w:rPr>
          <w:rFonts w:ascii="Aptos" w:hAnsi="Aptos"/>
          <w:lang w:val="nl-NL"/>
        </w:rPr>
        <w:pict w14:anchorId="128C0915">
          <v:rect id="_x0000_i1099" style="width:0;height:1.5pt" o:hralign="center" o:hrstd="t" o:hr="t" fillcolor="#a0a0a0" stroked="f"/>
        </w:pict>
      </w:r>
    </w:p>
    <w:p w14:paraId="630811D8" w14:textId="77777777" w:rsidR="00166A33" w:rsidRPr="00B450FA" w:rsidRDefault="00166A33" w:rsidP="00166A33">
      <w:pPr>
        <w:rPr>
          <w:rFonts w:ascii="Aptos" w:hAnsi="Aptos"/>
          <w:b/>
          <w:bCs/>
          <w:lang w:val="nl-NL"/>
        </w:rPr>
      </w:pPr>
      <w:r w:rsidRPr="00B450FA">
        <w:rPr>
          <w:rFonts w:ascii="Aptos" w:hAnsi="Aptos"/>
          <w:b/>
          <w:bCs/>
          <w:lang w:val="nl-NL"/>
        </w:rPr>
        <w:t xml:space="preserve">Research &amp; </w:t>
      </w:r>
      <w:proofErr w:type="spellStart"/>
      <w:r w:rsidRPr="00B450FA">
        <w:rPr>
          <w:rFonts w:ascii="Aptos" w:hAnsi="Aptos"/>
          <w:b/>
          <w:bCs/>
          <w:lang w:val="nl-NL"/>
        </w:rPr>
        <w:t>Inquiry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6"/>
        <w:gridCol w:w="3674"/>
      </w:tblGrid>
      <w:tr w:rsidR="00166A33" w:rsidRPr="00B450FA" w14:paraId="0F31F1D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A170FF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r w:rsidRPr="00B450FA">
              <w:rPr>
                <w:rFonts w:ascii="Aptos" w:hAnsi="Aptos"/>
                <w:b/>
                <w:bCs/>
                <w:lang w:val="nl-NL"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1778C533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Example</w:t>
            </w:r>
            <w:proofErr w:type="spellEnd"/>
          </w:p>
        </w:tc>
      </w:tr>
      <w:tr w:rsidR="00166A33" w:rsidRPr="00B450FA" w14:paraId="3D2F88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7CDC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argument</w:t>
            </w:r>
          </w:p>
        </w:tc>
        <w:tc>
          <w:tcPr>
            <w:tcW w:w="0" w:type="auto"/>
            <w:vAlign w:val="center"/>
            <w:hideMark/>
          </w:tcPr>
          <w:p w14:paraId="4E3E0AC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Support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argument </w:t>
            </w:r>
            <w:proofErr w:type="spellStart"/>
            <w:r w:rsidRPr="00B450FA">
              <w:rPr>
                <w:rFonts w:ascii="Aptos" w:hAnsi="Aptos"/>
                <w:lang w:val="nl-NL"/>
              </w:rPr>
              <w:t>with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evidence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A192B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6350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assumption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7E3DE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Challenge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assumptions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3FF0F2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94E6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credibility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32123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Evaluate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credibility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of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source.</w:t>
            </w:r>
          </w:p>
        </w:tc>
      </w:tr>
      <w:tr w:rsidR="00166A33" w:rsidRPr="00B450FA" w14:paraId="64F569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AD5F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criterion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F7EE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Use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assessment criteria.</w:t>
            </w:r>
          </w:p>
        </w:tc>
      </w:tr>
      <w:tr w:rsidR="00166A33" w:rsidRPr="00B450FA" w14:paraId="1B5C35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1C7A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31B5828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Collect relevant data.</w:t>
            </w:r>
          </w:p>
        </w:tc>
      </w:tr>
      <w:tr w:rsidR="00166A33" w:rsidRPr="00B450FA" w14:paraId="0A6EDD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6EB0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evidence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F2608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Provide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evidence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for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claim.</w:t>
            </w:r>
          </w:p>
        </w:tc>
      </w:tr>
      <w:tr w:rsidR="00166A33" w:rsidRPr="00B450FA" w14:paraId="535118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A22B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experiment</w:t>
            </w:r>
          </w:p>
        </w:tc>
        <w:tc>
          <w:tcPr>
            <w:tcW w:w="0" w:type="auto"/>
            <w:vAlign w:val="center"/>
            <w:hideMark/>
          </w:tcPr>
          <w:p w14:paraId="1D835B4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Design </w:t>
            </w:r>
            <w:proofErr w:type="spellStart"/>
            <w:r w:rsidRPr="00B450FA">
              <w:rPr>
                <w:rFonts w:ascii="Aptos" w:hAnsi="Aptos"/>
                <w:lang w:val="nl-NL"/>
              </w:rPr>
              <w:t>an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experiment.</w:t>
            </w:r>
          </w:p>
        </w:tc>
      </w:tr>
      <w:tr w:rsidR="00166A33" w:rsidRPr="00B450FA" w14:paraId="434D31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0FC7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finding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52171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Discuss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findings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DE6F5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8AC7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hypothesis</w:t>
            </w:r>
          </w:p>
        </w:tc>
        <w:tc>
          <w:tcPr>
            <w:tcW w:w="0" w:type="auto"/>
            <w:vAlign w:val="center"/>
            <w:hideMark/>
          </w:tcPr>
          <w:p w14:paraId="61AE119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Formulate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a hypothesis.</w:t>
            </w:r>
          </w:p>
        </w:tc>
      </w:tr>
      <w:tr w:rsidR="00166A33" w:rsidRPr="00B450FA" w14:paraId="518B18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C699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observation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4B230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Record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observations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91A67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90F9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lastRenderedPageBreak/>
              <w:t>perspective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1718A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Consider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another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perspective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F8DF4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EA07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research</w:t>
            </w:r>
          </w:p>
        </w:tc>
        <w:tc>
          <w:tcPr>
            <w:tcW w:w="0" w:type="auto"/>
            <w:vAlign w:val="center"/>
            <w:hideMark/>
          </w:tcPr>
          <w:p w14:paraId="518F3FC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Conduct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research.</w:t>
            </w:r>
          </w:p>
        </w:tc>
      </w:tr>
      <w:tr w:rsidR="00166A33" w:rsidRPr="00B450FA" w14:paraId="376FC5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1879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source</w:t>
            </w:r>
          </w:p>
        </w:tc>
        <w:tc>
          <w:tcPr>
            <w:tcW w:w="0" w:type="auto"/>
            <w:vAlign w:val="center"/>
            <w:hideMark/>
          </w:tcPr>
          <w:p w14:paraId="63EA87F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Find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reliable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sources.</w:t>
            </w:r>
          </w:p>
        </w:tc>
      </w:tr>
      <w:tr w:rsidR="00166A33" w:rsidRPr="00B450FA" w14:paraId="0A467B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E5DD8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theory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93198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Explain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theory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82EE5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0819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782BA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Identify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variables.</w:t>
            </w:r>
          </w:p>
        </w:tc>
      </w:tr>
    </w:tbl>
    <w:p w14:paraId="4A2299EC" w14:textId="77777777" w:rsidR="00166A33" w:rsidRPr="00B450FA" w:rsidRDefault="00166A33" w:rsidP="00166A33">
      <w:pPr>
        <w:rPr>
          <w:rFonts w:ascii="Aptos" w:hAnsi="Aptos"/>
          <w:lang w:val="nl-NL"/>
        </w:rPr>
      </w:pPr>
      <w:r w:rsidRPr="00B450FA">
        <w:rPr>
          <w:rFonts w:ascii="Aptos" w:hAnsi="Aptos"/>
          <w:lang w:val="nl-NL"/>
        </w:rPr>
        <w:pict w14:anchorId="2145139E">
          <v:rect id="_x0000_i1100" style="width:0;height:1.5pt" o:hralign="center" o:hrstd="t" o:hr="t" fillcolor="#a0a0a0" stroked="f"/>
        </w:pict>
      </w:r>
    </w:p>
    <w:p w14:paraId="2C77CADA" w14:textId="77777777" w:rsidR="00166A33" w:rsidRPr="00B450FA" w:rsidRDefault="00166A33" w:rsidP="00166A33">
      <w:pPr>
        <w:rPr>
          <w:rFonts w:ascii="Aptos" w:hAnsi="Aptos"/>
          <w:b/>
          <w:bCs/>
          <w:lang w:val="nl-NL"/>
        </w:rPr>
      </w:pPr>
      <w:r w:rsidRPr="00B450FA">
        <w:rPr>
          <w:rFonts w:ascii="Aptos" w:hAnsi="Aptos"/>
          <w:b/>
          <w:bCs/>
          <w:lang w:val="nl-NL"/>
        </w:rPr>
        <w:t>Communication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3206"/>
      </w:tblGrid>
      <w:tr w:rsidR="00166A33" w:rsidRPr="00B450FA" w14:paraId="01A4DD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ADD80D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r w:rsidRPr="00B450FA">
              <w:rPr>
                <w:rFonts w:ascii="Aptos" w:hAnsi="Aptos"/>
                <w:b/>
                <w:bCs/>
                <w:lang w:val="nl-NL"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4A462FCE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Example</w:t>
            </w:r>
            <w:proofErr w:type="spellEnd"/>
          </w:p>
        </w:tc>
      </w:tr>
      <w:tr w:rsidR="00166A33" w:rsidRPr="00B450FA" w14:paraId="373F3A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E1E3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clarify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3A4A3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Clarify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answer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40503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6055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communicate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F7DDC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Communicate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ideas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clearly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A38E1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BB808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debate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7FC1C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Participate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in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debate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17BE06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DFEE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discuss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989CA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Discuss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results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EEC6F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4F08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explain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8C06C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Explain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opinion.</w:t>
            </w:r>
          </w:p>
        </w:tc>
      </w:tr>
      <w:tr w:rsidR="00166A33" w:rsidRPr="00B450FA" w14:paraId="57946C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054B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formulate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6E3FD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Formulate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a </w:t>
            </w:r>
            <w:proofErr w:type="spellStart"/>
            <w:r w:rsidRPr="00B450FA">
              <w:rPr>
                <w:rFonts w:ascii="Aptos" w:hAnsi="Aptos"/>
                <w:lang w:val="nl-NL"/>
              </w:rPr>
              <w:t>conclusion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B5BC7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18B4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illustrate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1A487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Illustrate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point.</w:t>
            </w:r>
          </w:p>
        </w:tc>
      </w:tr>
      <w:tr w:rsidR="00166A33" w:rsidRPr="00B450FA" w14:paraId="645389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A7FD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persuade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D64CF8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Persuade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audience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06747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12B6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14:paraId="204A609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Present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findings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165AE9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C8AB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2EA1F5A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Question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assumptions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</w:tbl>
    <w:p w14:paraId="38B9026A" w14:textId="77777777" w:rsidR="00166A33" w:rsidRPr="00B450FA" w:rsidRDefault="00166A33" w:rsidP="00166A33">
      <w:pPr>
        <w:rPr>
          <w:rFonts w:ascii="Aptos" w:hAnsi="Aptos"/>
          <w:lang w:val="nl-NL"/>
        </w:rPr>
      </w:pPr>
      <w:r w:rsidRPr="00B450FA">
        <w:rPr>
          <w:rFonts w:ascii="Aptos" w:hAnsi="Aptos"/>
          <w:lang w:val="nl-NL"/>
        </w:rPr>
        <w:pict w14:anchorId="720E5595">
          <v:rect id="_x0000_i1101" style="width:0;height:1.5pt" o:hralign="center" o:hrstd="t" o:hr="t" fillcolor="#a0a0a0" stroked="f"/>
        </w:pict>
      </w:r>
    </w:p>
    <w:p w14:paraId="1CFEBEDB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56D21098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2C9E68DC" w14:textId="73EC99B8" w:rsidR="00166A33" w:rsidRPr="00B450FA" w:rsidRDefault="00166A33" w:rsidP="00166A33">
      <w:pPr>
        <w:rPr>
          <w:rFonts w:ascii="Aptos" w:hAnsi="Aptos"/>
          <w:b/>
          <w:bCs/>
          <w:lang w:val="nl-NL"/>
        </w:rPr>
      </w:pPr>
      <w:r w:rsidRPr="00B450FA">
        <w:rPr>
          <w:rFonts w:ascii="Aptos" w:hAnsi="Aptos"/>
          <w:b/>
          <w:bCs/>
          <w:lang w:val="nl-NL"/>
        </w:rPr>
        <w:t xml:space="preserve">Learning &amp; </w:t>
      </w:r>
      <w:proofErr w:type="spellStart"/>
      <w:r w:rsidRPr="00B450FA">
        <w:rPr>
          <w:rFonts w:ascii="Aptos" w:hAnsi="Aptos"/>
          <w:b/>
          <w:bCs/>
          <w:lang w:val="nl-NL"/>
        </w:rPr>
        <w:t>Organisation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3322"/>
      </w:tblGrid>
      <w:tr w:rsidR="00166A33" w:rsidRPr="00B450FA" w14:paraId="676DAED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299D48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r w:rsidRPr="00B450FA">
              <w:rPr>
                <w:rFonts w:ascii="Aptos" w:hAnsi="Aptos"/>
                <w:b/>
                <w:bCs/>
                <w:lang w:val="nl-NL"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5B83B96F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Example</w:t>
            </w:r>
            <w:proofErr w:type="spellEnd"/>
          </w:p>
        </w:tc>
      </w:tr>
      <w:tr w:rsidR="00166A33" w:rsidRPr="00B450FA" w14:paraId="251ACB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94DF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achieve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8FD63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Achieve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learning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goal.</w:t>
            </w:r>
          </w:p>
        </w:tc>
      </w:tr>
      <w:tr w:rsidR="00166A33" w:rsidRPr="00B450FA" w14:paraId="0762D0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5834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adapt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BA8A9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Adapt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strategy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4B883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769F8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collaborate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A951E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Collaborate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with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classmates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598BB2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9257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complete</w:t>
            </w:r>
          </w:p>
        </w:tc>
        <w:tc>
          <w:tcPr>
            <w:tcW w:w="0" w:type="auto"/>
            <w:vAlign w:val="center"/>
            <w:hideMark/>
          </w:tcPr>
          <w:p w14:paraId="750EF2F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Complete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assignment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5E2D0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DE2C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develop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319BA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Develop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skills.</w:t>
            </w:r>
          </w:p>
        </w:tc>
      </w:tr>
      <w:tr w:rsidR="00166A33" w:rsidRPr="00B450FA" w14:paraId="4AB1BC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9AF8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organise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F1074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Organise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notes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34BE3D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20A6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participate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A5D3E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Participate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actively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EAA72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6EFD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339AA4A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Plan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work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324226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5B9C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prepare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E5AD9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Prepare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presentation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5B9CA7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C3A3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prioritise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112A9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Prioritise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tasks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074A86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0952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70A1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Process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information.</w:t>
            </w:r>
          </w:p>
        </w:tc>
      </w:tr>
      <w:tr w:rsidR="00166A33" w:rsidRPr="00B450FA" w14:paraId="54C6B9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0B91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revise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992FA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Revise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work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D4E95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8DE1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structure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FCF4F8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Structure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text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</w:tbl>
    <w:p w14:paraId="4AB8EE16" w14:textId="77777777" w:rsidR="00166A33" w:rsidRPr="00B450FA" w:rsidRDefault="00166A33" w:rsidP="00166A33">
      <w:pPr>
        <w:rPr>
          <w:rFonts w:ascii="Aptos" w:hAnsi="Aptos"/>
          <w:lang w:val="nl-NL"/>
        </w:rPr>
      </w:pPr>
      <w:r w:rsidRPr="00B450FA">
        <w:rPr>
          <w:rFonts w:ascii="Aptos" w:hAnsi="Aptos"/>
          <w:lang w:val="nl-NL"/>
        </w:rPr>
        <w:pict w14:anchorId="2AF63662">
          <v:rect id="_x0000_i1102" style="width:0;height:1.5pt" o:hralign="center" o:hrstd="t" o:hr="t" fillcolor="#a0a0a0" stroked="f"/>
        </w:pict>
      </w:r>
    </w:p>
    <w:p w14:paraId="71492242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2375227B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47D2B0C7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0D574E78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33929E3B" w14:textId="78D48DF8" w:rsidR="00166A33" w:rsidRPr="00B450FA" w:rsidRDefault="00166A33" w:rsidP="00166A33">
      <w:pPr>
        <w:rPr>
          <w:rFonts w:ascii="Aptos" w:hAnsi="Aptos"/>
          <w:b/>
          <w:bCs/>
          <w:lang w:val="nl-NL"/>
        </w:rPr>
      </w:pPr>
      <w:r w:rsidRPr="00B450FA">
        <w:rPr>
          <w:rFonts w:ascii="Aptos" w:hAnsi="Aptos"/>
          <w:b/>
          <w:bCs/>
          <w:lang w:val="nl-NL"/>
        </w:rPr>
        <w:t xml:space="preserve">Future Studies &amp; </w:t>
      </w:r>
      <w:proofErr w:type="spellStart"/>
      <w:r w:rsidRPr="00B450FA">
        <w:rPr>
          <w:rFonts w:ascii="Aptos" w:hAnsi="Aptos"/>
          <w:b/>
          <w:bCs/>
          <w:lang w:val="nl-NL"/>
        </w:rPr>
        <w:t>Careers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3208"/>
      </w:tblGrid>
      <w:tr w:rsidR="00166A33" w:rsidRPr="00B450FA" w14:paraId="37E1B54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CD07EA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r w:rsidRPr="00B450FA">
              <w:rPr>
                <w:rFonts w:ascii="Aptos" w:hAnsi="Aptos"/>
                <w:b/>
                <w:bCs/>
                <w:lang w:val="nl-NL"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46B5649D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Example</w:t>
            </w:r>
            <w:proofErr w:type="spellEnd"/>
          </w:p>
        </w:tc>
      </w:tr>
      <w:tr w:rsidR="00166A33" w:rsidRPr="00B450FA" w14:paraId="680254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3266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ambition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15023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Describe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ambitions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39B72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34E6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application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6436EA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Complete </w:t>
            </w:r>
            <w:proofErr w:type="spellStart"/>
            <w:r w:rsidRPr="00B450FA">
              <w:rPr>
                <w:rFonts w:ascii="Aptos" w:hAnsi="Aptos"/>
                <w:lang w:val="nl-NL"/>
              </w:rPr>
              <w:t>the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application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BA3A4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3846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aspiration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4B024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Discuss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aspirations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597A11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7D7D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career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4F4E4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Explore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different </w:t>
            </w:r>
            <w:proofErr w:type="spellStart"/>
            <w:r w:rsidRPr="00B450FA">
              <w:rPr>
                <w:rFonts w:ascii="Aptos" w:hAnsi="Aptos"/>
                <w:lang w:val="nl-NL"/>
              </w:rPr>
              <w:t>careers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3DA1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F2DD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competence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5E11B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Demonstrate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competences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B6703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28B1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confidence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FF40D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Develop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confidence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19C501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96978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goal</w:t>
            </w:r>
          </w:p>
        </w:tc>
        <w:tc>
          <w:tcPr>
            <w:tcW w:w="0" w:type="auto"/>
            <w:vAlign w:val="center"/>
            <w:hideMark/>
          </w:tcPr>
          <w:p w14:paraId="0620220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Set </w:t>
            </w:r>
            <w:proofErr w:type="spellStart"/>
            <w:r w:rsidRPr="00B450FA">
              <w:rPr>
                <w:rFonts w:ascii="Aptos" w:hAnsi="Aptos"/>
                <w:lang w:val="nl-NL"/>
              </w:rPr>
              <w:t>realistic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goals.</w:t>
            </w:r>
          </w:p>
        </w:tc>
      </w:tr>
      <w:tr w:rsidR="00166A33" w:rsidRPr="00B450FA" w14:paraId="174E9F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F874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motivation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5642D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Explain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motivation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07ACA0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C505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opportunity</w:t>
            </w:r>
          </w:p>
        </w:tc>
        <w:tc>
          <w:tcPr>
            <w:tcW w:w="0" w:type="auto"/>
            <w:vAlign w:val="center"/>
            <w:hideMark/>
          </w:tcPr>
          <w:p w14:paraId="2AE3FEA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Recognise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new </w:t>
            </w:r>
            <w:proofErr w:type="spellStart"/>
            <w:r w:rsidRPr="00B450FA">
              <w:rPr>
                <w:rFonts w:ascii="Aptos" w:hAnsi="Aptos"/>
                <w:lang w:val="nl-NL"/>
              </w:rPr>
              <w:t>opportunities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1F47F2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5E17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pathway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C83FE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Choose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an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educational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pathway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654F81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309F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professionalism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12F50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Show </w:t>
            </w:r>
            <w:proofErr w:type="spellStart"/>
            <w:r w:rsidRPr="00B450FA">
              <w:rPr>
                <w:rFonts w:ascii="Aptos" w:hAnsi="Aptos"/>
                <w:lang w:val="nl-NL"/>
              </w:rPr>
              <w:t>professionalism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02671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56261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qualification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3C020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Obtain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qualifications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79187E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9525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responsibility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397A6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Take </w:t>
            </w:r>
            <w:proofErr w:type="spellStart"/>
            <w:r w:rsidRPr="00B450FA">
              <w:rPr>
                <w:rFonts w:ascii="Aptos" w:hAnsi="Aptos"/>
                <w:lang w:val="nl-NL"/>
              </w:rPr>
              <w:t>responsibility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  <w:tr w:rsidR="00166A33" w:rsidRPr="00B450FA" w14:paraId="48FFB0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5305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strength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0C896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Identify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your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B450FA">
              <w:rPr>
                <w:rFonts w:ascii="Aptos" w:hAnsi="Aptos"/>
                <w:lang w:val="nl-NL"/>
              </w:rPr>
              <w:t>strengths</w:t>
            </w:r>
            <w:proofErr w:type="spellEnd"/>
            <w:r w:rsidRPr="00B450FA">
              <w:rPr>
                <w:rFonts w:ascii="Aptos" w:hAnsi="Aptos"/>
                <w:lang w:val="nl-NL"/>
              </w:rPr>
              <w:t>.</w:t>
            </w:r>
          </w:p>
        </w:tc>
      </w:tr>
    </w:tbl>
    <w:p w14:paraId="14350CA9" w14:textId="77777777" w:rsidR="00166A33" w:rsidRPr="00B450FA" w:rsidRDefault="00166A33" w:rsidP="00166A33">
      <w:pPr>
        <w:rPr>
          <w:rFonts w:ascii="Aptos" w:hAnsi="Aptos"/>
          <w:lang w:val="nl-NL"/>
        </w:rPr>
      </w:pPr>
      <w:r w:rsidRPr="00B450FA">
        <w:rPr>
          <w:rFonts w:ascii="Aptos" w:hAnsi="Aptos"/>
          <w:lang w:val="nl-NL"/>
        </w:rPr>
        <w:pict w14:anchorId="42910DD1">
          <v:rect id="_x0000_i1103" style="width:0;height:1.5pt" o:hralign="center" o:hrstd="t" o:hr="t" fillcolor="#a0a0a0" stroked="f"/>
        </w:pict>
      </w:r>
    </w:p>
    <w:p w14:paraId="250081D0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2DC2635E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406312A3" w14:textId="77777777" w:rsidR="00DB5FB5" w:rsidRDefault="00DB5FB5" w:rsidP="00166A33">
      <w:pPr>
        <w:rPr>
          <w:rFonts w:ascii="Aptos" w:hAnsi="Aptos"/>
          <w:b/>
          <w:bCs/>
          <w:lang w:val="nl-NL"/>
        </w:rPr>
      </w:pPr>
    </w:p>
    <w:p w14:paraId="52337ED1" w14:textId="156AE1BF" w:rsidR="00166A33" w:rsidRPr="00B450FA" w:rsidRDefault="00166A33" w:rsidP="00166A33">
      <w:pPr>
        <w:rPr>
          <w:rFonts w:ascii="Aptos" w:hAnsi="Aptos"/>
          <w:b/>
          <w:bCs/>
          <w:lang w:val="nl-NL"/>
        </w:rPr>
      </w:pPr>
      <w:r w:rsidRPr="00B450FA">
        <w:rPr>
          <w:rFonts w:ascii="Aptos" w:hAnsi="Aptos"/>
          <w:b/>
          <w:bCs/>
          <w:lang w:val="nl-NL"/>
        </w:rPr>
        <w:t>Word Families (</w:t>
      </w:r>
      <w:proofErr w:type="spellStart"/>
      <w:r w:rsidRPr="00B450FA">
        <w:rPr>
          <w:rFonts w:ascii="Aptos" w:hAnsi="Aptos"/>
          <w:b/>
          <w:bCs/>
          <w:lang w:val="nl-NL"/>
        </w:rPr>
        <w:t>examples</w:t>
      </w:r>
      <w:proofErr w:type="spellEnd"/>
      <w:r w:rsidRPr="00B450FA">
        <w:rPr>
          <w:rFonts w:ascii="Aptos" w:hAnsi="Aptos"/>
          <w:b/>
          <w:bCs/>
          <w:lang w:val="nl-NL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6"/>
        <w:gridCol w:w="4100"/>
      </w:tblGrid>
      <w:tr w:rsidR="00166A33" w:rsidRPr="00B450FA" w14:paraId="566A3D9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950673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B450FA">
              <w:rPr>
                <w:rFonts w:ascii="Aptos" w:hAnsi="Aptos"/>
                <w:b/>
                <w:bCs/>
                <w:lang w:val="nl-NL"/>
              </w:rPr>
              <w:t>Headword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251A2F" w14:textId="77777777" w:rsidR="00166A33" w:rsidRPr="00B450FA" w:rsidRDefault="00166A33" w:rsidP="00166A33">
            <w:pPr>
              <w:rPr>
                <w:rFonts w:ascii="Aptos" w:hAnsi="Aptos"/>
                <w:b/>
                <w:bCs/>
                <w:lang w:val="nl-NL"/>
              </w:rPr>
            </w:pPr>
            <w:r w:rsidRPr="00B450FA">
              <w:rPr>
                <w:rFonts w:ascii="Aptos" w:hAnsi="Aptos"/>
                <w:b/>
                <w:bCs/>
                <w:lang w:val="nl-NL"/>
              </w:rPr>
              <w:t>Word family</w:t>
            </w:r>
          </w:p>
        </w:tc>
      </w:tr>
      <w:tr w:rsidR="00166A33" w:rsidRPr="00B450FA" w14:paraId="5A43D9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98C6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analyse</w:t>
            </w:r>
          </w:p>
        </w:tc>
        <w:tc>
          <w:tcPr>
            <w:tcW w:w="0" w:type="auto"/>
            <w:vAlign w:val="center"/>
            <w:hideMark/>
          </w:tcPr>
          <w:p w14:paraId="031BBD8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analysis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analytical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analyst</w:t>
            </w:r>
            <w:proofErr w:type="spellEnd"/>
          </w:p>
        </w:tc>
      </w:tr>
      <w:tr w:rsidR="00166A33" w:rsidRPr="00B450FA" w14:paraId="247269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10F0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compare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AA044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comparison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comparable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comparatively</w:t>
            </w:r>
            <w:proofErr w:type="spellEnd"/>
          </w:p>
        </w:tc>
      </w:tr>
      <w:tr w:rsidR="00166A33" w:rsidRPr="00B450FA" w14:paraId="272E52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D10E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conclude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BE0E1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conclusion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conclusive</w:t>
            </w:r>
            <w:proofErr w:type="spellEnd"/>
          </w:p>
        </w:tc>
      </w:tr>
      <w:tr w:rsidR="00166A33" w:rsidRPr="00B450FA" w14:paraId="390427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89E6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create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50F64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creation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creative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creativity</w:t>
            </w:r>
            <w:proofErr w:type="spellEnd"/>
          </w:p>
        </w:tc>
      </w:tr>
      <w:tr w:rsidR="00166A33" w:rsidRPr="00B450FA" w14:paraId="788ACF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D9DA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describe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15B34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description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descriptive</w:t>
            </w:r>
            <w:proofErr w:type="spellEnd"/>
          </w:p>
        </w:tc>
      </w:tr>
      <w:tr w:rsidR="00166A33" w:rsidRPr="00B450FA" w14:paraId="79DC38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B44F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develop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A1F26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development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developmental</w:t>
            </w:r>
            <w:proofErr w:type="spellEnd"/>
          </w:p>
        </w:tc>
      </w:tr>
      <w:tr w:rsidR="00166A33" w:rsidRPr="00B450FA" w14:paraId="7B9F20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51BA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evaluate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B1D0A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evaluation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evaluative</w:t>
            </w:r>
            <w:proofErr w:type="spellEnd"/>
          </w:p>
        </w:tc>
      </w:tr>
      <w:tr w:rsidR="00166A33" w:rsidRPr="00B450FA" w14:paraId="1E8FCA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F2D1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identify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627E30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identification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identifiable</w:t>
            </w:r>
            <w:proofErr w:type="spellEnd"/>
          </w:p>
        </w:tc>
      </w:tr>
      <w:tr w:rsidR="00166A33" w:rsidRPr="00B450FA" w14:paraId="6947A7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10E7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interpret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A5D0C9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interpretation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interpretative</w:t>
            </w:r>
            <w:proofErr w:type="spellEnd"/>
          </w:p>
        </w:tc>
      </w:tr>
      <w:tr w:rsidR="00166A33" w:rsidRPr="00B450FA" w14:paraId="0787C3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37D6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investigate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4F694F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investigation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investigator</w:t>
            </w:r>
          </w:p>
        </w:tc>
      </w:tr>
      <w:tr w:rsidR="00166A33" w:rsidRPr="00B450FA" w14:paraId="090C47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17F5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motivate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2E7A0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motivation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motivated</w:t>
            </w:r>
            <w:proofErr w:type="spellEnd"/>
          </w:p>
        </w:tc>
      </w:tr>
      <w:tr w:rsidR="00166A33" w:rsidRPr="00B450FA" w14:paraId="3A742E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07F2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organise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BAB9BB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organisation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organised</w:t>
            </w:r>
            <w:proofErr w:type="spellEnd"/>
          </w:p>
        </w:tc>
      </w:tr>
      <w:tr w:rsidR="00166A33" w:rsidRPr="00B450FA" w14:paraId="59AA9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7B56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14:paraId="0C66AA94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presentation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presenter</w:t>
            </w:r>
          </w:p>
        </w:tc>
      </w:tr>
      <w:tr w:rsidR="00166A33" w:rsidRPr="00B450FA" w14:paraId="3E81EA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E1E52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reflect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EDEBF5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reflection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reflective</w:t>
            </w:r>
            <w:proofErr w:type="spellEnd"/>
          </w:p>
        </w:tc>
      </w:tr>
      <w:tr w:rsidR="00166A33" w:rsidRPr="00B450FA" w14:paraId="0F96BA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9381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respond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B95FA3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response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responsive</w:t>
            </w:r>
            <w:proofErr w:type="spellEnd"/>
          </w:p>
        </w:tc>
      </w:tr>
      <w:tr w:rsidR="00166A33" w:rsidRPr="00B450FA" w14:paraId="6851B2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0E82D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structure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87D70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structure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structured</w:t>
            </w:r>
            <w:proofErr w:type="spellEnd"/>
          </w:p>
        </w:tc>
      </w:tr>
      <w:tr w:rsidR="00166A33" w:rsidRPr="00B450FA" w14:paraId="69CF02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88BE7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lastRenderedPageBreak/>
              <w:t>summarise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2BE3CC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r w:rsidRPr="00B450FA">
              <w:rPr>
                <w:rFonts w:ascii="Aptos" w:hAnsi="Aptos"/>
                <w:lang w:val="nl-NL"/>
              </w:rPr>
              <w:t xml:space="preserve">summary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summarise</w:t>
            </w:r>
            <w:proofErr w:type="spellEnd"/>
          </w:p>
        </w:tc>
      </w:tr>
      <w:tr w:rsidR="00166A33" w:rsidRPr="00B450FA" w14:paraId="661262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DDEEE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justify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4E39F6" w14:textId="77777777" w:rsidR="00166A33" w:rsidRPr="00B450FA" w:rsidRDefault="00166A33" w:rsidP="00166A33">
            <w:pPr>
              <w:rPr>
                <w:rFonts w:ascii="Aptos" w:hAnsi="Aptos"/>
                <w:lang w:val="nl-NL"/>
              </w:rPr>
            </w:pPr>
            <w:proofErr w:type="spellStart"/>
            <w:r w:rsidRPr="00B450FA">
              <w:rPr>
                <w:rFonts w:ascii="Aptos" w:hAnsi="Aptos"/>
                <w:lang w:val="nl-NL"/>
              </w:rPr>
              <w:t>justification</w:t>
            </w:r>
            <w:proofErr w:type="spellEnd"/>
            <w:r w:rsidRPr="00B450FA">
              <w:rPr>
                <w:rFonts w:ascii="Aptos" w:hAnsi="Aptos"/>
                <w:lang w:val="nl-NL"/>
              </w:rPr>
              <w:t xml:space="preserve"> – </w:t>
            </w:r>
            <w:proofErr w:type="spellStart"/>
            <w:r w:rsidRPr="00B450FA">
              <w:rPr>
                <w:rFonts w:ascii="Aptos" w:hAnsi="Aptos"/>
                <w:lang w:val="nl-NL"/>
              </w:rPr>
              <w:t>justifiable</w:t>
            </w:r>
            <w:proofErr w:type="spellEnd"/>
          </w:p>
        </w:tc>
      </w:tr>
    </w:tbl>
    <w:p w14:paraId="487B7E3E" w14:textId="77777777" w:rsidR="00166A33" w:rsidRDefault="00166A33" w:rsidP="00166A33">
      <w:pPr>
        <w:rPr>
          <w:rFonts w:ascii="Aptos" w:hAnsi="Aptos"/>
        </w:rPr>
      </w:pPr>
    </w:p>
    <w:p w14:paraId="75132469" w14:textId="77777777" w:rsidR="00654E4F" w:rsidRPr="00654E4F" w:rsidRDefault="00654E4F" w:rsidP="00654E4F">
      <w:pPr>
        <w:rPr>
          <w:rFonts w:ascii="Aptos" w:hAnsi="Aptos"/>
          <w:b/>
          <w:bCs/>
          <w:sz w:val="28"/>
          <w:szCs w:val="28"/>
          <w:lang w:val="nl-NL"/>
        </w:rPr>
      </w:pPr>
      <w:r w:rsidRPr="00654E4F">
        <w:rPr>
          <w:rFonts w:ascii="Aptos" w:hAnsi="Aptos"/>
          <w:b/>
          <w:bCs/>
          <w:sz w:val="28"/>
          <w:szCs w:val="28"/>
          <w:lang w:val="nl-NL"/>
        </w:rPr>
        <w:t>Teacher Tip</w:t>
      </w:r>
    </w:p>
    <w:p w14:paraId="7A68D6CA" w14:textId="77777777" w:rsidR="00654E4F" w:rsidRPr="00654E4F" w:rsidRDefault="00654E4F" w:rsidP="00654E4F">
      <w:pPr>
        <w:rPr>
          <w:rFonts w:ascii="Aptos" w:hAnsi="Aptos"/>
          <w:lang w:val="nl-NL"/>
        </w:rPr>
      </w:pPr>
      <w:proofErr w:type="spellStart"/>
      <w:r w:rsidRPr="00654E4F">
        <w:rPr>
          <w:rFonts w:ascii="Aptos" w:hAnsi="Aptos"/>
          <w:lang w:val="nl-NL"/>
        </w:rPr>
        <w:t>Rather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than</w:t>
      </w:r>
      <w:proofErr w:type="spellEnd"/>
      <w:r w:rsidRPr="00654E4F">
        <w:rPr>
          <w:rFonts w:ascii="Aptos" w:hAnsi="Aptos"/>
          <w:lang w:val="nl-NL"/>
        </w:rPr>
        <w:t xml:space="preserve"> teaching </w:t>
      </w:r>
      <w:proofErr w:type="spellStart"/>
      <w:r w:rsidRPr="00654E4F">
        <w:rPr>
          <w:rFonts w:ascii="Aptos" w:hAnsi="Aptos"/>
          <w:lang w:val="nl-NL"/>
        </w:rPr>
        <w:t>isolated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words</w:t>
      </w:r>
      <w:proofErr w:type="spellEnd"/>
      <w:r w:rsidRPr="00654E4F">
        <w:rPr>
          <w:rFonts w:ascii="Aptos" w:hAnsi="Aptos"/>
          <w:lang w:val="nl-NL"/>
        </w:rPr>
        <w:t xml:space="preserve">, </w:t>
      </w:r>
      <w:proofErr w:type="spellStart"/>
      <w:r w:rsidRPr="00654E4F">
        <w:rPr>
          <w:rFonts w:ascii="Aptos" w:hAnsi="Aptos"/>
          <w:lang w:val="nl-NL"/>
        </w:rPr>
        <w:t>group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vocabulary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into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meaningful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themes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and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encourage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students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to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use</w:t>
      </w:r>
      <w:proofErr w:type="spellEnd"/>
      <w:r w:rsidRPr="00654E4F">
        <w:rPr>
          <w:rFonts w:ascii="Aptos" w:hAnsi="Aptos"/>
          <w:lang w:val="nl-NL"/>
        </w:rPr>
        <w:t xml:space="preserve"> new </w:t>
      </w:r>
      <w:proofErr w:type="spellStart"/>
      <w:r w:rsidRPr="00654E4F">
        <w:rPr>
          <w:rFonts w:ascii="Aptos" w:hAnsi="Aptos"/>
          <w:lang w:val="nl-NL"/>
        </w:rPr>
        <w:t>words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actively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through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discussion</w:t>
      </w:r>
      <w:proofErr w:type="spellEnd"/>
      <w:r w:rsidRPr="00654E4F">
        <w:rPr>
          <w:rFonts w:ascii="Aptos" w:hAnsi="Aptos"/>
          <w:lang w:val="nl-NL"/>
        </w:rPr>
        <w:t xml:space="preserve">, </w:t>
      </w:r>
      <w:proofErr w:type="spellStart"/>
      <w:r w:rsidRPr="00654E4F">
        <w:rPr>
          <w:rFonts w:ascii="Aptos" w:hAnsi="Aptos"/>
          <w:lang w:val="nl-NL"/>
        </w:rPr>
        <w:t>writing</w:t>
      </w:r>
      <w:proofErr w:type="spellEnd"/>
      <w:r w:rsidRPr="00654E4F">
        <w:rPr>
          <w:rFonts w:ascii="Aptos" w:hAnsi="Aptos"/>
          <w:lang w:val="nl-NL"/>
        </w:rPr>
        <w:t xml:space="preserve">, </w:t>
      </w:r>
      <w:proofErr w:type="spellStart"/>
      <w:r w:rsidRPr="00654E4F">
        <w:rPr>
          <w:rFonts w:ascii="Aptos" w:hAnsi="Aptos"/>
          <w:lang w:val="nl-NL"/>
        </w:rPr>
        <w:t>presentations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and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collaborative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activities</w:t>
      </w:r>
      <w:proofErr w:type="spellEnd"/>
      <w:r w:rsidRPr="00654E4F">
        <w:rPr>
          <w:rFonts w:ascii="Aptos" w:hAnsi="Aptos"/>
          <w:lang w:val="nl-NL"/>
        </w:rPr>
        <w:t xml:space="preserve">. </w:t>
      </w:r>
      <w:proofErr w:type="spellStart"/>
      <w:r w:rsidRPr="00654E4F">
        <w:rPr>
          <w:rFonts w:ascii="Aptos" w:hAnsi="Aptos"/>
          <w:lang w:val="nl-NL"/>
        </w:rPr>
        <w:t>Students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learn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academic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vocabulary</w:t>
      </w:r>
      <w:proofErr w:type="spellEnd"/>
      <w:r w:rsidRPr="00654E4F">
        <w:rPr>
          <w:rFonts w:ascii="Aptos" w:hAnsi="Aptos"/>
          <w:lang w:val="nl-NL"/>
        </w:rPr>
        <w:t xml:space="preserve"> most </w:t>
      </w:r>
      <w:proofErr w:type="spellStart"/>
      <w:r w:rsidRPr="00654E4F">
        <w:rPr>
          <w:rFonts w:ascii="Aptos" w:hAnsi="Aptos"/>
          <w:lang w:val="nl-NL"/>
        </w:rPr>
        <w:t>effectively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when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they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repeatedly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encounter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and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apply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words</w:t>
      </w:r>
      <w:proofErr w:type="spellEnd"/>
      <w:r w:rsidRPr="00654E4F">
        <w:rPr>
          <w:rFonts w:ascii="Aptos" w:hAnsi="Aptos"/>
          <w:lang w:val="nl-NL"/>
        </w:rPr>
        <w:t xml:space="preserve"> in </w:t>
      </w:r>
      <w:proofErr w:type="spellStart"/>
      <w:r w:rsidRPr="00654E4F">
        <w:rPr>
          <w:rFonts w:ascii="Aptos" w:hAnsi="Aptos"/>
          <w:lang w:val="nl-NL"/>
        </w:rPr>
        <w:t>authentic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learning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situations</w:t>
      </w:r>
      <w:proofErr w:type="spellEnd"/>
      <w:r w:rsidRPr="00654E4F">
        <w:rPr>
          <w:rFonts w:ascii="Aptos" w:hAnsi="Aptos"/>
          <w:lang w:val="nl-NL"/>
        </w:rPr>
        <w:t xml:space="preserve">. </w:t>
      </w:r>
      <w:proofErr w:type="spellStart"/>
      <w:r w:rsidRPr="00654E4F">
        <w:rPr>
          <w:rFonts w:ascii="Aptos" w:hAnsi="Aptos"/>
          <w:lang w:val="nl-NL"/>
        </w:rPr>
        <w:t>This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principle</w:t>
      </w:r>
      <w:proofErr w:type="spellEnd"/>
      <w:r w:rsidRPr="00654E4F">
        <w:rPr>
          <w:rFonts w:ascii="Aptos" w:hAnsi="Aptos"/>
          <w:lang w:val="nl-NL"/>
        </w:rPr>
        <w:t xml:space="preserve"> is </w:t>
      </w:r>
      <w:proofErr w:type="spellStart"/>
      <w:r w:rsidRPr="00654E4F">
        <w:rPr>
          <w:rFonts w:ascii="Aptos" w:hAnsi="Aptos"/>
          <w:lang w:val="nl-NL"/>
        </w:rPr>
        <w:t>central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to</w:t>
      </w:r>
      <w:proofErr w:type="spellEnd"/>
      <w:r w:rsidRPr="00654E4F">
        <w:rPr>
          <w:rFonts w:ascii="Aptos" w:hAnsi="Aptos"/>
          <w:lang w:val="nl-NL"/>
        </w:rPr>
        <w:t xml:space="preserve"> </w:t>
      </w:r>
      <w:proofErr w:type="spellStart"/>
      <w:r w:rsidRPr="00654E4F">
        <w:rPr>
          <w:rFonts w:ascii="Aptos" w:hAnsi="Aptos"/>
          <w:lang w:val="nl-NL"/>
        </w:rPr>
        <w:t>the</w:t>
      </w:r>
      <w:proofErr w:type="spellEnd"/>
      <w:r w:rsidRPr="00654E4F">
        <w:rPr>
          <w:rFonts w:ascii="Aptos" w:hAnsi="Aptos"/>
          <w:lang w:val="nl-NL"/>
        </w:rPr>
        <w:t xml:space="preserve"> EGE </w:t>
      </w:r>
      <w:proofErr w:type="spellStart"/>
      <w:r w:rsidRPr="00654E4F">
        <w:rPr>
          <w:rFonts w:ascii="Aptos" w:hAnsi="Aptos"/>
          <w:lang w:val="nl-NL"/>
        </w:rPr>
        <w:t>Academic</w:t>
      </w:r>
      <w:proofErr w:type="spellEnd"/>
      <w:r w:rsidRPr="00654E4F">
        <w:rPr>
          <w:rFonts w:ascii="Aptos" w:hAnsi="Aptos"/>
          <w:lang w:val="nl-NL"/>
        </w:rPr>
        <w:t xml:space="preserve"> Language </w:t>
      </w:r>
      <w:proofErr w:type="spellStart"/>
      <w:r w:rsidRPr="00654E4F">
        <w:rPr>
          <w:rFonts w:ascii="Aptos" w:hAnsi="Aptos"/>
          <w:lang w:val="nl-NL"/>
        </w:rPr>
        <w:t>Programme</w:t>
      </w:r>
      <w:proofErr w:type="spellEnd"/>
      <w:r w:rsidRPr="00654E4F">
        <w:rPr>
          <w:rFonts w:ascii="Aptos" w:hAnsi="Aptos"/>
          <w:lang w:val="nl-NL"/>
        </w:rPr>
        <w:t xml:space="preserve">. </w:t>
      </w:r>
    </w:p>
    <w:p w14:paraId="24BB4B66" w14:textId="77777777" w:rsidR="00654E4F" w:rsidRPr="00B450FA" w:rsidRDefault="00654E4F" w:rsidP="00166A33">
      <w:pPr>
        <w:rPr>
          <w:rFonts w:ascii="Aptos" w:hAnsi="Aptos"/>
        </w:rPr>
      </w:pPr>
    </w:p>
    <w:sectPr w:rsidR="00654E4F" w:rsidRPr="00B450F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5220" w14:textId="77777777" w:rsidR="0013288C" w:rsidRDefault="0013288C" w:rsidP="00B325EF">
      <w:pPr>
        <w:spacing w:after="0" w:line="240" w:lineRule="auto"/>
      </w:pPr>
      <w:r>
        <w:separator/>
      </w:r>
    </w:p>
  </w:endnote>
  <w:endnote w:type="continuationSeparator" w:id="0">
    <w:p w14:paraId="6CEE47AA" w14:textId="77777777" w:rsidR="0013288C" w:rsidRDefault="0013288C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CAA3" w14:textId="77777777" w:rsidR="0013288C" w:rsidRDefault="0013288C" w:rsidP="00B325EF">
      <w:pPr>
        <w:spacing w:after="0" w:line="240" w:lineRule="auto"/>
      </w:pPr>
      <w:r>
        <w:separator/>
      </w:r>
    </w:p>
  </w:footnote>
  <w:footnote w:type="continuationSeparator" w:id="0">
    <w:p w14:paraId="0EE79B67" w14:textId="77777777" w:rsidR="0013288C" w:rsidRDefault="0013288C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C4B3A9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03652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4ECE4081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4B59D4"/>
    <w:multiLevelType w:val="multilevel"/>
    <w:tmpl w:val="C07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8E4A6D"/>
    <w:multiLevelType w:val="multilevel"/>
    <w:tmpl w:val="F522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2C6B06"/>
    <w:multiLevelType w:val="multilevel"/>
    <w:tmpl w:val="353A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82E28"/>
    <w:multiLevelType w:val="multilevel"/>
    <w:tmpl w:val="E52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9B731C"/>
    <w:multiLevelType w:val="multilevel"/>
    <w:tmpl w:val="8AD0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17643C"/>
    <w:multiLevelType w:val="multilevel"/>
    <w:tmpl w:val="4C1E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B097A"/>
    <w:multiLevelType w:val="multilevel"/>
    <w:tmpl w:val="7B8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410F3B"/>
    <w:multiLevelType w:val="multilevel"/>
    <w:tmpl w:val="0F1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A66F05"/>
    <w:multiLevelType w:val="multilevel"/>
    <w:tmpl w:val="A52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CE643D"/>
    <w:multiLevelType w:val="multilevel"/>
    <w:tmpl w:val="87E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33B32"/>
    <w:multiLevelType w:val="multilevel"/>
    <w:tmpl w:val="5B80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FA5E14"/>
    <w:multiLevelType w:val="multilevel"/>
    <w:tmpl w:val="D98C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25"/>
  </w:num>
  <w:num w:numId="11" w16cid:durableId="1810005102">
    <w:abstractNumId w:val="27"/>
  </w:num>
  <w:num w:numId="12" w16cid:durableId="512770296">
    <w:abstractNumId w:val="23"/>
  </w:num>
  <w:num w:numId="13" w16cid:durableId="1583755110">
    <w:abstractNumId w:val="15"/>
  </w:num>
  <w:num w:numId="14" w16cid:durableId="839199382">
    <w:abstractNumId w:val="11"/>
  </w:num>
  <w:num w:numId="15" w16cid:durableId="1063406865">
    <w:abstractNumId w:val="31"/>
  </w:num>
  <w:num w:numId="16" w16cid:durableId="1910652239">
    <w:abstractNumId w:val="22"/>
  </w:num>
  <w:num w:numId="17" w16cid:durableId="1281110994">
    <w:abstractNumId w:val="16"/>
  </w:num>
  <w:num w:numId="18" w16cid:durableId="1195189763">
    <w:abstractNumId w:val="18"/>
  </w:num>
  <w:num w:numId="19" w16cid:durableId="1008288885">
    <w:abstractNumId w:val="12"/>
  </w:num>
  <w:num w:numId="20" w16cid:durableId="1389648426">
    <w:abstractNumId w:val="9"/>
  </w:num>
  <w:num w:numId="21" w16cid:durableId="1334409422">
    <w:abstractNumId w:val="10"/>
  </w:num>
  <w:num w:numId="22" w16cid:durableId="203754882">
    <w:abstractNumId w:val="21"/>
  </w:num>
  <w:num w:numId="23" w16cid:durableId="1148086479">
    <w:abstractNumId w:val="24"/>
  </w:num>
  <w:num w:numId="24" w16cid:durableId="1039822653">
    <w:abstractNumId w:val="26"/>
  </w:num>
  <w:num w:numId="25" w16cid:durableId="2143111192">
    <w:abstractNumId w:val="17"/>
  </w:num>
  <w:num w:numId="26" w16cid:durableId="2127431691">
    <w:abstractNumId w:val="13"/>
  </w:num>
  <w:num w:numId="27" w16cid:durableId="1771197041">
    <w:abstractNumId w:val="20"/>
  </w:num>
  <w:num w:numId="28" w16cid:durableId="1646087204">
    <w:abstractNumId w:val="30"/>
  </w:num>
  <w:num w:numId="29" w16cid:durableId="1548640979">
    <w:abstractNumId w:val="19"/>
  </w:num>
  <w:num w:numId="30" w16cid:durableId="362168220">
    <w:abstractNumId w:val="14"/>
  </w:num>
  <w:num w:numId="31" w16cid:durableId="865413058">
    <w:abstractNumId w:val="28"/>
  </w:num>
  <w:num w:numId="32" w16cid:durableId="13239662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21E9D"/>
    <w:rsid w:val="0013288C"/>
    <w:rsid w:val="0015074B"/>
    <w:rsid w:val="00166A33"/>
    <w:rsid w:val="001A6BD2"/>
    <w:rsid w:val="001D3570"/>
    <w:rsid w:val="001E5916"/>
    <w:rsid w:val="002241D6"/>
    <w:rsid w:val="0025623B"/>
    <w:rsid w:val="0029639D"/>
    <w:rsid w:val="002B5351"/>
    <w:rsid w:val="00326F90"/>
    <w:rsid w:val="0033394F"/>
    <w:rsid w:val="003D1AE4"/>
    <w:rsid w:val="00554DED"/>
    <w:rsid w:val="0058216A"/>
    <w:rsid w:val="005908EB"/>
    <w:rsid w:val="005E7EE9"/>
    <w:rsid w:val="00633922"/>
    <w:rsid w:val="00654E4F"/>
    <w:rsid w:val="006805CF"/>
    <w:rsid w:val="0069563B"/>
    <w:rsid w:val="006C5817"/>
    <w:rsid w:val="006E0A3C"/>
    <w:rsid w:val="006F24D6"/>
    <w:rsid w:val="0072059F"/>
    <w:rsid w:val="00793051"/>
    <w:rsid w:val="007B68BD"/>
    <w:rsid w:val="007C75D3"/>
    <w:rsid w:val="00827A2A"/>
    <w:rsid w:val="00854450"/>
    <w:rsid w:val="0088488E"/>
    <w:rsid w:val="008C67FE"/>
    <w:rsid w:val="00916F35"/>
    <w:rsid w:val="00931733"/>
    <w:rsid w:val="009901B0"/>
    <w:rsid w:val="00A63C03"/>
    <w:rsid w:val="00A87E8E"/>
    <w:rsid w:val="00A920BA"/>
    <w:rsid w:val="00AA1D8D"/>
    <w:rsid w:val="00AB04CD"/>
    <w:rsid w:val="00AB2855"/>
    <w:rsid w:val="00B325EF"/>
    <w:rsid w:val="00B450FA"/>
    <w:rsid w:val="00B47730"/>
    <w:rsid w:val="00B7089E"/>
    <w:rsid w:val="00BA2843"/>
    <w:rsid w:val="00BC6764"/>
    <w:rsid w:val="00BD0555"/>
    <w:rsid w:val="00BF0478"/>
    <w:rsid w:val="00BF25E4"/>
    <w:rsid w:val="00CB0664"/>
    <w:rsid w:val="00CC7A2D"/>
    <w:rsid w:val="00D64664"/>
    <w:rsid w:val="00D87606"/>
    <w:rsid w:val="00DA451B"/>
    <w:rsid w:val="00DA7196"/>
    <w:rsid w:val="00DB5F78"/>
    <w:rsid w:val="00DB5FB5"/>
    <w:rsid w:val="00E449CF"/>
    <w:rsid w:val="00E74FD7"/>
    <w:rsid w:val="00E777D7"/>
    <w:rsid w:val="00E9145E"/>
    <w:rsid w:val="00ED3212"/>
    <w:rsid w:val="00ED72FF"/>
    <w:rsid w:val="00EE326B"/>
    <w:rsid w:val="00EF4237"/>
    <w:rsid w:val="00FB5B41"/>
    <w:rsid w:val="00FC1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6</cp:revision>
  <cp:lastPrinted>2026-07-20T11:53:00Z</cp:lastPrinted>
  <dcterms:created xsi:type="dcterms:W3CDTF">2026-07-20T11:49:00Z</dcterms:created>
  <dcterms:modified xsi:type="dcterms:W3CDTF">2026-07-20T11:53:00Z</dcterms:modified>
  <cp:category/>
</cp:coreProperties>
</file>